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委　任　状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私は、下記の者を代理人と定め、次の事項を委任します。</w:t>
      </w:r>
    </w:p>
    <w:p>
      <w:pPr>
        <w:spacing w:after="120" w:before="120"/>
        <w:jc w:val="center"/>
      </w:pPr>
      <w:r>
        <w:rPr>
          <w:rFonts w:ascii="游明朝" w:hAnsi="游明朝" w:eastAsia="游明朝" w:cs="游明朝"/>
          <w:b w:val="0"/>
          <w:sz w:val="21"/>
        </w:rPr>
        <w:t>記</w:t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１．代理人（受任者）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762"/>
        <w:gridCol w:w="7103"/>
      </w:tblGrid>
      <w:tr>
        <w:trPr>
          <w:cantSplit/>
          <w:trHeight w:val="510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住所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氏名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生年月日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510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電話番号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委任者との関係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２．委任する事項（具体的に書いてください）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  <w:trHeight w:val="2041" w:hRule="atLeast"/>
        </w:trPr>
        <w:tc>
          <w:tcPr>
            <w:tcW w:type="dxa" w:w="9865"/>
            <w:vAlign w:val="top"/>
          </w:tcPr>
          <w:p>
            <w:pPr>
              <w:spacing w:after="0"/>
            </w:pPr>
            <w:r>
              <w:rPr>
                <w:rFonts w:ascii="游明朝" w:hAnsi="游明朝" w:eastAsia="游明朝" w:cs="游明朝"/>
                <w:b/>
                <w:sz w:val="20"/>
              </w:rPr>
              <w:t>１．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２．</w:t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  <w:p>
            <w:r>
              <w:rPr>
                <w:rFonts w:ascii="游明朝" w:hAnsi="游明朝" w:eastAsia="游明朝" w:cs="游明朝"/>
                <w:b w:val="0"/>
                <w:sz w:val="20"/>
              </w:rPr>
              <w:t>３．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３．手続き先と有効期限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762"/>
        <w:gridCol w:w="7103"/>
      </w:tblGrid>
      <w:tr>
        <w:trPr>
          <w:cantSplit/>
          <w:trHeight w:val="510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手続き先（提出先）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有効期限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日まで</w:t>
            </w:r>
          </w:p>
        </w:tc>
      </w:tr>
      <w:tr>
        <w:trPr>
          <w:cantSplit/>
          <w:trHeight w:val="510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添付する書類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本人確認書類の写し　□ 印鑑登録証明書　□ その他（　　　　）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spacing w:before="80"/>
        <w:jc w:val="right"/>
      </w:pPr>
      <w:r>
        <w:rPr>
          <w:rFonts w:ascii="游明朝" w:hAnsi="游明朝" w:eastAsia="游明朝" w:cs="游明朝"/>
          <w:b w:val="0"/>
          <w:sz w:val="21"/>
        </w:rPr>
        <w:t>以上</w:t>
      </w:r>
    </w:p>
    <w:p>
      <w:pPr>
        <w:jc w:val="left"/>
      </w:pPr>
      <w:r>
        <w:rPr>
          <w:rFonts w:ascii="游明朝" w:hAnsi="游明朝" w:eastAsia="游明朝" w:cs="游明朝"/>
          <w:b w:val="0"/>
          <w:sz w:val="21"/>
        </w:rPr>
        <w:t xml:space="preserve">　上記のとおり、委任いたします。</w:t>
      </w:r>
    </w:p>
    <w:p>
      <w:pPr>
        <w:keepNext/>
        <w:jc w:val="right"/>
      </w:pPr>
      <w:r>
        <w:rPr>
          <w:rFonts w:ascii="游明朝" w:hAnsi="游明朝" w:eastAsia="游明朝" w:cs="游明朝"/>
          <w:b w:val="0"/>
          <w:sz w:val="21"/>
        </w:rPr>
        <w:t xml:space="preserve">　　　　年　　月　　日</w:t>
      </w:r>
    </w:p>
    <w:p>
      <w:pPr>
        <w:keepNext/>
        <w:spacing w:after="0" w:before="160"/>
        <w:ind w:left="3946"/>
        <w:jc w:val="left"/>
      </w:pPr>
      <w:r>
        <w:rPr>
          <w:rFonts w:ascii="游明朝" w:hAnsi="游明朝" w:eastAsia="游明朝" w:cs="游明朝"/>
          <w:b w:val="0"/>
          <w:sz w:val="21"/>
        </w:rPr>
        <w:t>委任者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701"/>
        <w:gridCol w:w="3708"/>
        <w:gridCol w:w="510"/>
      </w:tblGrid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住所</w:t>
            </w:r>
          </w:p>
        </w:tc>
        <w:tc>
          <w:tcPr>
            <w:tcW w:type="dxa" w:w="3708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生年月日</w:t>
            </w:r>
          </w:p>
        </w:tc>
        <w:tc>
          <w:tcPr>
            <w:tcW w:type="dxa" w:w="3708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電話番号</w:t>
            </w:r>
          </w:p>
        </w:tc>
        <w:tc>
          <w:tcPr>
            <w:tcW w:type="dxa" w:w="3708"/>
            <w:tcBorders>
              <w:bottom w:val="single" w:sz="4" w:color="000000"/>
            </w:tcBorders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keepNext/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</w:tr>
      <w:tr>
        <w:trPr>
          <w:cantSplit/>
          <w:trHeight w:val="510" w:hRule="atLeast"/>
        </w:trPr>
        <w:tc>
          <w:tcPr>
            <w:tcW w:type="dxa" w:w="1701"/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氏名</w:t>
            </w:r>
          </w:p>
        </w:tc>
        <w:tc>
          <w:tcPr>
            <w:tcW w:type="dxa" w:w="3708"/>
            <w:tcBorders>
              <w:bottom w:val="single" w:sz="4" w:color="00000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1"/>
              </w:rPr>
            </w:r>
          </w:p>
        </w:tc>
        <w:tc>
          <w:tcPr>
            <w:tcW w:type="dxa" w:w="510"/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21"/>
              </w:rPr>
              <w:t>印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  <w:sectPr>
          <w:footerReference w:type="default" r:id="rId9"/>
          <w:pgSz w:w="11906" w:h="16838"/>
          <w:pgMar w:top="850" w:right="1020" w:bottom="850" w:left="1020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代理人の氏名や委任する事項を空欄のまま渡す（白紙委任）ことは、思わぬ手続きに使われるおそれがあるため、お避けください。手続き先によっては、指定の様式や添付書類が必要です。提出の前に、手続き先へご確認ください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役所の手続きや書類の受け取りなどを、他の方に頼むときの委任状です。委任する内容と有効期限を、具体的に書き込める形にしました。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・代理人の住所・氏名・生年月日と、委任する事項を書き、日付を入れて、委任者ご本人が署名・押印します。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・委任する事項は、「○○市役所での住民票の写しの請求と受け取り」のように、手続きの内容が分かるように具体的に書きます。「一切の件」のような広い書き方は避けてください。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・代理人の欄や委任する事項を空欄のまま人に渡す（白紙委任）と、思わぬ手続きに使われるおそれがあります。必ず書き込んでから渡してください。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・手続き先によっては、指定の委任状の様式があったり、委任者の本人確認書類の写しなどが必要だったりします。事前に手続き先へ確かめておくと安心です。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・提出先が委任状の様式を指定している場合は、その様式をお使いください。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LV+G3tYGHkbyH0yq6eHZ73IUGCAdYbkuD9tlLj9PtblKiZqFoSGy+9RwMac9r70k/SLs3o6CxixxtxV8pBMemw==" w:salt="YZKNN4p0YYB+0z65yjUNRg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2026-10-11T13:19:09Z</dcterms:created>
  <dcterms:modified xsi:type="dcterms:W3CDTF">2026-10-11T13:19:09Z</dcterms:modified>
  <cp:category>大家のプーさん（ooya the Pooh）</cp:category>
</cp:coreProperties>
</file>