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p>
      <w:pPr>
        <w:jc w:val="right"/>
      </w:pPr>
      <w:r>
        <w:rPr>
          <w:rFonts w:ascii="游明朝" w:hAnsi="游明朝" w:eastAsia="游明朝" w:cs="游明朝"/>
          <w:b w:val="0"/>
          <w:sz w:val="21"/>
        </w:rPr>
        <w:t xml:space="preserve">　　　　年　　月　　日</w:t>
      </w:r>
    </w:p>
    <w:p>
      <w:pPr>
        <w:spacing w:after="80"/>
        <w:jc w:val="left"/>
      </w:pPr>
      <w:r>
        <w:rPr>
          <w:rFonts w:ascii="游明朝" w:hAnsi="游明朝" w:eastAsia="游明朝" w:cs="游明朝"/>
          <w:b w:val="0"/>
          <w:sz w:val="24"/>
        </w:rPr>
        <w:t>○○○○　様</w:t>
      </w:r>
    </w:p>
    <w:p>
      <w:pPr>
        <w:keepNext/>
        <w:spacing w:after="200" w:before="200"/>
        <w:jc w:val="center"/>
      </w:pPr>
      <w:r>
        <w:rPr>
          <w:rFonts w:ascii="游明朝" w:hAnsi="游明朝" w:eastAsia="游明朝" w:cs="游明朝"/>
          <w:b/>
          <w:sz w:val="32"/>
        </w:rPr>
        <w:t>誓　約　書</w:t>
      </w:r>
    </w:p>
    <w:p>
      <w:pPr>
        <w:jc w:val="left"/>
      </w:pPr>
      <w:r>
        <w:rPr>
          <w:rFonts w:ascii="游明朝" w:hAnsi="游明朝" w:eastAsia="游明朝" w:cs="游明朝"/>
          <w:b w:val="0"/>
          <w:sz w:val="21"/>
        </w:rPr>
        <w:t xml:space="preserve">　私は、○○○○○○○○にあたり、下記の事項を誠実に守ることを誓約する。</w:t>
      </w:r>
    </w:p>
    <w:p>
      <w:pPr>
        <w:spacing w:after="120" w:before="120"/>
        <w:jc w:val="center"/>
      </w:pPr>
      <w:r>
        <w:rPr>
          <w:rFonts w:ascii="游明朝" w:hAnsi="游明朝" w:eastAsia="游明朝" w:cs="游明朝"/>
          <w:b w:val="0"/>
          <w:sz w:val="21"/>
        </w:rPr>
        <w:t>記</w:t>
      </w:r>
    </w:p>
    <w:tbl>
      <w:tblPr>
        <w:tblStyle w:val="TableGrid"/>
        <w:tblW w:type="dxa" w:w="9412"/>
        <w:jc w:val="center"/>
        <w:tblLayout w:type="fixed"/>
        <w:tblLook w:firstColumn="1" w:firstRow="1" w:lastColumn="0" w:lastRow="0" w:noHBand="0" w:noVBand="1" w:val="04A0"/>
      </w:tblPr>
      <w:tblGrid>
        <w:gridCol w:w="752"/>
        <w:gridCol w:w="8659"/>
      </w:tblGrid>
      <w:tr>
        <w:trPr>
          <w:cantSplit/>
          <w:trHeight w:val="680" w:hRule="atLeast"/>
        </w:trPr>
        <w:tc>
          <w:tcPr>
            <w:tcW w:type="dxa" w:w="753"/>
            <w:vAlign w:val="center"/>
          </w:tcPr>
          <w:p>
            <w:pPr>
              <w:spacing w:after="0" w:before="0"/>
              <w:jc w:val="left"/>
            </w:pPr>
            <w:r>
              <w:rPr>
                <w:rFonts w:ascii="游明朝" w:hAnsi="游明朝" w:eastAsia="游明朝" w:cs="游明朝"/>
                <w:b w:val="0"/>
                <w:sz w:val="20"/>
              </w:rPr>
              <w:t>（1）</w:t>
            </w:r>
          </w:p>
        </w:tc>
        <w:tc>
          <w:tcPr>
            <w:tcW w:type="dxa" w:w="8658"/>
            <w:vAlign w:val="center"/>
          </w:tcPr>
          <w:p>
            <w:pPr>
              <w:spacing w:after="0" w:before="0"/>
              <w:jc w:val="left"/>
            </w:pPr>
            <w:r>
              <w:rPr>
                <w:rFonts w:ascii="游明朝" w:hAnsi="游明朝" w:eastAsia="游明朝" w:cs="游明朝"/>
                <w:b w:val="0"/>
                <w:sz w:val="20"/>
              </w:rPr>
            </w:r>
          </w:p>
        </w:tc>
      </w:tr>
      <w:tr>
        <w:trPr>
          <w:cantSplit/>
          <w:trHeight w:val="680" w:hRule="atLeast"/>
        </w:trPr>
        <w:tc>
          <w:tcPr>
            <w:tcW w:type="dxa" w:w="753"/>
            <w:vAlign w:val="center"/>
          </w:tcPr>
          <w:p>
            <w:pPr>
              <w:spacing w:after="0" w:before="0"/>
              <w:jc w:val="left"/>
            </w:pPr>
            <w:r>
              <w:rPr>
                <w:rFonts w:ascii="游明朝" w:hAnsi="游明朝" w:eastAsia="游明朝" w:cs="游明朝"/>
                <w:b w:val="0"/>
                <w:sz w:val="20"/>
              </w:rPr>
              <w:t>（2）</w:t>
            </w:r>
          </w:p>
        </w:tc>
        <w:tc>
          <w:tcPr>
            <w:tcW w:type="dxa" w:w="8658"/>
            <w:vAlign w:val="center"/>
          </w:tcPr>
          <w:p>
            <w:pPr>
              <w:spacing w:after="0" w:before="0"/>
              <w:jc w:val="left"/>
            </w:pPr>
            <w:r>
              <w:rPr>
                <w:rFonts w:ascii="游明朝" w:hAnsi="游明朝" w:eastAsia="游明朝" w:cs="游明朝"/>
                <w:b w:val="0"/>
                <w:sz w:val="20"/>
              </w:rPr>
            </w:r>
          </w:p>
        </w:tc>
      </w:tr>
      <w:tr>
        <w:trPr>
          <w:cantSplit/>
          <w:trHeight w:val="680" w:hRule="atLeast"/>
        </w:trPr>
        <w:tc>
          <w:tcPr>
            <w:tcW w:type="dxa" w:w="753"/>
            <w:vAlign w:val="center"/>
          </w:tcPr>
          <w:p>
            <w:pPr>
              <w:spacing w:after="0" w:before="0"/>
              <w:jc w:val="left"/>
            </w:pPr>
            <w:r>
              <w:rPr>
                <w:rFonts w:ascii="游明朝" w:hAnsi="游明朝" w:eastAsia="游明朝" w:cs="游明朝"/>
                <w:b w:val="0"/>
                <w:sz w:val="20"/>
              </w:rPr>
              <w:t>（3）</w:t>
            </w:r>
          </w:p>
        </w:tc>
        <w:tc>
          <w:tcPr>
            <w:tcW w:type="dxa" w:w="8658"/>
            <w:vAlign w:val="center"/>
          </w:tcPr>
          <w:p>
            <w:pPr>
              <w:spacing w:after="0" w:before="0"/>
              <w:jc w:val="left"/>
            </w:pPr>
            <w:r>
              <w:rPr>
                <w:rFonts w:ascii="游明朝" w:hAnsi="游明朝" w:eastAsia="游明朝" w:cs="游明朝"/>
                <w:b w:val="0"/>
                <w:sz w:val="20"/>
              </w:rPr>
            </w:r>
          </w:p>
        </w:tc>
      </w:tr>
      <w:tr>
        <w:trPr>
          <w:cantSplit/>
          <w:trHeight w:val="680" w:hRule="atLeast"/>
        </w:trPr>
        <w:tc>
          <w:tcPr>
            <w:tcW w:type="dxa" w:w="753"/>
            <w:vAlign w:val="center"/>
          </w:tcPr>
          <w:p>
            <w:pPr>
              <w:spacing w:after="0" w:before="0"/>
              <w:jc w:val="left"/>
            </w:pPr>
            <w:r>
              <w:rPr>
                <w:rFonts w:ascii="游明朝" w:hAnsi="游明朝" w:eastAsia="游明朝" w:cs="游明朝"/>
                <w:b w:val="0"/>
                <w:sz w:val="20"/>
              </w:rPr>
              <w:t>（4）</w:t>
            </w:r>
          </w:p>
        </w:tc>
        <w:tc>
          <w:tcPr>
            <w:tcW w:type="dxa" w:w="8658"/>
            <w:vAlign w:val="center"/>
          </w:tcPr>
          <w:p>
            <w:pPr>
              <w:spacing w:after="0" w:before="0"/>
              <w:jc w:val="left"/>
            </w:pPr>
            <w:r>
              <w:rPr>
                <w:rFonts w:ascii="游明朝" w:hAnsi="游明朝" w:eastAsia="游明朝" w:cs="游明朝"/>
                <w:b w:val="0"/>
                <w:sz w:val="20"/>
              </w:rPr>
            </w:r>
          </w:p>
        </w:tc>
      </w:tr>
      <w:tr>
        <w:trPr>
          <w:cantSplit/>
          <w:trHeight w:val="680" w:hRule="atLeast"/>
        </w:trPr>
        <w:tc>
          <w:tcPr>
            <w:tcW w:type="dxa" w:w="753"/>
            <w:vAlign w:val="center"/>
          </w:tcPr>
          <w:p>
            <w:pPr>
              <w:spacing w:after="0" w:before="0"/>
              <w:jc w:val="left"/>
            </w:pPr>
            <w:r>
              <w:rPr>
                <w:rFonts w:ascii="游明朝" w:hAnsi="游明朝" w:eastAsia="游明朝" w:cs="游明朝"/>
                <w:b w:val="0"/>
                <w:sz w:val="20"/>
              </w:rPr>
              <w:t>（5）</w:t>
            </w:r>
          </w:p>
        </w:tc>
        <w:tc>
          <w:tcPr>
            <w:tcW w:type="dxa" w:w="8658"/>
            <w:vAlign w:val="center"/>
          </w:tcPr>
          <w:p>
            <w:pPr>
              <w:spacing w:after="0" w:before="0"/>
              <w:jc w:val="left"/>
            </w:pPr>
            <w:r>
              <w:rPr>
                <w:rFonts w:ascii="游明朝" w:hAnsi="游明朝" w:eastAsia="游明朝" w:cs="游明朝"/>
                <w:b w:val="0"/>
                <w:sz w:val="20"/>
              </w:rPr>
            </w:r>
          </w:p>
        </w:tc>
      </w:tr>
      <w:tr>
        <w:trPr>
          <w:cantSplit/>
          <w:trHeight w:val="680" w:hRule="atLeast"/>
        </w:trPr>
        <w:tc>
          <w:tcPr>
            <w:tcW w:type="dxa" w:w="753"/>
            <w:vAlign w:val="center"/>
          </w:tcPr>
          <w:p>
            <w:pPr>
              <w:spacing w:after="0" w:before="0"/>
              <w:jc w:val="left"/>
            </w:pPr>
            <w:r>
              <w:rPr>
                <w:rFonts w:ascii="游明朝" w:hAnsi="游明朝" w:eastAsia="游明朝" w:cs="游明朝"/>
                <w:b w:val="0"/>
                <w:sz w:val="20"/>
              </w:rPr>
              <w:t>（6）</w:t>
            </w:r>
          </w:p>
        </w:tc>
        <w:tc>
          <w:tcPr>
            <w:tcW w:type="dxa" w:w="8658"/>
            <w:vAlign w:val="center"/>
          </w:tcPr>
          <w:p>
            <w:pPr>
              <w:spacing w:after="0" w:before="0"/>
              <w:jc w:val="left"/>
            </w:pPr>
            <w:r>
              <w:rPr>
                <w:rFonts w:ascii="游明朝" w:hAnsi="游明朝" w:eastAsia="游明朝" w:cs="游明朝"/>
                <w:b w:val="0"/>
                <w:sz w:val="20"/>
              </w:rPr>
            </w:r>
          </w:p>
        </w:tc>
      </w:tr>
    </w:tbl>
    <w:p>
      <w:pPr>
        <w:spacing w:after="40"/>
        <w:jc w:val="left"/>
      </w:pPr>
      <w:r>
        <w:rPr>
          <w:rFonts w:ascii="游明朝" w:hAnsi="游明朝" w:eastAsia="游明朝" w:cs="游明朝"/>
          <w:b w:val="0"/>
          <w:sz w:val="21"/>
        </w:rPr>
      </w:r>
    </w:p>
    <w:p>
      <w:pPr>
        <w:jc w:val="left"/>
      </w:pPr>
      <w:r>
        <w:rPr>
          <w:rFonts w:ascii="游明朝" w:hAnsi="游明朝" w:eastAsia="游明朝" w:cs="游明朝"/>
          <w:b w:val="0"/>
          <w:sz w:val="21"/>
        </w:rPr>
        <w:t xml:space="preserve">　私が上記の事項に違反したときは、貴殿（貴社）の指示に従って速やかに是正し、これによって貴殿（貴社）に損害を与えたときは、その損害を賠償する。</w:t>
      </w:r>
    </w:p>
    <w:p>
      <w:pPr>
        <w:keepNext/>
        <w:spacing w:before="80"/>
        <w:jc w:val="right"/>
      </w:pPr>
      <w:r>
        <w:rPr>
          <w:rFonts w:ascii="游明朝" w:hAnsi="游明朝" w:eastAsia="游明朝" w:cs="游明朝"/>
          <w:b w:val="0"/>
          <w:sz w:val="21"/>
        </w:rPr>
        <w:t>以上</w:t>
      </w:r>
    </w:p>
    <w:p>
      <w:pPr>
        <w:keepNext/>
        <w:spacing w:after="0" w:before="160"/>
        <w:ind w:left="3764"/>
        <w:jc w:val="left"/>
      </w:pPr>
      <w:r>
        <w:rPr>
          <w:rFonts w:ascii="游明朝" w:hAnsi="游明朝" w:eastAsia="游明朝" w:cs="游明朝"/>
          <w:b w:val="0"/>
          <w:sz w:val="21"/>
        </w:rPr>
        <w:t>誓約者</w:t>
      </w:r>
    </w:p>
    <w:tbl>
      <w:tblPr>
        <w:tblW w:type="auto" w:w="0"/>
        <w:jc w:val="right"/>
        <w:tblLayout w:type="fixed"/>
        <w:tblLook w:firstColumn="1" w:firstRow="1" w:lastColumn="0" w:lastRow="0" w:noHBand="0" w:noVBand="1" w:val="04A0"/>
      </w:tblPr>
      <w:tblGrid>
        <w:gridCol w:w="1134"/>
        <w:gridCol w:w="4003"/>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住所</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1"/>
              </w:rPr>
              <w:t>氏名</w:t>
            </w:r>
          </w:p>
        </w:tc>
        <w:tc>
          <w:tcPr>
            <w:tcW w:type="dxa" w:w="4003"/>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spacing w:after="40"/>
        <w:jc w:val="left"/>
      </w:pPr>
      <w:r>
        <w:rPr>
          <w:rFonts w:ascii="游明朝" w:hAnsi="游明朝" w:eastAsia="游明朝" w:cs="游明朝"/>
          <w:b w:val="0"/>
          <w:sz w:val="21"/>
        </w:rPr>
      </w:r>
    </w:p>
    <w:p>
      <w:pPr>
        <w:keepNext/>
        <w:pageBreakBefore/>
        <w:spacing w:after="40" w:before="120"/>
        <w:jc w:val="left"/>
      </w:pPr>
      <w:r>
        <w:rPr>
          <w:rFonts w:ascii="游明朝" w:hAnsi="游明朝" w:eastAsia="游明朝" w:cs="游明朝"/>
          <w:b/>
          <w:sz w:val="22"/>
        </w:rPr>
        <w:t>誓約事項の例（場面別）</w:t>
      </w:r>
    </w:p>
    <w:p>
      <w:pPr>
        <w:jc w:val="left"/>
      </w:pPr>
      <w:r>
        <w:rPr>
          <w:rFonts w:ascii="游明朝" w:hAnsi="游明朝" w:eastAsia="游明朝" w:cs="游明朝"/>
          <w:b w:val="0"/>
          <w:color w:val="404040"/>
          <w:sz w:val="18"/>
        </w:rPr>
        <w:t>※このページは参考用です。合うものを1ページ目に書き写し、使うときはこのページを削除してください。</w:t>
      </w:r>
    </w:p>
    <w:p>
      <w:pPr>
        <w:keepNext/>
        <w:spacing w:after="40" w:before="120"/>
        <w:jc w:val="left"/>
      </w:pPr>
      <w:r>
        <w:rPr>
          <w:rFonts w:ascii="游明朝" w:hAnsi="游明朝" w:eastAsia="游明朝" w:cs="游明朝"/>
          <w:b/>
          <w:sz w:val="22"/>
        </w:rPr>
        <w:t>■ 入居のとき（入居者から貸主へ）</w:t>
      </w:r>
    </w:p>
    <w:p>
      <w:pPr>
        <w:spacing w:after="20"/>
        <w:ind w:left="210" w:hanging="210"/>
        <w:jc w:val="left"/>
      </w:pPr>
      <w:r>
        <w:rPr>
          <w:rFonts w:ascii="游明朝" w:hAnsi="游明朝" w:eastAsia="游明朝" w:cs="游明朝"/>
          <w:b w:val="0"/>
          <w:sz w:val="21"/>
        </w:rPr>
        <w:t>・賃貸借契約書及び使用細則・管理規約などの定めを守ること。</w:t>
      </w:r>
    </w:p>
    <w:p>
      <w:pPr>
        <w:spacing w:after="20"/>
        <w:ind w:left="210" w:hanging="210"/>
        <w:jc w:val="left"/>
      </w:pPr>
      <w:r>
        <w:rPr>
          <w:rFonts w:ascii="游明朝" w:hAnsi="游明朝" w:eastAsia="游明朝" w:cs="游明朝"/>
          <w:b w:val="0"/>
          <w:sz w:val="21"/>
        </w:rPr>
        <w:t>・騒音・振動・においなどで、近隣の方や他の入居者に迷惑をかけないこと。</w:t>
      </w:r>
    </w:p>
    <w:p>
      <w:pPr>
        <w:spacing w:after="20"/>
        <w:ind w:left="210" w:hanging="210"/>
        <w:jc w:val="left"/>
      </w:pPr>
      <w:r>
        <w:rPr>
          <w:rFonts w:ascii="游明朝" w:hAnsi="游明朝" w:eastAsia="游明朝" w:cs="游明朝"/>
          <w:b w:val="0"/>
          <w:sz w:val="21"/>
        </w:rPr>
        <w:t>・貸主の書面による承諾なく、契約者以外の人を住まわせたり、部屋を又貸ししたりしないこと。</w:t>
      </w:r>
    </w:p>
    <w:p>
      <w:pPr>
        <w:spacing w:after="20"/>
        <w:ind w:left="210" w:hanging="210"/>
        <w:jc w:val="left"/>
      </w:pPr>
      <w:r>
        <w:rPr>
          <w:rFonts w:ascii="游明朝" w:hAnsi="游明朝" w:eastAsia="游明朝" w:cs="游明朝"/>
          <w:b w:val="0"/>
          <w:sz w:val="21"/>
        </w:rPr>
        <w:t>・ペットの飼育・楽器の演奏・喫煙などについて定められた決まりを守ること。</w:t>
      </w:r>
    </w:p>
    <w:p>
      <w:pPr>
        <w:spacing w:after="20"/>
        <w:ind w:left="210" w:hanging="210"/>
        <w:jc w:val="left"/>
      </w:pPr>
      <w:r>
        <w:rPr>
          <w:rFonts w:ascii="游明朝" w:hAnsi="游明朝" w:eastAsia="游明朝" w:cs="游明朝"/>
          <w:b w:val="0"/>
          <w:sz w:val="21"/>
        </w:rPr>
        <w:t>・自らが暴力団などの反社会的勢力に当たらず、今後も関わりを持たないこと。</w:t>
      </w:r>
    </w:p>
    <w:p>
      <w:pPr>
        <w:keepNext/>
        <w:spacing w:after="40" w:before="120"/>
        <w:jc w:val="left"/>
      </w:pPr>
      <w:r>
        <w:rPr>
          <w:rFonts w:ascii="游明朝" w:hAnsi="游明朝" w:eastAsia="游明朝" w:cs="游明朝"/>
          <w:b/>
          <w:sz w:val="22"/>
        </w:rPr>
        <w:t>■ 入社のとき（社員から会社へ）</w:t>
      </w:r>
    </w:p>
    <w:p>
      <w:pPr>
        <w:spacing w:after="20"/>
        <w:ind w:left="210" w:hanging="210"/>
        <w:jc w:val="left"/>
      </w:pPr>
      <w:r>
        <w:rPr>
          <w:rFonts w:ascii="游明朝" w:hAnsi="游明朝" w:eastAsia="游明朝" w:cs="游明朝"/>
          <w:b w:val="0"/>
          <w:sz w:val="21"/>
        </w:rPr>
        <w:t>・就業規則その他の会社の規程を守り、誠実に勤務すること。</w:t>
      </w:r>
    </w:p>
    <w:p>
      <w:pPr>
        <w:spacing w:after="20"/>
        <w:ind w:left="210" w:hanging="210"/>
        <w:jc w:val="left"/>
      </w:pPr>
      <w:r>
        <w:rPr>
          <w:rFonts w:ascii="游明朝" w:hAnsi="游明朝" w:eastAsia="游明朝" w:cs="游明朝"/>
          <w:b w:val="0"/>
          <w:sz w:val="21"/>
        </w:rPr>
        <w:t>・業務上知った会社の営業上・技術上の情報や、お客様の個人情報を、在職中も退職後も、会社の許可なく他に漏らしたり使ったりしないこと。</w:t>
      </w:r>
    </w:p>
    <w:p>
      <w:pPr>
        <w:spacing w:after="20"/>
        <w:ind w:left="210" w:hanging="210"/>
        <w:jc w:val="left"/>
      </w:pPr>
      <w:r>
        <w:rPr>
          <w:rFonts w:ascii="游明朝" w:hAnsi="游明朝" w:eastAsia="游明朝" w:cs="游明朝"/>
          <w:b w:val="0"/>
          <w:sz w:val="21"/>
        </w:rPr>
        <w:t>・提出した履歴書などの内容に偽りがないこと。</w:t>
      </w:r>
    </w:p>
    <w:p>
      <w:pPr>
        <w:spacing w:after="20"/>
        <w:ind w:left="210" w:hanging="210"/>
        <w:jc w:val="left"/>
      </w:pPr>
      <w:r>
        <w:rPr>
          <w:rFonts w:ascii="游明朝" w:hAnsi="游明朝" w:eastAsia="游明朝" w:cs="游明朝"/>
          <w:b w:val="0"/>
          <w:sz w:val="21"/>
        </w:rPr>
        <w:t>・在職中は、会社の許可なく、会社と競合する事業に関わらないこと。</w:t>
      </w:r>
    </w:p>
    <w:p>
      <w:pPr>
        <w:keepNext/>
        <w:spacing w:after="40" w:before="120"/>
        <w:jc w:val="left"/>
      </w:pPr>
      <w:r>
        <w:rPr>
          <w:rFonts w:ascii="游明朝" w:hAnsi="游明朝" w:eastAsia="游明朝" w:cs="游明朝"/>
          <w:b/>
          <w:sz w:val="22"/>
        </w:rPr>
        <w:t>■ 取引のとき（取引先から）</w:t>
      </w:r>
    </w:p>
    <w:p>
      <w:pPr>
        <w:spacing w:after="20"/>
        <w:ind w:left="210" w:hanging="210"/>
        <w:jc w:val="left"/>
      </w:pPr>
      <w:r>
        <w:rPr>
          <w:rFonts w:ascii="游明朝" w:hAnsi="游明朝" w:eastAsia="游明朝" w:cs="游明朝"/>
          <w:b w:val="0"/>
          <w:sz w:val="21"/>
        </w:rPr>
        <w:t>・取引を通じて知った相手方の秘密を、取引の目的以外に使わず、第三者に漏らさないこと。</w:t>
      </w:r>
    </w:p>
    <w:p>
      <w:pPr>
        <w:spacing w:after="20"/>
        <w:ind w:left="210" w:hanging="210"/>
        <w:jc w:val="left"/>
      </w:pPr>
      <w:r>
        <w:rPr>
          <w:rFonts w:ascii="游明朝" w:hAnsi="游明朝" w:eastAsia="游明朝" w:cs="游明朝"/>
          <w:b w:val="0"/>
          <w:sz w:val="21"/>
        </w:rPr>
        <w:t>・法令を守り、暴力団などの反社会的勢力と関わりを持たないこと。</w:t>
      </w:r>
    </w:p>
    <w:p>
      <w:pPr>
        <w:spacing w:after="20"/>
        <w:ind w:left="210" w:hanging="210"/>
        <w:jc w:val="left"/>
      </w:pPr>
      <w:r>
        <w:rPr>
          <w:rFonts w:ascii="游明朝" w:hAnsi="游明朝" w:eastAsia="游明朝" w:cs="游明朝"/>
          <w:b w:val="0"/>
          <w:sz w:val="21"/>
        </w:rPr>
        <w:t>・業務の全部又は一部を第三者に任せるときは、事前に相手方の承諾を得ること。</w:t>
      </w:r>
    </w:p>
    <w:p>
      <w:pPr>
        <w:keepNext/>
        <w:spacing w:after="40" w:before="120"/>
        <w:jc w:val="left"/>
      </w:pPr>
      <w:r>
        <w:rPr>
          <w:rFonts w:ascii="游明朝" w:hAnsi="游明朝" w:eastAsia="游明朝" w:cs="游明朝"/>
          <w:b/>
          <w:sz w:val="22"/>
        </w:rPr>
        <w:t>■ 物や場所を借りるとき（利用者から管理者へ）</w:t>
      </w:r>
    </w:p>
    <w:p>
      <w:pPr>
        <w:spacing w:after="20"/>
        <w:ind w:left="210" w:hanging="210"/>
        <w:jc w:val="left"/>
      </w:pPr>
      <w:r>
        <w:rPr>
          <w:rFonts w:ascii="游明朝" w:hAnsi="游明朝" w:eastAsia="游明朝" w:cs="游明朝"/>
          <w:b w:val="0"/>
          <w:sz w:val="21"/>
        </w:rPr>
        <w:t>・決められた目的・時間の範囲で使い、使い終わったら元の状態に戻して返すこと。</w:t>
      </w:r>
    </w:p>
    <w:p>
      <w:pPr>
        <w:spacing w:after="20"/>
        <w:ind w:left="210" w:hanging="210"/>
        <w:jc w:val="left"/>
        <w:sectPr>
          <w:footerReference w:type="default" r:id="rId9"/>
          <w:pgSz w:w="11906" w:h="16838"/>
          <w:pgMar w:top="1134" w:right="1247" w:bottom="1134" w:left="1247" w:header="720" w:footer="720" w:gutter="0"/>
          <w:cols w:space="720"/>
          <w:formProt w:val="false"/>
          <w:docGrid w:linePitch="360"/>
        </w:sectPr>
      </w:pPr>
      <w:r>
        <w:rPr>
          <w:rFonts w:ascii="游明朝" w:hAnsi="游明朝" w:eastAsia="游明朝" w:cs="游明朝"/>
          <w:b w:val="0"/>
          <w:sz w:val="21"/>
        </w:rPr>
        <w:t>・借りた物や場所を壊したり汚したりしたときは、すぐに申し出て、修理などの費用を負担すること。</w:t>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1"/>
        </w:rPr>
        <w:t>■ この書類について</w:t>
      </w:r>
    </w:p>
    <w:p>
      <w:pPr>
        <w:ind w:left="170"/>
        <w:jc w:val="left"/>
      </w:pPr>
      <w:r>
        <w:rPr>
          <w:rFonts w:ascii="游明朝" w:hAnsi="游明朝" w:eastAsia="游明朝" w:cs="游明朝"/>
          <w:b w:val="0"/>
          <w:sz w:val="21"/>
        </w:rPr>
        <w:t>決まりや約束を守ることを書面で誓ってもらうための汎用の誓約書です。入居・入社・取引など場面ごとの誓約事項の例を別ページに用意しているので、合うものを選んで書き写せます。</w:t>
      </w:r>
    </w:p>
    <w:p>
      <w:pPr>
        <w:spacing w:before="120"/>
        <w:jc w:val="left"/>
      </w:pPr>
      <w:r>
        <w:rPr>
          <w:rFonts w:ascii="游ゴシック" w:hAnsi="游ゴシック" w:eastAsia="游ゴシック" w:cs="游ゴシック"/>
          <w:b/>
          <w:sz w:val="21"/>
        </w:rPr>
        <w:t>■ 使い方</w:t>
      </w:r>
    </w:p>
    <w:p>
      <w:pPr>
        <w:spacing w:after="20"/>
        <w:ind w:left="380" w:hanging="210"/>
        <w:jc w:val="left"/>
      </w:pPr>
      <w:r>
        <w:rPr>
          <w:rFonts w:ascii="游明朝" w:hAnsi="游明朝" w:eastAsia="游明朝" w:cs="游明朝"/>
          <w:b w:val="0"/>
          <w:sz w:val="21"/>
        </w:rPr>
        <w:t>・2ページ目の「誓約事項の例」から場面に合うものを選び、1ページ目の誓約事項の欄に書き写してください。欄が余ったときは斜線を引くか、行を消してください。</w:t>
      </w:r>
    </w:p>
    <w:p>
      <w:pPr>
        <w:spacing w:after="20"/>
        <w:ind w:left="380" w:hanging="210"/>
        <w:jc w:val="left"/>
      </w:pPr>
      <w:r>
        <w:rPr>
          <w:rFonts w:ascii="游明朝" w:hAnsi="游明朝" w:eastAsia="游明朝" w:cs="游明朝"/>
          <w:b w:val="0"/>
          <w:sz w:val="21"/>
        </w:rPr>
        <w:t>・誓約事項は、守っているかどうかが分かるように具体的に書きます。「迷惑をかけない」だけでなく、「午後10時以降は楽器を演奏しない」のように書くと、後で行き違いが起きにくくなります。</w:t>
      </w:r>
    </w:p>
    <w:p>
      <w:pPr>
        <w:spacing w:after="20"/>
        <w:ind w:left="380" w:hanging="210"/>
        <w:jc w:val="left"/>
      </w:pPr>
      <w:r>
        <w:rPr>
          <w:rFonts w:ascii="游明朝" w:hAnsi="游明朝" w:eastAsia="游明朝" w:cs="游明朝"/>
          <w:b w:val="0"/>
          <w:sz w:val="21"/>
        </w:rPr>
        <w:t>・宛名は、会社あての場合は「○○○○株式会社　御中」、個人あての場合は「○○○○　様」としてください。</w:t>
      </w:r>
    </w:p>
    <w:p>
      <w:pPr>
        <w:spacing w:after="20"/>
        <w:ind w:left="380" w:hanging="210"/>
        <w:jc w:val="left"/>
      </w:pPr>
      <w:r>
        <w:rPr>
          <w:rFonts w:ascii="游明朝" w:hAnsi="游明朝" w:eastAsia="游明朝" w:cs="游明朝"/>
          <w:b w:val="0"/>
          <w:sz w:val="21"/>
        </w:rPr>
        <w:t>・2ページ目の「誓約事項の例」は、使うときに削除してください。</w:t>
      </w:r>
    </w:p>
    <w:p>
      <w:pPr>
        <w:spacing w:before="120"/>
        <w:jc w:val="left"/>
      </w:pPr>
      <w:r>
        <w:rPr>
          <w:rFonts w:ascii="游ゴシック" w:hAnsi="游ゴシック" w:eastAsia="游ゴシック" w:cs="游ゴシック"/>
          <w:b/>
          <w:sz w:val="21"/>
        </w:rPr>
        <w:t>■ ご利用の条件</w:t>
      </w:r>
    </w:p>
    <w:p>
      <w:pPr>
        <w:spacing w:after="20"/>
        <w:ind w:left="380" w:hanging="210"/>
        <w:jc w:val="left"/>
      </w:pPr>
      <w:r>
        <w:rPr>
          <w:rFonts w:ascii="游明朝" w:hAnsi="游明朝" w:eastAsia="游明朝" w:cs="游明朝"/>
          <w:b w:val="0"/>
          <w:sz w:val="21"/>
        </w:rPr>
        <w:t>・このひな形は、ご自身のお仕事や暮らしの中で、自由に書き換えてお使いいただけます。</w:t>
      </w:r>
    </w:p>
    <w:p>
      <w:pPr>
        <w:spacing w:after="20"/>
        <w:ind w:left="380" w:hanging="210"/>
        <w:jc w:val="left"/>
      </w:pPr>
      <w:r>
        <w:rPr>
          <w:rFonts w:ascii="游明朝" w:hAnsi="游明朝" w:eastAsia="游明朝" w:cs="游明朝"/>
          <w:b w:val="0"/>
          <w:sz w:val="21"/>
        </w:rPr>
        <w:t>・ひな形そのもの（このファイル）の再配布・販売・ほかのサイトへの転載は、ご遠慮ください。</w:t>
      </w:r>
    </w:p>
    <w:p>
      <w:pPr>
        <w:spacing w:after="20"/>
        <w:ind w:left="380" w:hanging="210"/>
        <w:jc w:val="left"/>
      </w:pPr>
      <w:r>
        <w:rPr>
          <w:rFonts w:ascii="游明朝" w:hAnsi="游明朝" w:eastAsia="游明朝" w:cs="游明朝"/>
          <w:b w:val="0"/>
          <w:sz w:val="21"/>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1"/>
        </w:rPr>
        <w:t>■ ご注意</w:t>
      </w:r>
    </w:p>
    <w:p>
      <w:pPr>
        <w:spacing w:after="20"/>
        <w:ind w:left="380" w:hanging="210"/>
        <w:jc w:val="left"/>
      </w:pPr>
      <w:r>
        <w:rPr>
          <w:rFonts w:ascii="游明朝" w:hAnsi="游明朝" w:eastAsia="游明朝" w:cs="游明朝"/>
          <w:b w:val="0"/>
          <w:sz w:val="21"/>
        </w:rPr>
        <w:t>・違約金や損害賠償の額を前もって決める場合、実際の損害とかけ離れた高額なものは無効になることがあります。会社と社員の間では、違約金や賠償額を前もって決めること自体が禁止されています（労働基準法16条）。</w:t>
      </w:r>
    </w:p>
    <w:p>
      <w:pPr>
        <w:spacing w:after="20"/>
        <w:ind w:left="380" w:hanging="210"/>
        <w:jc w:val="left"/>
      </w:pPr>
      <w:r>
        <w:rPr>
          <w:rFonts w:ascii="游明朝" w:hAnsi="游明朝" w:eastAsia="游明朝" w:cs="游明朝"/>
          <w:b w:val="0"/>
          <w:sz w:val="21"/>
        </w:rPr>
        <w:t>・このひな形は、一般的な場面を想定した参考書式です。お使いになる前に、内容がご自身の状況に合っているかをご確認いただき、必要に応じて書き換えてください。</w:t>
      </w:r>
    </w:p>
    <w:p>
      <w:pPr>
        <w:spacing w:after="20"/>
        <w:ind w:left="380" w:hanging="210"/>
        <w:jc w:val="left"/>
      </w:pPr>
      <w:r>
        <w:rPr>
          <w:rFonts w:ascii="游明朝" w:hAnsi="游明朝" w:eastAsia="游明朝" w:cs="游明朝"/>
          <w:b w:val="0"/>
          <w:sz w:val="21"/>
        </w:rPr>
        <w:t>・契約・法律・税金に関わる書類は、使う前に弁護士・司法書士・税理士などの専門家にご相談いただくと安心です。</w:t>
      </w:r>
    </w:p>
    <w:p>
      <w:pPr>
        <w:spacing w:after="20"/>
        <w:ind w:left="380" w:hanging="210"/>
        <w:jc w:val="left"/>
      </w:pPr>
      <w:r>
        <w:rPr>
          <w:rFonts w:ascii="游明朝" w:hAnsi="游明朝" w:eastAsia="游明朝" w:cs="游明朝"/>
          <w:b w:val="0"/>
          <w:sz w:val="21"/>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FvPDaIr8e46HnC8tIgZqosZQK1PE+uGau6/Da9j+KbctGMKC25XzffCuEsskXFHHMYr05sCuqo6M4l2ABKVQw==" w:salt="K90jVX0JG7f8Tkxh1ZPCUQ=="/>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誓約書（一般）</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2026-10-11T13:18:23Z</dcterms:created>
  <dcterms:modified xsi:type="dcterms:W3CDTF">2026-10-11T13:18:23Z</dcterms:modified>
  <cp:category>大家のプーさん（ooya the Pooh）</cp:category>
</cp:coreProperties>
</file>