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游明朝" w:hAnsi="游明朝" w:eastAsia="游明朝" w:cs="游明朝"/>
          <w:b/>
          <w:sz w:val="36"/>
        </w:rPr>
        <w:t>入居申込書</w:t>
      </w:r>
    </w:p>
    <w:p>
      <w:pPr>
        <w:spacing w:before="0" w:after="60"/>
        <w:jc w:val="right"/>
      </w:pPr>
      <w:r>
        <w:rPr>
          <w:rFonts w:ascii="游明朝" w:hAnsi="游明朝" w:eastAsia="游明朝" w:cs="游明朝"/>
          <w:b w:val="0"/>
          <w:sz w:val="19"/>
        </w:rPr>
        <w:t>申込日　　　　　年　　　月　　　日</w:t>
      </w:r>
    </w:p>
    <w:p>
      <w:pPr>
        <w:spacing w:before="40" w:after="40"/>
      </w:pPr>
      <w:r>
        <w:rPr>
          <w:rFonts w:ascii="游明朝" w:hAnsi="游明朝" w:eastAsia="游明朝" w:cs="游明朝"/>
          <w:b/>
          <w:sz w:val="20"/>
        </w:rPr>
        <w:t>申込物件・入居希望日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70" w:type="dxa"/>
          <w:bottom w:w="20" w:type="dxa"/>
          <w:right w:w="70" w:type="dxa"/>
        </w:tblCellMar>
      </w:tblPr>
      <w:tblGrid>
        <w:gridCol w:w="1587"/>
        <w:gridCol w:w="3458"/>
        <w:gridCol w:w="1587"/>
        <w:gridCol w:w="3458"/>
      </w:tblGrid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物件名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</w:p>
        </w:tc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部屋番号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入居希望日</w:t>
            </w:r>
          </w:p>
        </w:tc>
        <w:tc>
          <w:tcPr>
            <w:tcW w:type="dxa" w:w="8505"/>
            <w:gridSpan w:val="3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 xml:space="preserve">　　　　　年　　　月　　　日頃</w:t>
            </w: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賃料等（参考）</w:t>
            </w:r>
          </w:p>
        </w:tc>
        <w:tc>
          <w:tcPr>
            <w:tcW w:type="dxa" w:w="8505"/>
            <w:gridSpan w:val="3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賃料（月額）　　　　　　円　　共益費（月額）　　　　　　円</w:t>
            </w:r>
          </w:p>
        </w:tc>
      </w:tr>
    </w:tbl>
    <w:p>
      <w:pPr>
        <w:spacing w:before="100" w:after="40"/>
      </w:pPr>
      <w:r>
        <w:rPr>
          <w:rFonts w:ascii="游明朝" w:hAnsi="游明朝" w:eastAsia="游明朝" w:cs="游明朝"/>
          <w:b/>
          <w:sz w:val="20"/>
        </w:rPr>
        <w:t>申込者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70" w:type="dxa"/>
          <w:bottom w:w="20" w:type="dxa"/>
          <w:right w:w="70" w:type="dxa"/>
        </w:tblCellMar>
      </w:tblPr>
      <w:tblGrid>
        <w:gridCol w:w="1587"/>
        <w:gridCol w:w="3458"/>
        <w:gridCol w:w="1587"/>
        <w:gridCol w:w="3458"/>
      </w:tblGrid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ふりがな</w:t>
            </w:r>
          </w:p>
        </w:tc>
        <w:tc>
          <w:tcPr>
            <w:tcW w:type="dxa" w:w="8505"/>
            <w:gridSpan w:val="3"/>
            <w:vAlign w:val="center"/>
          </w:tcPr>
          <w:p>
            <w:pPr>
              <w:spacing w:before="0" w:after="0"/>
            </w:pP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氏名</w:t>
            </w:r>
          </w:p>
        </w:tc>
        <w:tc>
          <w:tcPr>
            <w:tcW w:type="dxa" w:w="8505"/>
            <w:gridSpan w:val="3"/>
            <w:vAlign w:val="center"/>
          </w:tcPr>
          <w:p>
            <w:pPr>
              <w:spacing w:before="0" w:after="0"/>
            </w:pP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生年月日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 xml:space="preserve">　　　　　年　　　月　　　日</w:t>
            </w:r>
          </w:p>
        </w:tc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電話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現住所</w:t>
            </w:r>
          </w:p>
        </w:tc>
        <w:tc>
          <w:tcPr>
            <w:tcW w:type="dxa" w:w="8505"/>
            <w:gridSpan w:val="3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〒</w:t>
            </w: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メール</w:t>
            </w:r>
          </w:p>
        </w:tc>
        <w:tc>
          <w:tcPr>
            <w:tcW w:type="dxa" w:w="8505"/>
            <w:gridSpan w:val="3"/>
            <w:vAlign w:val="center"/>
          </w:tcPr>
          <w:p>
            <w:pPr>
              <w:spacing w:before="0" w:after="0"/>
            </w:pP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勤務先名称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</w:p>
        </w:tc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勤務先電話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勤務先所在地</w:t>
            </w:r>
          </w:p>
        </w:tc>
        <w:tc>
          <w:tcPr>
            <w:tcW w:type="dxa" w:w="8505"/>
            <w:gridSpan w:val="3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〒</w:t>
            </w: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雇用形態</w:t>
            </w:r>
          </w:p>
        </w:tc>
        <w:tc>
          <w:tcPr>
            <w:tcW w:type="dxa" w:w="8505"/>
            <w:gridSpan w:val="3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□正社員　　□契約・派遣　　□自営　　□その他（　　　　　　）</w:t>
            </w: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勤続年数</w:t>
            </w:r>
          </w:p>
        </w:tc>
        <w:tc>
          <w:tcPr>
            <w:tcW w:type="dxa" w:w="8505"/>
            <w:gridSpan w:val="3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 xml:space="preserve">　　　　年　　　か月</w:t>
            </w: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年収（任意）</w:t>
            </w:r>
          </w:p>
        </w:tc>
        <w:tc>
          <w:tcPr>
            <w:tcW w:type="dxa" w:w="8505"/>
            <w:gridSpan w:val="3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 xml:space="preserve">　　　　　　　万円程度（記入しなくても構いません）</w:t>
            </w:r>
          </w:p>
        </w:tc>
      </w:tr>
    </w:tbl>
    <w:p>
      <w:pPr>
        <w:spacing w:before="100" w:after="40"/>
      </w:pPr>
      <w:r>
        <w:rPr>
          <w:rFonts w:ascii="游明朝" w:hAnsi="游明朝" w:eastAsia="游明朝" w:cs="游明朝"/>
          <w:b/>
          <w:sz w:val="20"/>
        </w:rPr>
        <w:t>同居予定の方（申込者を除く）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70" w:type="dxa"/>
          <w:bottom w:w="20" w:type="dxa"/>
          <w:right w:w="70" w:type="dxa"/>
        </w:tblCellMar>
      </w:tblPr>
      <w:tblGrid>
        <w:gridCol w:w="1587"/>
        <w:gridCol w:w="3458"/>
        <w:gridCol w:w="1587"/>
        <w:gridCol w:w="3458"/>
      </w:tblGrid>
      <w:tr>
        <w:trPr>
          <w:trHeight w:val="397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氏名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</w:p>
        </w:tc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続柄・年齢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 xml:space="preserve">　　　　　　　　　　（　　　　歳）</w:t>
            </w:r>
          </w:p>
        </w:tc>
      </w:tr>
      <w:tr>
        <w:trPr>
          <w:trHeight w:val="397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氏名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</w:p>
        </w:tc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続柄・年齢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 xml:space="preserve">　　　　　　　　　　（　　　　歳）</w:t>
            </w:r>
          </w:p>
        </w:tc>
      </w:tr>
      <w:tr>
        <w:trPr>
          <w:trHeight w:val="397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氏名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</w:p>
        </w:tc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続柄・年齢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 xml:space="preserve">　　　　　　　　　　（　　　　歳）</w:t>
            </w:r>
          </w:p>
        </w:tc>
      </w:tr>
    </w:tbl>
    <w:p>
      <w:pPr>
        <w:spacing w:before="100" w:after="40"/>
      </w:pPr>
      <w:r>
        <w:rPr>
          <w:rFonts w:ascii="游明朝" w:hAnsi="游明朝" w:eastAsia="游明朝" w:cs="游明朝"/>
          <w:b/>
          <w:sz w:val="20"/>
        </w:rPr>
        <w:t>緊急連絡先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70" w:type="dxa"/>
          <w:bottom w:w="20" w:type="dxa"/>
          <w:right w:w="70" w:type="dxa"/>
        </w:tblCellMar>
      </w:tblPr>
      <w:tblGrid>
        <w:gridCol w:w="1587"/>
        <w:gridCol w:w="3458"/>
        <w:gridCol w:w="1587"/>
        <w:gridCol w:w="3458"/>
      </w:tblGrid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氏名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</w:p>
        </w:tc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続柄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電話</w:t>
            </w:r>
          </w:p>
        </w:tc>
        <w:tc>
          <w:tcPr>
            <w:tcW w:type="dxa" w:w="8505"/>
            <w:gridSpan w:val="3"/>
            <w:vAlign w:val="center"/>
          </w:tcPr>
          <w:p>
            <w:pPr>
              <w:spacing w:before="0" w:after="0"/>
            </w:pP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住所</w:t>
            </w:r>
          </w:p>
        </w:tc>
        <w:tc>
          <w:tcPr>
            <w:tcW w:type="dxa" w:w="8505"/>
            <w:gridSpan w:val="3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〒</w:t>
            </w:r>
          </w:p>
        </w:tc>
      </w:tr>
    </w:tbl>
    <w:p>
      <w:pPr>
        <w:spacing w:before="100" w:after="40"/>
      </w:pPr>
      <w:r>
        <w:rPr>
          <w:rFonts w:ascii="游明朝" w:hAnsi="游明朝" w:eastAsia="游明朝" w:cs="游明朝"/>
          <w:b/>
          <w:sz w:val="20"/>
        </w:rPr>
        <w:t>保証会社の利用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70" w:type="dxa"/>
          <w:bottom w:w="20" w:type="dxa"/>
          <w:right w:w="70" w:type="dxa"/>
        </w:tblCellMar>
      </w:tblPr>
      <w:tblGrid>
        <w:gridCol w:w="1587"/>
        <w:gridCol w:w="3458"/>
        <w:gridCol w:w="1587"/>
        <w:gridCol w:w="3458"/>
      </w:tblGrid>
      <w:tr>
        <w:trPr>
          <w:trHeight w:val="425" w:hRule="atLeast"/>
        </w:trPr>
        <w:tc>
          <w:tcPr>
            <w:tcW w:type="dxa" w:w="10092"/>
            <w:gridSpan w:val="4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□ 同意する　　（賃貸借契約にあたり、貸主または管理会社が指定する保証会社の利用に同意します。）</w:t>
            </w:r>
          </w:p>
        </w:tc>
      </w:tr>
    </w:tbl>
    <w:p>
      <w:pPr>
        <w:spacing w:before="100" w:after="40"/>
      </w:pPr>
      <w:r>
        <w:rPr>
          <w:rFonts w:ascii="游明朝" w:hAnsi="游明朝" w:eastAsia="游明朝" w:cs="游明朝"/>
          <w:b/>
          <w:sz w:val="20"/>
        </w:rPr>
        <w:t>ご確認事項</w:t>
      </w:r>
    </w:p>
    <w:p>
      <w:pPr>
        <w:spacing w:before="0" w:after="20"/>
        <w:ind w:left="0" w:firstLine="0"/>
      </w:pPr>
      <w:r>
        <w:rPr>
          <w:rFonts w:ascii="游明朝" w:hAnsi="游明朝" w:eastAsia="游明朝" w:cs="游明朝"/>
          <w:b w:val="0"/>
          <w:sz w:val="18"/>
        </w:rPr>
        <w:t>① この申込書は、賃貸借契約の成立を意味しません。審査の結果、お断りすることがあります。</w:t>
      </w:r>
    </w:p>
    <w:p>
      <w:pPr>
        <w:spacing w:before="0" w:after="20"/>
        <w:ind w:left="0" w:firstLine="0"/>
      </w:pPr>
      <w:r>
        <w:rPr>
          <w:rFonts w:ascii="游明朝" w:hAnsi="游明朝" w:eastAsia="游明朝" w:cs="游明朝"/>
          <w:b w:val="0"/>
          <w:sz w:val="18"/>
        </w:rPr>
        <w:t>② 記入された個人情報は、入居審査と契約手続きのためにだけ使います。</w:t>
      </w:r>
    </w:p>
    <w:p>
      <w:pPr>
        <w:spacing w:before="0" w:after="20"/>
        <w:ind w:left="0" w:firstLine="0"/>
      </w:pPr>
      <w:r>
        <w:rPr>
          <w:rFonts w:ascii="游明朝" w:hAnsi="游明朝" w:eastAsia="游明朝" w:cs="游明朝"/>
          <w:b w:val="0"/>
          <w:sz w:val="18"/>
        </w:rPr>
        <w:t>③ 記載内容と事実が違うときは、お申込みをお断りすることがあります。</w:t>
      </w:r>
    </w:p>
    <w:p>
      <w:pPr>
        <w:spacing w:before="80" w:after="60"/>
      </w:pPr>
      <w:r>
        <w:rPr>
          <w:rFonts w:ascii="游明朝" w:hAnsi="游明朝" w:eastAsia="游明朝" w:cs="游明朝"/>
          <w:b w:val="0"/>
          <w:sz w:val="19"/>
        </w:rPr>
        <w:t>上記の内容を確認のうえ、入居を申し込みます。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70" w:type="dxa"/>
          <w:bottom w:w="20" w:type="dxa"/>
          <w:right w:w="70" w:type="dxa"/>
        </w:tblCellMar>
      </w:tblPr>
      <w:tblGrid>
        <w:gridCol w:w="1587"/>
        <w:gridCol w:w="3458"/>
        <w:gridCol w:w="1587"/>
        <w:gridCol w:w="3458"/>
      </w:tblGrid>
      <w:tr>
        <w:trPr>
          <w:trHeight w:val="624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申込者署名</w:t>
            </w:r>
          </w:p>
        </w:tc>
        <w:tc>
          <w:tcPr>
            <w:tcW w:type="dxa" w:w="8505"/>
            <w:gridSpan w:val="3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0"/>
        <w:sectPr>
          <w:footerReference w:type="default" r:id="rId20"/>
          <w:formProt w:val="false"/>
          <w:pgSz w:w="11906" w:h="16838"/>
          <w:pgMar w:top="680" w:right="907" w:bottom="567" w:left="907" w:header="720" w:footer="400" w:gutter="0"/>
          <w:cols w:space="720"/>
          <w:docGrid w:linePitch="360"/>
        </w:sectPr>
      </w:pPr>
    </w:p>
    <w:p>
      <w:pPr>
        <w:spacing w:before="0" w:after="40"/>
        <w:jc w:val="center"/>
      </w:pPr>
      <w:r>
        <w:rPr>
          <w:rFonts w:ascii="游明朝" w:hAnsi="游明朝" w:eastAsia="游明朝" w:cs="游明朝"/>
          <w:b/>
          <w:sz w:val="32"/>
        </w:rPr>
        <w:t>使い方</w:t>
      </w:r>
    </w:p>
    <w:p>
      <w:pPr>
        <w:spacing w:before="0" w:after="160"/>
        <w:jc w:val="center"/>
      </w:pPr>
      <w:r>
        <w:rPr>
          <w:rFonts w:ascii="游明朝" w:hAnsi="游明朝" w:eastAsia="游明朝" w:cs="游明朝"/>
          <w:b w:val="0"/>
          <w:sz w:val="18"/>
        </w:rPr>
        <w:t>（このページは説明用です。印刷するときは、1ページ目だけを選んで下さい）</w:t>
      </w:r>
    </w:p>
    <w:p>
      <w:pPr>
        <w:spacing w:before="160" w:after="60"/>
      </w:pPr>
      <w:r>
        <w:rPr>
          <w:rFonts w:ascii="游明朝" w:hAnsi="游明朝" w:eastAsia="游明朝" w:cs="游明朝"/>
          <w:b/>
          <w:sz w:val="22"/>
        </w:rPr>
        <w:t>項目の埋め方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申込日、申込物件、入居希望日は、案内した物件の内容に合わせて、申込者に記入して頂きます。賃料等の欄は参考です。募集図面と同じ内容を、貸主側で記入しておくと行き違いを防げます。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申込者の欄は、ふりがなを含めて、申込者ご本人に書いて頂きます。氏名や住所は、身分証明書に載っている表記と同じ書き方にして頂くと、あとの確認が楽になります。年収は任意の欄です。無理に書いて頂く必要はなく、審査に必要かどうかは貸主・管理会社・保証会社で決めて下さい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同居予定の方は、申込者を除いて、実際に住む方だけを書いて頂きます。いない場合は、空欄のままで構いません。緊急連絡先は、申込者と連絡がつかないときの連絡先です。ご本人の同意を得た方を書いて頂くよう、申込者に伝えて下さい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保証会社の欄は、保証会社を利用する物件のときに、□にチェックを入れて頂きます。利用しない物件では、この欄を二重線で消すか、削除してから印刷して下さい。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署名は、申込者ご本人に書いて頂きます。ご確認事項は、署名の前に目を通して頂くようにして下さい。</w:t>
      </w:r>
    </w:p>
    <w:p>
      <w:pPr>
        <w:spacing w:before="160" w:after="60"/>
      </w:pPr>
      <w:r>
        <w:rPr>
          <w:rFonts w:ascii="游明朝" w:hAnsi="游明朝" w:eastAsia="游明朝" w:cs="游明朝"/>
          <w:b/>
          <w:sz w:val="22"/>
        </w:rPr>
        <w:t>申込書の保管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申込書には個人情報が書かれています。鍵のかかる棚や引き出しなど、関係者以外の目に触れない場所に保管して下さい。データで受け取った場合も同様で、共有フォルダなど、多くの人が開ける場所に置かないようにして下さい。審査や契約手続きが終わり、保管の必要がなくなったときは、シュレッダーにかけるなどして処分して下さい。</w:t>
      </w:r>
    </w:p>
    <w:p>
      <w:pPr>
        <w:spacing w:before="160" w:after="60"/>
      </w:pPr>
      <w:r>
        <w:rPr>
          <w:rFonts w:ascii="游明朝" w:hAnsi="游明朝" w:eastAsia="游明朝" w:cs="游明朝"/>
          <w:b/>
          <w:sz w:val="22"/>
        </w:rPr>
        <w:t>契約に至らなかった場合の扱い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審査の結果、お断りしたとき、または申込者が取り下げたときは、申込書を申込者に返却するか、こちらで処分して下さい。どちらにするかは、申込者に確認して決めて頂くと行き違いがありません。コピーを手元に残さないようにして下さい。</w:t>
      </w:r>
    </w:p>
    <w:p>
      <w:pPr>
        <w:spacing w:before="160" w:after="60"/>
      </w:pPr>
      <w:r>
        <w:rPr>
          <w:rFonts w:ascii="游明朝" w:hAnsi="游明朝" w:eastAsia="游明朝" w:cs="游明朝"/>
          <w:b/>
          <w:sz w:val="22"/>
        </w:rPr>
        <w:t>申込者への伝え方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申込書の提出は、賃貸借契約の成立ではありません。書面のご確認事項に書いてありますが、渡すときに口頭でも「この書類は契約ではなく、審査の結果によってはお断りすることがあります」と、一言伝えて頂くようお願いします。申込者がすでに契約したつもりで、今の住まいの解約手続きを進めてしまう、という行き違いを避けるためです。</w:t>
      </w:r>
    </w:p>
    <w:p>
      <w:pPr>
        <w:spacing w:before="160" w:after="60"/>
      </w:pPr>
      <w:r>
        <w:rPr>
          <w:rFonts w:ascii="游明朝" w:hAnsi="游明朝" w:eastAsia="游明朝" w:cs="游明朝"/>
          <w:b/>
          <w:sz w:val="22"/>
        </w:rPr>
        <w:t>審査について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審査の基準や、申込を受けるかどうかの判断は、貸主、管理会社、保証会社でそれぞれ決めて頂くものです。この申込書は、審査に使う情報を集めるための書式で、基準そのものを定めるものではありません。</w:t>
      </w:r>
    </w:p>
    <w:p>
      <w:pPr>
        <w:spacing w:before="160" w:after="60"/>
      </w:pPr>
      <w:r>
        <w:rPr>
          <w:rFonts w:ascii="游明朝" w:hAnsi="游明朝" w:eastAsia="游明朝" w:cs="游明朝"/>
          <w:b/>
          <w:sz w:val="22"/>
        </w:rPr>
        <w:t>このひな形に入れていない項目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本籍、国籍、障害の有無、宗教、家族の勤務先、マイナンバー、口座番号は、書く欄を設けていません。また、申込金や預り金の欄もありません。これらを足さないようにして頂くことをおすすめします。管理会社の様式や契約書の特約と内容が重なる場合は、そちらの指示を優先して下さい。</w:t>
      </w:r>
    </w:p>
    <w:p>
      <w:pPr>
        <w:keepNext/>
        <w:spacing w:before="160" w:after="60"/>
      </w:pPr>
      <w:r>
        <w:rPr>
          <w:rFonts w:ascii="游明朝" w:hAnsi="游明朝" w:eastAsia="游明朝" w:cs="游明朝"/>
          <w:b/>
          <w:sz w:val="22"/>
        </w:rPr>
        <w:t>ご利用の条件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・ご自身の物件の募集など、私用の範囲では、自由に書き換えてお使い頂けます。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・私用以外（他の方への配布・販売、ほかのサイトへの転載、教材や商品への利用など）には、お使いにならないで下さい。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keepNext/>
        <w:spacing w:before="160" w:after="60"/>
      </w:pPr>
      <w:r>
        <w:rPr>
          <w:rFonts w:ascii="游明朝" w:hAnsi="游明朝" w:eastAsia="游明朝" w:cs="游明朝"/>
          <w:b/>
          <w:sz w:val="22"/>
        </w:rPr>
        <w:t>ご注意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・このひな形は、一般的な場面を想定した参考書式です。お使いになる前に、内容がご自身の状況に合っているかをご確認頂き、必要に応じて書き換えて下さい。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・契約・法律に関わる書類は、使う前に宅建業者・弁護士などの専門家にご相談頂くと安心です。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・このひな形を使ったことで生じた損害については、責任を負いかねます。あらかじめご了承下さい。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1"/>
          <w:sz w:val="20"/>
        </w:rPr>
        <w:t>フォーマットのご提供：大家のプーさん（無断での複製・転載を禁じます）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1"/>
          <w:sz w:val="20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20"/>
      <w:pgSz w:w="11906" w:h="16838"/>
      <w:pgMar w:top="680" w:right="907" w:bottom="567" w:left="907" w:header="720" w:footer="4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spacing w:before="0" w:after="0" w:line="240" w:lineRule="auto"/>
      <w:jc w:val="center"/>
    </w:pPr>
    <w:r>
      <w:rPr>
        <w:rFonts w:ascii="游明朝" w:hAnsi="游明朝" w:eastAsia="游明朝" w:cs="游明朝"/>
        <w:vanish/>
        <w:color w:val="808080"/>
        <w:sz w:val="14"/>
      </w:rPr>
      <w:t>フォーマットのご提供：大家のプーさん（無断での複製・転載を禁じます）</w:t>
    </w:r>
  </w:p>
  <w:p>
    <w:pPr>
      <w:pStyle w:val="Footer"/>
      <w:spacing w:before="0" w:after="0" w:line="240" w:lineRule="auto"/>
      <w:jc w:val="center"/>
    </w:pPr>
    <w:r>
      <w:rPr>
        <w:rFonts w:ascii="游明朝" w:hAnsi="游明朝" w:eastAsia="游明朝" w:cs="游明朝"/>
        <w:vanish/>
        <w:color w:val="808080"/>
        <w:sz w:val="14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ocumentProtection w:edit="forms" w:enforcement="1" w:cryptProviderType="rsaAES" w:cryptAlgorithmClass="hash" w:cryptAlgorithmType="typeAny" w:cryptAlgorithmSid="14" w:cryptSpinCount="100000" w:hash="cQf623CIPXJnaOGhNF4tP6WUXBjUdb9E7TJnDPe0jom/5eKmvSI3vcqZV0Ax63ILWTxSnAq9gumC1H4//PFleQ==" w:salt="6wdspyt299W3P6ZLZPIJwA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游明朝" w:hAnsi="游明朝" w:eastAsia="游明朝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入居申込書</dc:title>
  <dc:subject/>
  <dc:creator>大家のプーさん</dc:creator>
  <cp:keywords/>
  <dc:description>フォーマットのご提供：大家のプーさん（無断での複製・転載を禁じます）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