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v:background id="_x0000_s1025" o:bwmode="white" o:targetscreensize="1024,768">
      <v:fill r:id="rId11" o:title="provided by ooya the Pooh" type="frame"/>
    </v:background>
  </w:background>
  <w:body>
    <w:p>
      <w:pPr>
        <w:keepNext/>
        <w:spacing w:after="200" w:before="200"/>
        <w:jc w:val="center"/>
      </w:pPr>
      <w:r>
        <w:rPr>
          <w:rFonts w:ascii="游明朝" w:hAnsi="游明朝" w:eastAsia="游明朝" w:cs="游明朝"/>
          <w:b/>
          <w:sz w:val="32"/>
        </w:rPr>
        <w:t>遺産分割協議書</w:t>
      </w:r>
    </w:p>
    <w:p>
      <w:pPr>
        <w:jc w:val="left"/>
      </w:pPr>
      <w:r>
        <w:rPr>
          <w:rFonts w:ascii="游明朝" w:hAnsi="游明朝" w:eastAsia="游明朝" w:cs="游明朝"/>
          <w:b w:val="0"/>
          <w:sz w:val="21"/>
        </w:rPr>
        <w:t xml:space="preserve">　被相続人○○○○の遺産について、共同相続人全員は、次のとおり遺産分割の協議を行い、合意した。</w:t>
      </w:r>
    </w:p>
    <w:p>
      <w:pPr>
        <w:keepNext/>
        <w:spacing w:after="40" w:before="120"/>
        <w:jc w:val="left"/>
      </w:pPr>
      <w:r>
        <w:rPr>
          <w:rFonts w:ascii="游明朝" w:hAnsi="游明朝" w:eastAsia="游明朝" w:cs="游明朝"/>
          <w:b/>
          <w:sz w:val="22"/>
        </w:rPr>
        <w:t>１．被相続人の表示</w:t>
      </w:r>
    </w:p>
    <w:tbl>
      <w:tblPr>
        <w:tblStyle w:val="TableGrid"/>
        <w:tblW w:type="dxa" w:w="9412"/>
        <w:jc w:val="center"/>
        <w:tblLayout w:type="fixed"/>
        <w:tblLook w:firstColumn="1" w:firstRow="1" w:lastColumn="0" w:lastRow="0" w:noHBand="0" w:noVBand="1" w:val="04A0"/>
      </w:tblPr>
      <w:tblGrid>
        <w:gridCol w:w="2635"/>
        <w:gridCol w:w="6776"/>
      </w:tblGrid>
      <w:tr>
        <w:trPr>
          <w:cantSplit/>
          <w:trHeight w:val="454" w:hRule="atLeast"/>
        </w:trPr>
        <w:tc>
          <w:tcPr>
            <w:tcW w:type="dxa" w:w="2635"/>
            <w:vAlign w:val="center"/>
          </w:tcPr>
          <w:p>
            <w:pPr>
              <w:spacing w:after="0" w:before="0"/>
              <w:jc w:val="left"/>
            </w:pPr>
            <w:r>
              <w:rPr>
                <w:rFonts w:ascii="游明朝" w:hAnsi="游明朝" w:eastAsia="游明朝" w:cs="游明朝"/>
                <w:b w:val="0"/>
                <w:sz w:val="20"/>
              </w:rPr>
              <w:t>氏名</w:t>
            </w:r>
          </w:p>
        </w:tc>
        <w:tc>
          <w:tcPr>
            <w:tcW w:type="dxa" w:w="6776"/>
            <w:vAlign w:val="center"/>
          </w:tcPr>
          <w:p>
            <w:pPr>
              <w:spacing w:after="0" w:before="0"/>
              <w:jc w:val="left"/>
            </w:pPr>
            <w:r>
              <w:rPr>
                <w:rFonts w:ascii="游明朝" w:hAnsi="游明朝" w:eastAsia="游明朝" w:cs="游明朝"/>
                <w:b w:val="0"/>
                <w:sz w:val="20"/>
              </w:rPr>
              <w:t>○○○○</w:t>
            </w:r>
          </w:p>
        </w:tc>
      </w:tr>
      <w:tr>
        <w:trPr>
          <w:cantSplit/>
          <w:trHeight w:val="454" w:hRule="atLeast"/>
        </w:trPr>
        <w:tc>
          <w:tcPr>
            <w:tcW w:type="dxa" w:w="2635"/>
            <w:vAlign w:val="center"/>
          </w:tcPr>
          <w:p>
            <w:pPr>
              <w:spacing w:after="0" w:before="0"/>
              <w:jc w:val="left"/>
            </w:pPr>
            <w:r>
              <w:rPr>
                <w:rFonts w:ascii="游明朝" w:hAnsi="游明朝" w:eastAsia="游明朝" w:cs="游明朝"/>
                <w:b w:val="0"/>
                <w:sz w:val="20"/>
              </w:rPr>
              <w:t>生年月日</w:t>
            </w:r>
          </w:p>
        </w:tc>
        <w:tc>
          <w:tcPr>
            <w:tcW w:type="dxa" w:w="6776"/>
            <w:vAlign w:val="center"/>
          </w:tcPr>
          <w:p>
            <w:pPr>
              <w:spacing w:after="0" w:before="0"/>
              <w:jc w:val="left"/>
            </w:pPr>
            <w:r>
              <w:rPr>
                <w:rFonts w:ascii="游明朝" w:hAnsi="游明朝" w:eastAsia="游明朝" w:cs="游明朝"/>
                <w:b w:val="0"/>
                <w:sz w:val="20"/>
              </w:rPr>
              <w:t xml:space="preserve">　　　　年　　月　　日</w:t>
            </w:r>
          </w:p>
        </w:tc>
      </w:tr>
      <w:tr>
        <w:trPr>
          <w:cantSplit/>
          <w:trHeight w:val="454" w:hRule="atLeast"/>
        </w:trPr>
        <w:tc>
          <w:tcPr>
            <w:tcW w:type="dxa" w:w="2635"/>
            <w:vAlign w:val="center"/>
          </w:tcPr>
          <w:p>
            <w:pPr>
              <w:spacing w:after="0" w:before="0"/>
              <w:jc w:val="left"/>
            </w:pPr>
            <w:r>
              <w:rPr>
                <w:rFonts w:ascii="游明朝" w:hAnsi="游明朝" w:eastAsia="游明朝" w:cs="游明朝"/>
                <w:b w:val="0"/>
                <w:sz w:val="20"/>
              </w:rPr>
              <w:t>死亡年月日</w:t>
            </w:r>
          </w:p>
        </w:tc>
        <w:tc>
          <w:tcPr>
            <w:tcW w:type="dxa" w:w="6776"/>
            <w:vAlign w:val="center"/>
          </w:tcPr>
          <w:p>
            <w:pPr>
              <w:spacing w:after="0" w:before="0"/>
              <w:jc w:val="left"/>
            </w:pPr>
            <w:r>
              <w:rPr>
                <w:rFonts w:ascii="游明朝" w:hAnsi="游明朝" w:eastAsia="游明朝" w:cs="游明朝"/>
                <w:b w:val="0"/>
                <w:sz w:val="20"/>
              </w:rPr>
              <w:t xml:space="preserve">　　　　年　　月　　日</w:t>
            </w:r>
          </w:p>
        </w:tc>
      </w:tr>
      <w:tr>
        <w:trPr>
          <w:cantSplit/>
          <w:trHeight w:val="454" w:hRule="atLeast"/>
        </w:trPr>
        <w:tc>
          <w:tcPr>
            <w:tcW w:type="dxa" w:w="2635"/>
            <w:vAlign w:val="center"/>
          </w:tcPr>
          <w:p>
            <w:pPr>
              <w:spacing w:after="0" w:before="0"/>
              <w:jc w:val="left"/>
            </w:pPr>
            <w:r>
              <w:rPr>
                <w:rFonts w:ascii="游明朝" w:hAnsi="游明朝" w:eastAsia="游明朝" w:cs="游明朝"/>
                <w:b w:val="0"/>
                <w:sz w:val="20"/>
              </w:rPr>
              <w:t>本籍</w:t>
            </w:r>
          </w:p>
        </w:tc>
        <w:tc>
          <w:tcPr>
            <w:tcW w:type="dxa" w:w="6776"/>
            <w:vAlign w:val="center"/>
          </w:tcPr>
          <w:p>
            <w:pPr>
              <w:spacing w:after="0" w:before="0"/>
              <w:jc w:val="left"/>
            </w:pPr>
            <w:r>
              <w:rPr>
                <w:rFonts w:ascii="游明朝" w:hAnsi="游明朝" w:eastAsia="游明朝" w:cs="游明朝"/>
                <w:b w:val="0"/>
                <w:sz w:val="20"/>
              </w:rPr>
              <w:t>○○県○○市○○町○○番地</w:t>
            </w:r>
          </w:p>
        </w:tc>
      </w:tr>
      <w:tr>
        <w:trPr>
          <w:cantSplit/>
          <w:trHeight w:val="454" w:hRule="atLeast"/>
        </w:trPr>
        <w:tc>
          <w:tcPr>
            <w:tcW w:type="dxa" w:w="2635"/>
            <w:vAlign w:val="center"/>
          </w:tcPr>
          <w:p>
            <w:pPr>
              <w:spacing w:after="0" w:before="0"/>
              <w:jc w:val="left"/>
            </w:pPr>
            <w:r>
              <w:rPr>
                <w:rFonts w:ascii="游明朝" w:hAnsi="游明朝" w:eastAsia="游明朝" w:cs="游明朝"/>
                <w:b w:val="0"/>
                <w:sz w:val="20"/>
              </w:rPr>
              <w:t>最後の住所</w:t>
            </w:r>
          </w:p>
        </w:tc>
        <w:tc>
          <w:tcPr>
            <w:tcW w:type="dxa" w:w="6776"/>
            <w:vAlign w:val="center"/>
          </w:tcPr>
          <w:p>
            <w:pPr>
              <w:spacing w:after="0" w:before="0"/>
              <w:jc w:val="left"/>
            </w:pPr>
            <w:r>
              <w:rPr>
                <w:rFonts w:ascii="游明朝" w:hAnsi="游明朝" w:eastAsia="游明朝" w:cs="游明朝"/>
                <w:b w:val="0"/>
                <w:sz w:val="20"/>
              </w:rPr>
              <w:t>○○県○○市○○町○－○－○</w:t>
            </w:r>
          </w:p>
        </w:tc>
      </w:tr>
    </w:tbl>
    <w:p>
      <w:pPr>
        <w:spacing w:after="40"/>
        <w:jc w:val="left"/>
      </w:pPr>
      <w:r>
        <w:rPr>
          <w:rFonts w:ascii="游明朝" w:hAnsi="游明朝" w:eastAsia="游明朝" w:cs="游明朝"/>
          <w:b w:val="0"/>
          <w:sz w:val="21"/>
        </w:rPr>
      </w:r>
    </w:p>
    <w:p>
      <w:pPr>
        <w:keepNext/>
        <w:spacing w:after="40" w:before="120"/>
        <w:jc w:val="left"/>
      </w:pPr>
      <w:r>
        <w:rPr>
          <w:rFonts w:ascii="游明朝" w:hAnsi="游明朝" w:eastAsia="游明朝" w:cs="游明朝"/>
          <w:b/>
          <w:sz w:val="22"/>
        </w:rPr>
        <w:t>２．相続人の表示</w:t>
      </w:r>
    </w:p>
    <w:tbl>
      <w:tblPr>
        <w:tblStyle w:val="TableGrid"/>
        <w:tblW w:type="dxa" w:w="9412"/>
        <w:jc w:val="center"/>
        <w:tblLayout w:type="fixed"/>
        <w:tblLook w:firstColumn="1" w:firstRow="1" w:lastColumn="0" w:lastRow="0" w:noHBand="0" w:noVBand="1" w:val="04A0"/>
      </w:tblPr>
      <w:tblGrid>
        <w:gridCol w:w="1129"/>
        <w:gridCol w:w="1882"/>
        <w:gridCol w:w="3953"/>
        <w:gridCol w:w="2447"/>
      </w:tblGrid>
      <w:tr>
        <w:trPr>
          <w:cantSplit/>
          <w:trHeight w:val="397" w:hRule="atLeast"/>
          <w:tblHeader/>
        </w:trPr>
        <w:tc>
          <w:tcPr>
            <w:tcW w:type="dxa" w:w="1129"/>
            <w:vAlign w:val="center"/>
          </w:tcPr>
          <w:p>
            <w:pPr>
              <w:spacing w:after="0" w:before="0"/>
              <w:jc w:val="center"/>
            </w:pPr>
            <w:r>
              <w:rPr>
                <w:rFonts w:ascii="游明朝" w:hAnsi="游明朝" w:eastAsia="游明朝" w:cs="游明朝"/>
                <w:b/>
                <w:sz w:val="20"/>
              </w:rPr>
              <w:t>続柄</w:t>
            </w:r>
          </w:p>
        </w:tc>
        <w:tc>
          <w:tcPr>
            <w:tcW w:type="dxa" w:w="1882"/>
            <w:vAlign w:val="center"/>
          </w:tcPr>
          <w:p>
            <w:pPr>
              <w:spacing w:after="0" w:before="0"/>
              <w:jc w:val="center"/>
            </w:pPr>
            <w:r>
              <w:rPr>
                <w:rFonts w:ascii="游明朝" w:hAnsi="游明朝" w:eastAsia="游明朝" w:cs="游明朝"/>
                <w:b/>
                <w:sz w:val="20"/>
              </w:rPr>
              <w:t>氏名</w:t>
            </w:r>
          </w:p>
        </w:tc>
        <w:tc>
          <w:tcPr>
            <w:tcW w:type="dxa" w:w="3953"/>
            <w:vAlign w:val="center"/>
          </w:tcPr>
          <w:p>
            <w:pPr>
              <w:spacing w:after="0" w:before="0"/>
              <w:jc w:val="center"/>
            </w:pPr>
            <w:r>
              <w:rPr>
                <w:rFonts w:ascii="游明朝" w:hAnsi="游明朝" w:eastAsia="游明朝" w:cs="游明朝"/>
                <w:b/>
                <w:sz w:val="20"/>
              </w:rPr>
              <w:t>住所</w:t>
            </w:r>
          </w:p>
        </w:tc>
        <w:tc>
          <w:tcPr>
            <w:tcW w:type="dxa" w:w="2447"/>
            <w:vAlign w:val="center"/>
          </w:tcPr>
          <w:p>
            <w:pPr>
              <w:spacing w:after="0" w:before="0"/>
              <w:jc w:val="center"/>
            </w:pPr>
            <w:r>
              <w:rPr>
                <w:rFonts w:ascii="游明朝" w:hAnsi="游明朝" w:eastAsia="游明朝" w:cs="游明朝"/>
                <w:b/>
                <w:sz w:val="20"/>
              </w:rPr>
              <w:t>生年月日</w:t>
            </w:r>
          </w:p>
        </w:tc>
      </w:tr>
      <w:tr>
        <w:trPr>
          <w:cantSplit/>
          <w:trHeight w:val="454" w:hRule="atLeast"/>
        </w:trPr>
        <w:tc>
          <w:tcPr>
            <w:tcW w:type="dxa" w:w="1129"/>
            <w:vAlign w:val="center"/>
          </w:tcPr>
          <w:p>
            <w:pPr>
              <w:spacing w:after="0" w:before="0"/>
              <w:jc w:val="left"/>
            </w:pPr>
            <w:r>
              <w:rPr>
                <w:rFonts w:ascii="游明朝" w:hAnsi="游明朝" w:eastAsia="游明朝" w:cs="游明朝"/>
                <w:b w:val="0"/>
                <w:sz w:val="20"/>
              </w:rPr>
              <w:t>配偶者</w:t>
            </w:r>
          </w:p>
        </w:tc>
        <w:tc>
          <w:tcPr>
            <w:tcW w:type="dxa" w:w="1882"/>
            <w:vAlign w:val="center"/>
          </w:tcPr>
          <w:p>
            <w:pPr>
              <w:spacing w:after="0" w:before="0"/>
              <w:jc w:val="left"/>
            </w:pPr>
            <w:r>
              <w:rPr>
                <w:rFonts w:ascii="游明朝" w:hAnsi="游明朝" w:eastAsia="游明朝" w:cs="游明朝"/>
                <w:b w:val="0"/>
                <w:sz w:val="20"/>
              </w:rPr>
              <w:t>○○○○</w:t>
            </w:r>
          </w:p>
        </w:tc>
        <w:tc>
          <w:tcPr>
            <w:tcW w:type="dxa" w:w="3953"/>
            <w:vAlign w:val="center"/>
          </w:tcPr>
          <w:p>
            <w:pPr>
              <w:spacing w:after="0" w:before="0"/>
              <w:jc w:val="left"/>
            </w:pPr>
            <w:r>
              <w:rPr>
                <w:rFonts w:ascii="游明朝" w:hAnsi="游明朝" w:eastAsia="游明朝" w:cs="游明朝"/>
                <w:b w:val="0"/>
                <w:sz w:val="20"/>
              </w:rPr>
              <w:t>○○県○○市○○町○－○－○</w:t>
            </w:r>
          </w:p>
        </w:tc>
        <w:tc>
          <w:tcPr>
            <w:tcW w:type="dxa" w:w="2447"/>
            <w:vAlign w:val="center"/>
          </w:tcPr>
          <w:p>
            <w:pPr>
              <w:spacing w:after="0" w:before="0"/>
              <w:jc w:val="left"/>
            </w:pPr>
            <w:r>
              <w:rPr>
                <w:rFonts w:ascii="游明朝" w:hAnsi="游明朝" w:eastAsia="游明朝" w:cs="游明朝"/>
                <w:b w:val="0"/>
                <w:sz w:val="20"/>
              </w:rPr>
              <w:t xml:space="preserve">　　年　月　日</w:t>
            </w:r>
          </w:p>
        </w:tc>
      </w:tr>
      <w:tr>
        <w:trPr>
          <w:cantSplit/>
          <w:trHeight w:val="454" w:hRule="atLeast"/>
        </w:trPr>
        <w:tc>
          <w:tcPr>
            <w:tcW w:type="dxa" w:w="1129"/>
            <w:vAlign w:val="center"/>
          </w:tcPr>
          <w:p>
            <w:pPr>
              <w:spacing w:after="0" w:before="0"/>
              <w:jc w:val="left"/>
            </w:pPr>
            <w:r>
              <w:rPr>
                <w:rFonts w:ascii="游明朝" w:hAnsi="游明朝" w:eastAsia="游明朝" w:cs="游明朝"/>
                <w:b w:val="0"/>
                <w:sz w:val="20"/>
              </w:rPr>
              <w:t>長男</w:t>
            </w:r>
          </w:p>
        </w:tc>
        <w:tc>
          <w:tcPr>
            <w:tcW w:type="dxa" w:w="1882"/>
            <w:vAlign w:val="center"/>
          </w:tcPr>
          <w:p>
            <w:pPr>
              <w:spacing w:after="0" w:before="0"/>
              <w:jc w:val="left"/>
            </w:pPr>
            <w:r>
              <w:rPr>
                <w:rFonts w:ascii="游明朝" w:hAnsi="游明朝" w:eastAsia="游明朝" w:cs="游明朝"/>
                <w:b w:val="0"/>
                <w:sz w:val="20"/>
              </w:rPr>
              <w:t>○○○○</w:t>
            </w:r>
          </w:p>
        </w:tc>
        <w:tc>
          <w:tcPr>
            <w:tcW w:type="dxa" w:w="3953"/>
            <w:vAlign w:val="center"/>
          </w:tcPr>
          <w:p>
            <w:pPr>
              <w:spacing w:after="0" w:before="0"/>
              <w:jc w:val="left"/>
            </w:pPr>
            <w:r>
              <w:rPr>
                <w:rFonts w:ascii="游明朝" w:hAnsi="游明朝" w:eastAsia="游明朝" w:cs="游明朝"/>
                <w:b w:val="0"/>
                <w:sz w:val="20"/>
              </w:rPr>
              <w:t>○○県○○市○○町○－○－○</w:t>
            </w:r>
          </w:p>
        </w:tc>
        <w:tc>
          <w:tcPr>
            <w:tcW w:type="dxa" w:w="2447"/>
            <w:vAlign w:val="center"/>
          </w:tcPr>
          <w:p>
            <w:pPr>
              <w:spacing w:after="0" w:before="0"/>
              <w:jc w:val="left"/>
            </w:pPr>
            <w:r>
              <w:rPr>
                <w:rFonts w:ascii="游明朝" w:hAnsi="游明朝" w:eastAsia="游明朝" w:cs="游明朝"/>
                <w:b w:val="0"/>
                <w:sz w:val="20"/>
              </w:rPr>
              <w:t xml:space="preserve">　　年　月　日</w:t>
            </w:r>
          </w:p>
        </w:tc>
      </w:tr>
      <w:tr>
        <w:trPr>
          <w:cantSplit/>
          <w:trHeight w:val="454" w:hRule="atLeast"/>
        </w:trPr>
        <w:tc>
          <w:tcPr>
            <w:tcW w:type="dxa" w:w="1129"/>
            <w:vAlign w:val="center"/>
          </w:tcPr>
          <w:p>
            <w:pPr>
              <w:spacing w:after="0" w:before="0"/>
              <w:jc w:val="left"/>
            </w:pPr>
            <w:r>
              <w:rPr>
                <w:rFonts w:ascii="游明朝" w:hAnsi="游明朝" w:eastAsia="游明朝" w:cs="游明朝"/>
                <w:b w:val="0"/>
                <w:sz w:val="20"/>
              </w:rPr>
              <w:t>長女</w:t>
            </w:r>
          </w:p>
        </w:tc>
        <w:tc>
          <w:tcPr>
            <w:tcW w:type="dxa" w:w="1882"/>
            <w:vAlign w:val="center"/>
          </w:tcPr>
          <w:p>
            <w:pPr>
              <w:spacing w:after="0" w:before="0"/>
              <w:jc w:val="left"/>
            </w:pPr>
            <w:r>
              <w:rPr>
                <w:rFonts w:ascii="游明朝" w:hAnsi="游明朝" w:eastAsia="游明朝" w:cs="游明朝"/>
                <w:b w:val="0"/>
                <w:sz w:val="20"/>
              </w:rPr>
              <w:t>○○○○</w:t>
            </w:r>
          </w:p>
        </w:tc>
        <w:tc>
          <w:tcPr>
            <w:tcW w:type="dxa" w:w="3953"/>
            <w:vAlign w:val="center"/>
          </w:tcPr>
          <w:p>
            <w:pPr>
              <w:spacing w:after="0" w:before="0"/>
              <w:jc w:val="left"/>
            </w:pPr>
            <w:r>
              <w:rPr>
                <w:rFonts w:ascii="游明朝" w:hAnsi="游明朝" w:eastAsia="游明朝" w:cs="游明朝"/>
                <w:b w:val="0"/>
                <w:sz w:val="20"/>
              </w:rPr>
              <w:t>○○県○○市○○町○－○－○</w:t>
            </w:r>
          </w:p>
        </w:tc>
        <w:tc>
          <w:tcPr>
            <w:tcW w:type="dxa" w:w="2447"/>
            <w:vAlign w:val="center"/>
          </w:tcPr>
          <w:p>
            <w:pPr>
              <w:spacing w:after="0" w:before="0"/>
              <w:jc w:val="left"/>
            </w:pPr>
            <w:r>
              <w:rPr>
                <w:rFonts w:ascii="游明朝" w:hAnsi="游明朝" w:eastAsia="游明朝" w:cs="游明朝"/>
                <w:b w:val="0"/>
                <w:sz w:val="20"/>
              </w:rPr>
              <w:t xml:space="preserve">　　年　月　日</w:t>
            </w:r>
          </w:p>
        </w:tc>
      </w:tr>
      <w:tr>
        <w:trPr>
          <w:cantSplit/>
          <w:trHeight w:val="454" w:hRule="atLeast"/>
        </w:trPr>
        <w:tc>
          <w:tcPr>
            <w:tcW w:type="dxa" w:w="1129"/>
            <w:vAlign w:val="center"/>
          </w:tcPr>
          <w:p>
            <w:pPr>
              <w:spacing w:after="0" w:before="0"/>
              <w:jc w:val="left"/>
            </w:pPr>
            <w:r>
              <w:rPr>
                <w:rFonts w:ascii="游明朝" w:hAnsi="游明朝" w:eastAsia="游明朝" w:cs="游明朝"/>
                <w:b w:val="0"/>
                <w:sz w:val="20"/>
              </w:rPr>
            </w:r>
          </w:p>
        </w:tc>
        <w:tc>
          <w:tcPr>
            <w:tcW w:type="dxa" w:w="1882"/>
            <w:vAlign w:val="center"/>
          </w:tcPr>
          <w:p>
            <w:pPr>
              <w:spacing w:after="0" w:before="0"/>
              <w:jc w:val="left"/>
            </w:pPr>
            <w:r>
              <w:rPr>
                <w:rFonts w:ascii="游明朝" w:hAnsi="游明朝" w:eastAsia="游明朝" w:cs="游明朝"/>
                <w:b w:val="0"/>
                <w:sz w:val="20"/>
              </w:rPr>
            </w:r>
          </w:p>
        </w:tc>
        <w:tc>
          <w:tcPr>
            <w:tcW w:type="dxa" w:w="3953"/>
            <w:vAlign w:val="center"/>
          </w:tcPr>
          <w:p>
            <w:pPr>
              <w:spacing w:after="0" w:before="0"/>
              <w:jc w:val="left"/>
            </w:pPr>
            <w:r>
              <w:rPr>
                <w:rFonts w:ascii="游明朝" w:hAnsi="游明朝" w:eastAsia="游明朝" w:cs="游明朝"/>
                <w:b w:val="0"/>
                <w:sz w:val="20"/>
              </w:rPr>
            </w:r>
          </w:p>
        </w:tc>
        <w:tc>
          <w:tcPr>
            <w:tcW w:type="dxa" w:w="2447"/>
            <w:vAlign w:val="center"/>
          </w:tcPr>
          <w:p>
            <w:pPr>
              <w:spacing w:after="0" w:before="0"/>
              <w:jc w:val="left"/>
            </w:pPr>
            <w:r>
              <w:rPr>
                <w:rFonts w:ascii="游明朝" w:hAnsi="游明朝" w:eastAsia="游明朝" w:cs="游明朝"/>
                <w:b w:val="0"/>
                <w:sz w:val="20"/>
              </w:rPr>
            </w:r>
          </w:p>
        </w:tc>
      </w:tr>
    </w:tbl>
    <w:p>
      <w:pPr>
        <w:spacing w:after="40"/>
        <w:jc w:val="left"/>
      </w:pPr>
      <w:r>
        <w:rPr>
          <w:rFonts w:ascii="游明朝" w:hAnsi="游明朝" w:eastAsia="游明朝" w:cs="游明朝"/>
          <w:b w:val="0"/>
          <w:sz w:val="21"/>
        </w:rPr>
      </w:r>
    </w:p>
    <w:p>
      <w:pPr>
        <w:keepNext/>
        <w:spacing w:after="40" w:before="120"/>
        <w:jc w:val="left"/>
      </w:pPr>
      <w:r>
        <w:rPr>
          <w:rFonts w:ascii="游明朝" w:hAnsi="游明朝" w:eastAsia="游明朝" w:cs="游明朝"/>
          <w:b/>
          <w:sz w:val="22"/>
        </w:rPr>
        <w:t>３．遺産の分割</w:t>
      </w:r>
    </w:p>
    <w:p>
      <w:pPr>
        <w:spacing w:after="40" w:before="40"/>
        <w:ind w:left="840" w:hanging="840"/>
        <w:jc w:val="left"/>
      </w:pPr>
      <w:r>
        <w:rPr>
          <w:rFonts w:ascii="游明朝" w:hAnsi="游明朝" w:eastAsia="游明朝" w:cs="游明朝"/>
          <w:b w:val="0"/>
          <w:sz w:val="21"/>
        </w:rPr>
        <w:t>第１条　相続人○○○○は、次の不動産を取得する。</w:t>
      </w:r>
    </w:p>
    <w:p>
      <w:pPr>
        <w:spacing w:after="40" w:before="40"/>
        <w:ind w:left="840" w:hanging="840"/>
        <w:jc w:val="left"/>
      </w:pPr>
      <w:r>
        <w:rPr>
          <w:rFonts w:ascii="游明朝" w:hAnsi="游明朝" w:eastAsia="游明朝" w:cs="游明朝"/>
          <w:b w:val="0"/>
          <w:sz w:val="21"/>
        </w:rPr>
        <w:t>第２条　相続人○○○○は、次の預貯金および有価証券を取得する。</w:t>
      </w:r>
    </w:p>
    <w:p>
      <w:pPr>
        <w:spacing w:after="40" w:before="40"/>
        <w:ind w:left="840" w:hanging="840"/>
        <w:jc w:val="left"/>
      </w:pPr>
      <w:r>
        <w:rPr>
          <w:rFonts w:ascii="游明朝" w:hAnsi="游明朝" w:eastAsia="游明朝" w:cs="游明朝"/>
          <w:b w:val="0"/>
          <w:sz w:val="21"/>
        </w:rPr>
        <w:t>第３条　相続人○○○○は、次の財産を取得する。</w:t>
      </w:r>
    </w:p>
    <w:p>
      <w:pPr>
        <w:spacing w:after="40" w:before="40"/>
        <w:ind w:left="840" w:hanging="840"/>
        <w:jc w:val="left"/>
      </w:pPr>
      <w:r>
        <w:rPr>
          <w:rFonts w:ascii="游明朝" w:hAnsi="游明朝" w:eastAsia="游明朝" w:cs="游明朝"/>
          <w:b w:val="0"/>
          <w:sz w:val="21"/>
        </w:rPr>
        <w:t>第４条　相続人○○○○は、第1条の不動産を取得する代償として、相続人○○○○に対し、金　　　　　　　　円を　　　　年　　月　　日までに、同人の指定する口座に振り込んで支払う。</w:t>
      </w:r>
    </w:p>
    <w:p>
      <w:pPr>
        <w:spacing w:after="40" w:before="40"/>
        <w:ind w:left="840" w:hanging="840"/>
        <w:jc w:val="left"/>
      </w:pPr>
      <w:r>
        <w:rPr>
          <w:rFonts w:ascii="游明朝" w:hAnsi="游明朝" w:eastAsia="游明朝" w:cs="游明朝"/>
          <w:b w:val="0"/>
          <w:sz w:val="21"/>
        </w:rPr>
        <w:t>第５条　被相続人の債務（　　　　　　　　　　　　　　）は、相続人○○○○が承継し、負担する。</w:t>
      </w:r>
    </w:p>
    <w:p>
      <w:pPr>
        <w:spacing w:after="40" w:before="40"/>
        <w:ind w:left="840" w:hanging="840"/>
        <w:jc w:val="left"/>
      </w:pPr>
      <w:r>
        <w:rPr>
          <w:rFonts w:ascii="游明朝" w:hAnsi="游明朝" w:eastAsia="游明朝" w:cs="游明朝"/>
          <w:b w:val="0"/>
          <w:sz w:val="21"/>
        </w:rPr>
        <w:t>第６条　葬儀費用その他相続に関する費用は、相続人○○○○が負担する。</w:t>
      </w:r>
    </w:p>
    <w:p>
      <w:pPr>
        <w:spacing w:after="40" w:before="40"/>
        <w:ind w:left="840" w:hanging="840"/>
        <w:jc w:val="left"/>
      </w:pPr>
      <w:r>
        <w:rPr>
          <w:rFonts w:ascii="游明朝" w:hAnsi="游明朝" w:eastAsia="游明朝" w:cs="游明朝"/>
          <w:b w:val="0"/>
          <w:sz w:val="21"/>
        </w:rPr>
        <w:t>第７条　本協議書に記載のない遺産および後日判明した遺産については、相続人○○○○がこれを取得する。</w:t>
      </w:r>
    </w:p>
    <w:p>
      <w:pPr>
        <w:jc w:val="left"/>
      </w:pPr>
      <w:r>
        <w:rPr>
          <w:rFonts w:ascii="游明朝" w:hAnsi="游明朝" w:eastAsia="游明朝" w:cs="游明朝"/>
          <w:b w:val="0"/>
          <w:color w:val="404040"/>
          <w:sz w:val="18"/>
        </w:rPr>
        <w:t>※第4条（代償金）・第5条（債務）・第6条（費用）は、該当しないときは削除してください。第7条は「相続人全員が改めて協議して定める」とする書き方もあります。</w:t>
      </w:r>
    </w:p>
    <w:p>
      <w:pPr>
        <w:keepNext/>
        <w:pageBreakBefore/>
        <w:spacing w:after="40" w:before="120"/>
        <w:jc w:val="left"/>
      </w:pPr>
      <w:r>
        <w:rPr>
          <w:rFonts w:ascii="游明朝" w:hAnsi="游明朝" w:eastAsia="游明朝" w:cs="游明朝"/>
          <w:b/>
          <w:sz w:val="22"/>
        </w:rPr>
        <w:t>【第1条の不動産】</w:t>
      </w:r>
    </w:p>
    <w:p>
      <w:pPr>
        <w:jc w:val="left"/>
      </w:pPr>
      <w:r>
        <w:rPr>
          <w:rFonts w:ascii="游明朝" w:hAnsi="游明朝" w:eastAsia="游明朝" w:cs="游明朝"/>
          <w:b w:val="0"/>
          <w:color w:val="404040"/>
          <w:sz w:val="18"/>
        </w:rPr>
        <w:t>※登記事項証明書のとおりに書きます。住所（住居表示）ではなく「地番」「家屋番号」です。持分を相続する場合は「持分○分の○」と書きます。</w:t>
      </w:r>
    </w:p>
    <w:tbl>
      <w:tblPr>
        <w:tblStyle w:val="TableGrid"/>
        <w:tblW w:type="dxa" w:w="9412"/>
        <w:jc w:val="center"/>
        <w:tblLayout w:type="fixed"/>
        <w:tblLook w:firstColumn="1" w:firstRow="1" w:lastColumn="0" w:lastRow="0" w:noHBand="0" w:noVBand="1" w:val="04A0"/>
      </w:tblPr>
      <w:tblGrid>
        <w:gridCol w:w="941"/>
        <w:gridCol w:w="1882"/>
        <w:gridCol w:w="6588"/>
      </w:tblGrid>
      <w:tr>
        <w:trPr>
          <w:cantSplit/>
          <w:trHeight w:val="454" w:hRule="atLeast"/>
        </w:trPr>
        <w:tc>
          <w:tcPr>
            <w:tcW w:type="dxa" w:w="941"/>
            <w:vAlign w:val="center"/>
          </w:tcPr>
          <w:p>
            <w:pPr>
              <w:spacing w:after="0" w:before="0"/>
              <w:jc w:val="left"/>
            </w:pPr>
            <w:r>
              <w:rPr>
                <w:rFonts w:ascii="游明朝" w:hAnsi="游明朝" w:eastAsia="游明朝" w:cs="游明朝"/>
                <w:b w:val="0"/>
                <w:sz w:val="20"/>
              </w:rPr>
              <w:t>土地</w:t>
            </w:r>
          </w:p>
        </w:tc>
        <w:tc>
          <w:tcPr>
            <w:tcW w:type="dxa" w:w="1882"/>
            <w:vAlign w:val="center"/>
          </w:tcPr>
          <w:p>
            <w:pPr>
              <w:spacing w:after="0" w:before="0"/>
              <w:jc w:val="left"/>
            </w:pPr>
            <w:r>
              <w:rPr>
                <w:rFonts w:ascii="游明朝" w:hAnsi="游明朝" w:eastAsia="游明朝" w:cs="游明朝"/>
                <w:b w:val="0"/>
                <w:sz w:val="20"/>
              </w:rPr>
              <w:t>所在</w:t>
            </w:r>
          </w:p>
        </w:tc>
        <w:tc>
          <w:tcPr>
            <w:tcW w:type="dxa" w:w="6588"/>
            <w:vAlign w:val="center"/>
          </w:tcPr>
          <w:p>
            <w:pPr>
              <w:spacing w:after="0" w:before="0"/>
              <w:jc w:val="left"/>
            </w:pPr>
            <w:r>
              <w:rPr>
                <w:rFonts w:ascii="游明朝" w:hAnsi="游明朝" w:eastAsia="游明朝" w:cs="游明朝"/>
                <w:b w:val="0"/>
                <w:sz w:val="20"/>
              </w:rPr>
              <w:t>○○市○○町○丁目</w:t>
            </w:r>
          </w:p>
        </w:tc>
      </w:tr>
      <w:tr>
        <w:trPr>
          <w:cantSplit/>
          <w:trHeight w:val="454" w:hRule="atLeast"/>
        </w:trPr>
        <w:tc>
          <w:tcPr>
            <w:tcW w:type="dxa" w:w="941"/>
            <w:vAlign w:val="center"/>
          </w:tcPr>
          <w:p>
            <w:pPr>
              <w:spacing w:after="0" w:before="0"/>
              <w:jc w:val="left"/>
            </w:pPr>
            <w:r>
              <w:rPr>
                <w:rFonts w:ascii="游明朝" w:hAnsi="游明朝" w:eastAsia="游明朝" w:cs="游明朝"/>
                <w:b w:val="0"/>
                <w:sz w:val="20"/>
              </w:rPr>
            </w:r>
          </w:p>
        </w:tc>
        <w:tc>
          <w:tcPr>
            <w:tcW w:type="dxa" w:w="1882"/>
            <w:vAlign w:val="center"/>
          </w:tcPr>
          <w:p>
            <w:pPr>
              <w:spacing w:after="0" w:before="0"/>
              <w:jc w:val="left"/>
            </w:pPr>
            <w:r>
              <w:rPr>
                <w:rFonts w:ascii="游明朝" w:hAnsi="游明朝" w:eastAsia="游明朝" w:cs="游明朝"/>
                <w:b w:val="0"/>
                <w:sz w:val="20"/>
              </w:rPr>
              <w:t>地番</w:t>
            </w:r>
          </w:p>
        </w:tc>
        <w:tc>
          <w:tcPr>
            <w:tcW w:type="dxa" w:w="6588"/>
            <w:vAlign w:val="center"/>
          </w:tcPr>
          <w:p>
            <w:pPr>
              <w:spacing w:after="0" w:before="0"/>
              <w:jc w:val="left"/>
            </w:pPr>
            <w:r>
              <w:rPr>
                <w:rFonts w:ascii="游明朝" w:hAnsi="游明朝" w:eastAsia="游明朝" w:cs="游明朝"/>
                <w:b w:val="0"/>
                <w:sz w:val="20"/>
              </w:rPr>
              <w:t>○○番○</w:t>
            </w:r>
          </w:p>
        </w:tc>
      </w:tr>
      <w:tr>
        <w:trPr>
          <w:cantSplit/>
          <w:trHeight w:val="454" w:hRule="atLeast"/>
        </w:trPr>
        <w:tc>
          <w:tcPr>
            <w:tcW w:type="dxa" w:w="941"/>
            <w:vAlign w:val="center"/>
          </w:tcPr>
          <w:p>
            <w:pPr>
              <w:spacing w:after="0" w:before="0"/>
              <w:jc w:val="left"/>
            </w:pPr>
            <w:r>
              <w:rPr>
                <w:rFonts w:ascii="游明朝" w:hAnsi="游明朝" w:eastAsia="游明朝" w:cs="游明朝"/>
                <w:b w:val="0"/>
                <w:sz w:val="20"/>
              </w:rPr>
            </w:r>
          </w:p>
        </w:tc>
        <w:tc>
          <w:tcPr>
            <w:tcW w:type="dxa" w:w="1882"/>
            <w:vAlign w:val="center"/>
          </w:tcPr>
          <w:p>
            <w:pPr>
              <w:spacing w:after="0" w:before="0"/>
              <w:jc w:val="left"/>
            </w:pPr>
            <w:r>
              <w:rPr>
                <w:rFonts w:ascii="游明朝" w:hAnsi="游明朝" w:eastAsia="游明朝" w:cs="游明朝"/>
                <w:b w:val="0"/>
                <w:sz w:val="20"/>
              </w:rPr>
              <w:t>地目</w:t>
            </w:r>
          </w:p>
        </w:tc>
        <w:tc>
          <w:tcPr>
            <w:tcW w:type="dxa" w:w="6588"/>
            <w:vAlign w:val="center"/>
          </w:tcPr>
          <w:p>
            <w:pPr>
              <w:spacing w:after="0" w:before="0"/>
              <w:jc w:val="left"/>
            </w:pPr>
            <w:r>
              <w:rPr>
                <w:rFonts w:ascii="游明朝" w:hAnsi="游明朝" w:eastAsia="游明朝" w:cs="游明朝"/>
                <w:b w:val="0"/>
                <w:sz w:val="20"/>
              </w:rPr>
              <w:t>宅地</w:t>
            </w:r>
          </w:p>
        </w:tc>
      </w:tr>
      <w:tr>
        <w:trPr>
          <w:cantSplit/>
          <w:trHeight w:val="454" w:hRule="atLeast"/>
        </w:trPr>
        <w:tc>
          <w:tcPr>
            <w:tcW w:type="dxa" w:w="941"/>
            <w:vAlign w:val="center"/>
          </w:tcPr>
          <w:p>
            <w:pPr>
              <w:spacing w:after="0" w:before="0"/>
              <w:jc w:val="left"/>
            </w:pPr>
            <w:r>
              <w:rPr>
                <w:rFonts w:ascii="游明朝" w:hAnsi="游明朝" w:eastAsia="游明朝" w:cs="游明朝"/>
                <w:b w:val="0"/>
                <w:sz w:val="20"/>
              </w:rPr>
            </w:r>
          </w:p>
        </w:tc>
        <w:tc>
          <w:tcPr>
            <w:tcW w:type="dxa" w:w="1882"/>
            <w:vAlign w:val="center"/>
          </w:tcPr>
          <w:p>
            <w:pPr>
              <w:spacing w:after="0" w:before="0"/>
              <w:jc w:val="left"/>
            </w:pPr>
            <w:r>
              <w:rPr>
                <w:rFonts w:ascii="游明朝" w:hAnsi="游明朝" w:eastAsia="游明朝" w:cs="游明朝"/>
                <w:b w:val="0"/>
                <w:sz w:val="20"/>
              </w:rPr>
              <w:t>地積</w:t>
            </w:r>
          </w:p>
        </w:tc>
        <w:tc>
          <w:tcPr>
            <w:tcW w:type="dxa" w:w="6588"/>
            <w:vAlign w:val="center"/>
          </w:tcPr>
          <w:p>
            <w:pPr>
              <w:spacing w:after="0" w:before="0"/>
              <w:jc w:val="left"/>
            </w:pPr>
            <w:r>
              <w:rPr>
                <w:rFonts w:ascii="游明朝" w:hAnsi="游明朝" w:eastAsia="游明朝" w:cs="游明朝"/>
                <w:b w:val="0"/>
                <w:sz w:val="20"/>
              </w:rPr>
              <w:t>○○○.○○㎡</w:t>
            </w:r>
          </w:p>
        </w:tc>
      </w:tr>
      <w:tr>
        <w:trPr>
          <w:cantSplit/>
          <w:trHeight w:val="454" w:hRule="atLeast"/>
        </w:trPr>
        <w:tc>
          <w:tcPr>
            <w:tcW w:type="dxa" w:w="941"/>
            <w:vAlign w:val="center"/>
          </w:tcPr>
          <w:p>
            <w:pPr>
              <w:spacing w:after="0" w:before="0"/>
              <w:jc w:val="left"/>
            </w:pPr>
            <w:r>
              <w:rPr>
                <w:rFonts w:ascii="游明朝" w:hAnsi="游明朝" w:eastAsia="游明朝" w:cs="游明朝"/>
                <w:b w:val="0"/>
                <w:sz w:val="20"/>
              </w:rPr>
              <w:t>建物</w:t>
            </w:r>
          </w:p>
        </w:tc>
        <w:tc>
          <w:tcPr>
            <w:tcW w:type="dxa" w:w="1882"/>
            <w:vAlign w:val="center"/>
          </w:tcPr>
          <w:p>
            <w:pPr>
              <w:spacing w:after="0" w:before="0"/>
              <w:jc w:val="left"/>
            </w:pPr>
            <w:r>
              <w:rPr>
                <w:rFonts w:ascii="游明朝" w:hAnsi="游明朝" w:eastAsia="游明朝" w:cs="游明朝"/>
                <w:b w:val="0"/>
                <w:sz w:val="20"/>
              </w:rPr>
              <w:t>所在</w:t>
            </w:r>
          </w:p>
        </w:tc>
        <w:tc>
          <w:tcPr>
            <w:tcW w:type="dxa" w:w="6588"/>
            <w:vAlign w:val="center"/>
          </w:tcPr>
          <w:p>
            <w:pPr>
              <w:spacing w:after="0" w:before="0"/>
              <w:jc w:val="left"/>
            </w:pPr>
            <w:r>
              <w:rPr>
                <w:rFonts w:ascii="游明朝" w:hAnsi="游明朝" w:eastAsia="游明朝" w:cs="游明朝"/>
                <w:b w:val="0"/>
                <w:sz w:val="20"/>
              </w:rPr>
              <w:t>○○市○○町○丁目○○番地○</w:t>
            </w:r>
          </w:p>
        </w:tc>
      </w:tr>
      <w:tr>
        <w:trPr>
          <w:cantSplit/>
          <w:trHeight w:val="454" w:hRule="atLeast"/>
        </w:trPr>
        <w:tc>
          <w:tcPr>
            <w:tcW w:type="dxa" w:w="941"/>
            <w:vAlign w:val="center"/>
          </w:tcPr>
          <w:p>
            <w:pPr>
              <w:spacing w:after="0" w:before="0"/>
              <w:jc w:val="left"/>
            </w:pPr>
            <w:r>
              <w:rPr>
                <w:rFonts w:ascii="游明朝" w:hAnsi="游明朝" w:eastAsia="游明朝" w:cs="游明朝"/>
                <w:b w:val="0"/>
                <w:sz w:val="20"/>
              </w:rPr>
            </w:r>
          </w:p>
        </w:tc>
        <w:tc>
          <w:tcPr>
            <w:tcW w:type="dxa" w:w="1882"/>
            <w:vAlign w:val="center"/>
          </w:tcPr>
          <w:p>
            <w:pPr>
              <w:spacing w:after="0" w:before="0"/>
              <w:jc w:val="left"/>
            </w:pPr>
            <w:r>
              <w:rPr>
                <w:rFonts w:ascii="游明朝" w:hAnsi="游明朝" w:eastAsia="游明朝" w:cs="游明朝"/>
                <w:b w:val="0"/>
                <w:sz w:val="20"/>
              </w:rPr>
              <w:t>家屋番号</w:t>
            </w:r>
          </w:p>
        </w:tc>
        <w:tc>
          <w:tcPr>
            <w:tcW w:type="dxa" w:w="6588"/>
            <w:vAlign w:val="center"/>
          </w:tcPr>
          <w:p>
            <w:pPr>
              <w:spacing w:after="0" w:before="0"/>
              <w:jc w:val="left"/>
            </w:pPr>
            <w:r>
              <w:rPr>
                <w:rFonts w:ascii="游明朝" w:hAnsi="游明朝" w:eastAsia="游明朝" w:cs="游明朝"/>
                <w:b w:val="0"/>
                <w:sz w:val="20"/>
              </w:rPr>
              <w:t>○○番○</w:t>
            </w:r>
          </w:p>
        </w:tc>
      </w:tr>
      <w:tr>
        <w:trPr>
          <w:cantSplit/>
          <w:trHeight w:val="454" w:hRule="atLeast"/>
        </w:trPr>
        <w:tc>
          <w:tcPr>
            <w:tcW w:type="dxa" w:w="941"/>
            <w:vAlign w:val="center"/>
          </w:tcPr>
          <w:p>
            <w:pPr>
              <w:spacing w:after="0" w:before="0"/>
              <w:jc w:val="left"/>
            </w:pPr>
            <w:r>
              <w:rPr>
                <w:rFonts w:ascii="游明朝" w:hAnsi="游明朝" w:eastAsia="游明朝" w:cs="游明朝"/>
                <w:b w:val="0"/>
                <w:sz w:val="20"/>
              </w:rPr>
            </w:r>
          </w:p>
        </w:tc>
        <w:tc>
          <w:tcPr>
            <w:tcW w:type="dxa" w:w="1882"/>
            <w:vAlign w:val="center"/>
          </w:tcPr>
          <w:p>
            <w:pPr>
              <w:spacing w:after="0" w:before="0"/>
              <w:jc w:val="left"/>
            </w:pPr>
            <w:r>
              <w:rPr>
                <w:rFonts w:ascii="游明朝" w:hAnsi="游明朝" w:eastAsia="游明朝" w:cs="游明朝"/>
                <w:b w:val="0"/>
                <w:sz w:val="20"/>
              </w:rPr>
              <w:t>種類</w:t>
            </w:r>
          </w:p>
        </w:tc>
        <w:tc>
          <w:tcPr>
            <w:tcW w:type="dxa" w:w="6588"/>
            <w:vAlign w:val="center"/>
          </w:tcPr>
          <w:p>
            <w:pPr>
              <w:spacing w:after="0" w:before="0"/>
              <w:jc w:val="left"/>
            </w:pPr>
            <w:r>
              <w:rPr>
                <w:rFonts w:ascii="游明朝" w:hAnsi="游明朝" w:eastAsia="游明朝" w:cs="游明朝"/>
                <w:b w:val="0"/>
                <w:sz w:val="20"/>
              </w:rPr>
              <w:t>居宅</w:t>
            </w:r>
          </w:p>
        </w:tc>
      </w:tr>
      <w:tr>
        <w:trPr>
          <w:cantSplit/>
          <w:trHeight w:val="454" w:hRule="atLeast"/>
        </w:trPr>
        <w:tc>
          <w:tcPr>
            <w:tcW w:type="dxa" w:w="941"/>
            <w:vAlign w:val="center"/>
          </w:tcPr>
          <w:p>
            <w:pPr>
              <w:spacing w:after="0" w:before="0"/>
              <w:jc w:val="left"/>
            </w:pPr>
            <w:r>
              <w:rPr>
                <w:rFonts w:ascii="游明朝" w:hAnsi="游明朝" w:eastAsia="游明朝" w:cs="游明朝"/>
                <w:b w:val="0"/>
                <w:sz w:val="20"/>
              </w:rPr>
            </w:r>
          </w:p>
        </w:tc>
        <w:tc>
          <w:tcPr>
            <w:tcW w:type="dxa" w:w="1882"/>
            <w:vAlign w:val="center"/>
          </w:tcPr>
          <w:p>
            <w:pPr>
              <w:spacing w:after="0" w:before="0"/>
              <w:jc w:val="left"/>
            </w:pPr>
            <w:r>
              <w:rPr>
                <w:rFonts w:ascii="游明朝" w:hAnsi="游明朝" w:eastAsia="游明朝" w:cs="游明朝"/>
                <w:b w:val="0"/>
                <w:sz w:val="20"/>
              </w:rPr>
              <w:t>構造</w:t>
            </w:r>
          </w:p>
        </w:tc>
        <w:tc>
          <w:tcPr>
            <w:tcW w:type="dxa" w:w="6588"/>
            <w:vAlign w:val="center"/>
          </w:tcPr>
          <w:p>
            <w:pPr>
              <w:spacing w:after="0" w:before="0"/>
              <w:jc w:val="left"/>
            </w:pPr>
            <w:r>
              <w:rPr>
                <w:rFonts w:ascii="游明朝" w:hAnsi="游明朝" w:eastAsia="游明朝" w:cs="游明朝"/>
                <w:b w:val="0"/>
                <w:sz w:val="20"/>
              </w:rPr>
              <w:t>木造スレート葺２階建</w:t>
            </w:r>
          </w:p>
        </w:tc>
      </w:tr>
      <w:tr>
        <w:trPr>
          <w:cantSplit/>
          <w:trHeight w:val="454" w:hRule="atLeast"/>
        </w:trPr>
        <w:tc>
          <w:tcPr>
            <w:tcW w:type="dxa" w:w="941"/>
            <w:vAlign w:val="center"/>
          </w:tcPr>
          <w:p>
            <w:pPr>
              <w:spacing w:after="0" w:before="0"/>
              <w:jc w:val="left"/>
            </w:pPr>
            <w:r>
              <w:rPr>
                <w:rFonts w:ascii="游明朝" w:hAnsi="游明朝" w:eastAsia="游明朝" w:cs="游明朝"/>
                <w:b w:val="0"/>
                <w:sz w:val="20"/>
              </w:rPr>
            </w:r>
          </w:p>
        </w:tc>
        <w:tc>
          <w:tcPr>
            <w:tcW w:type="dxa" w:w="1882"/>
            <w:vAlign w:val="center"/>
          </w:tcPr>
          <w:p>
            <w:pPr>
              <w:spacing w:after="0" w:before="0"/>
              <w:jc w:val="left"/>
            </w:pPr>
            <w:r>
              <w:rPr>
                <w:rFonts w:ascii="游明朝" w:hAnsi="游明朝" w:eastAsia="游明朝" w:cs="游明朝"/>
                <w:b w:val="0"/>
                <w:sz w:val="20"/>
              </w:rPr>
              <w:t>床面積</w:t>
            </w:r>
          </w:p>
        </w:tc>
        <w:tc>
          <w:tcPr>
            <w:tcW w:type="dxa" w:w="6588"/>
            <w:vAlign w:val="center"/>
          </w:tcPr>
          <w:p>
            <w:pPr>
              <w:spacing w:after="0" w:before="0"/>
              <w:jc w:val="left"/>
            </w:pPr>
            <w:r>
              <w:rPr>
                <w:rFonts w:ascii="游明朝" w:hAnsi="游明朝" w:eastAsia="游明朝" w:cs="游明朝"/>
                <w:b w:val="0"/>
                <w:sz w:val="20"/>
              </w:rPr>
              <w:t>１階　○○.○○㎡　　２階　○○.○○㎡</w:t>
            </w:r>
          </w:p>
        </w:tc>
      </w:tr>
    </w:tbl>
    <w:p>
      <w:pPr>
        <w:spacing w:after="40"/>
        <w:jc w:val="left"/>
      </w:pPr>
      <w:r>
        <w:rPr>
          <w:rFonts w:ascii="游明朝" w:hAnsi="游明朝" w:eastAsia="游明朝" w:cs="游明朝"/>
          <w:b w:val="0"/>
          <w:sz w:val="21"/>
        </w:rPr>
      </w:r>
    </w:p>
    <w:p>
      <w:pPr>
        <w:jc w:val="left"/>
      </w:pPr>
      <w:r>
        <w:rPr>
          <w:rFonts w:ascii="游明朝" w:hAnsi="游明朝" w:eastAsia="游明朝" w:cs="游明朝"/>
          <w:b w:val="0"/>
          <w:color w:val="404040"/>
          <w:sz w:val="18"/>
        </w:rPr>
        <w:t>※マンションの場合は、「一棟の建物の表示」「専有部分の建物の表示」「敷地権の表示」を登記事項証明書のとおりに書きます。</w:t>
      </w:r>
    </w:p>
    <w:p>
      <w:pPr>
        <w:keepNext/>
        <w:spacing w:after="40" w:before="120"/>
        <w:jc w:val="left"/>
      </w:pPr>
      <w:r>
        <w:rPr>
          <w:rFonts w:ascii="游明朝" w:hAnsi="游明朝" w:eastAsia="游明朝" w:cs="游明朝"/>
          <w:b/>
          <w:sz w:val="22"/>
        </w:rPr>
        <w:t>【第2条の預貯金・有価証券】</w:t>
      </w:r>
    </w:p>
    <w:tbl>
      <w:tblPr>
        <w:tblStyle w:val="TableGrid"/>
        <w:tblW w:type="dxa" w:w="9412"/>
        <w:jc w:val="center"/>
        <w:tblLayout w:type="fixed"/>
        <w:tblLook w:firstColumn="1" w:firstRow="1" w:lastColumn="0" w:lastRow="0" w:noHBand="0" w:noVBand="1" w:val="04A0"/>
      </w:tblPr>
      <w:tblGrid>
        <w:gridCol w:w="1505"/>
        <w:gridCol w:w="3388"/>
        <w:gridCol w:w="4517"/>
      </w:tblGrid>
      <w:tr>
        <w:trPr>
          <w:cantSplit/>
          <w:trHeight w:val="397" w:hRule="atLeast"/>
          <w:tblHeader/>
        </w:trPr>
        <w:tc>
          <w:tcPr>
            <w:tcW w:type="dxa" w:w="1506"/>
            <w:vAlign w:val="center"/>
          </w:tcPr>
          <w:p>
            <w:pPr>
              <w:spacing w:after="0" w:before="0"/>
              <w:jc w:val="center"/>
            </w:pPr>
            <w:r>
              <w:rPr>
                <w:rFonts w:ascii="游明朝" w:hAnsi="游明朝" w:eastAsia="游明朝" w:cs="游明朝"/>
                <w:b/>
                <w:sz w:val="20"/>
              </w:rPr>
              <w:t>種類</w:t>
            </w:r>
          </w:p>
        </w:tc>
        <w:tc>
          <w:tcPr>
            <w:tcW w:type="dxa" w:w="3388"/>
            <w:vAlign w:val="center"/>
          </w:tcPr>
          <w:p>
            <w:pPr>
              <w:spacing w:after="0" w:before="0"/>
              <w:jc w:val="center"/>
            </w:pPr>
            <w:r>
              <w:rPr>
                <w:rFonts w:ascii="游明朝" w:hAnsi="游明朝" w:eastAsia="游明朝" w:cs="游明朝"/>
                <w:b/>
                <w:sz w:val="20"/>
              </w:rPr>
              <w:t>金融機関・支店</w:t>
            </w:r>
          </w:p>
        </w:tc>
        <w:tc>
          <w:tcPr>
            <w:tcW w:type="dxa" w:w="4517"/>
            <w:vAlign w:val="center"/>
          </w:tcPr>
          <w:p>
            <w:pPr>
              <w:spacing w:after="0" w:before="0"/>
              <w:jc w:val="center"/>
            </w:pPr>
            <w:r>
              <w:rPr>
                <w:rFonts w:ascii="游明朝" w:hAnsi="游明朝" w:eastAsia="游明朝" w:cs="游明朝"/>
                <w:b/>
                <w:sz w:val="20"/>
              </w:rPr>
              <w:t>預金の種類・口座番号など</w:t>
            </w:r>
          </w:p>
        </w:tc>
      </w:tr>
      <w:tr>
        <w:trPr>
          <w:cantSplit/>
          <w:trHeight w:val="454" w:hRule="atLeast"/>
        </w:trPr>
        <w:tc>
          <w:tcPr>
            <w:tcW w:type="dxa" w:w="1506"/>
            <w:vAlign w:val="center"/>
          </w:tcPr>
          <w:p>
            <w:pPr>
              <w:spacing w:after="0" w:before="0"/>
              <w:jc w:val="left"/>
            </w:pPr>
            <w:r>
              <w:rPr>
                <w:rFonts w:ascii="游明朝" w:hAnsi="游明朝" w:eastAsia="游明朝" w:cs="游明朝"/>
                <w:b w:val="0"/>
                <w:sz w:val="20"/>
              </w:rPr>
              <w:t>預貯金</w:t>
            </w:r>
          </w:p>
        </w:tc>
        <w:tc>
          <w:tcPr>
            <w:tcW w:type="dxa" w:w="3388"/>
            <w:vAlign w:val="center"/>
          </w:tcPr>
          <w:p>
            <w:pPr>
              <w:spacing w:after="0" w:before="0"/>
              <w:jc w:val="left"/>
            </w:pPr>
            <w:r>
              <w:rPr>
                <w:rFonts w:ascii="游明朝" w:hAnsi="游明朝" w:eastAsia="游明朝" w:cs="游明朝"/>
                <w:b w:val="0"/>
                <w:sz w:val="20"/>
              </w:rPr>
              <w:t>○○銀行　○○支店</w:t>
            </w:r>
          </w:p>
        </w:tc>
        <w:tc>
          <w:tcPr>
            <w:tcW w:type="dxa" w:w="4517"/>
            <w:vAlign w:val="center"/>
          </w:tcPr>
          <w:p>
            <w:pPr>
              <w:spacing w:after="0" w:before="0"/>
              <w:jc w:val="left"/>
            </w:pPr>
            <w:r>
              <w:rPr>
                <w:rFonts w:ascii="游明朝" w:hAnsi="游明朝" w:eastAsia="游明朝" w:cs="游明朝"/>
                <w:b w:val="0"/>
                <w:sz w:val="20"/>
              </w:rPr>
              <w:t>普通預金　口座番号　○○○○○○○</w:t>
            </w:r>
          </w:p>
        </w:tc>
      </w:tr>
      <w:tr>
        <w:trPr>
          <w:cantSplit/>
          <w:trHeight w:val="454" w:hRule="atLeast"/>
        </w:trPr>
        <w:tc>
          <w:tcPr>
            <w:tcW w:type="dxa" w:w="1506"/>
            <w:vAlign w:val="center"/>
          </w:tcPr>
          <w:p>
            <w:pPr>
              <w:spacing w:after="0" w:before="0"/>
              <w:jc w:val="left"/>
            </w:pPr>
            <w:r>
              <w:rPr>
                <w:rFonts w:ascii="游明朝" w:hAnsi="游明朝" w:eastAsia="游明朝" w:cs="游明朝"/>
                <w:b w:val="0"/>
                <w:sz w:val="20"/>
              </w:rPr>
              <w:t>預貯金</w:t>
            </w:r>
          </w:p>
        </w:tc>
        <w:tc>
          <w:tcPr>
            <w:tcW w:type="dxa" w:w="3388"/>
            <w:vAlign w:val="center"/>
          </w:tcPr>
          <w:p>
            <w:pPr>
              <w:spacing w:after="0" w:before="0"/>
              <w:jc w:val="left"/>
            </w:pPr>
            <w:r>
              <w:rPr>
                <w:rFonts w:ascii="游明朝" w:hAnsi="游明朝" w:eastAsia="游明朝" w:cs="游明朝"/>
                <w:b w:val="0"/>
                <w:sz w:val="20"/>
              </w:rPr>
              <w:t>○○銀行　○○支店</w:t>
            </w:r>
          </w:p>
        </w:tc>
        <w:tc>
          <w:tcPr>
            <w:tcW w:type="dxa" w:w="4517"/>
            <w:vAlign w:val="center"/>
          </w:tcPr>
          <w:p>
            <w:pPr>
              <w:spacing w:after="0" w:before="0"/>
              <w:jc w:val="left"/>
            </w:pPr>
            <w:r>
              <w:rPr>
                <w:rFonts w:ascii="游明朝" w:hAnsi="游明朝" w:eastAsia="游明朝" w:cs="游明朝"/>
                <w:b w:val="0"/>
                <w:sz w:val="20"/>
              </w:rPr>
              <w:t>定期預金　口座番号　○○○○○○○</w:t>
            </w:r>
          </w:p>
        </w:tc>
      </w:tr>
      <w:tr>
        <w:trPr>
          <w:cantSplit/>
          <w:trHeight w:val="454" w:hRule="atLeast"/>
        </w:trPr>
        <w:tc>
          <w:tcPr>
            <w:tcW w:type="dxa" w:w="1506"/>
            <w:vAlign w:val="center"/>
          </w:tcPr>
          <w:p>
            <w:pPr>
              <w:spacing w:after="0" w:before="0"/>
              <w:jc w:val="left"/>
            </w:pPr>
            <w:r>
              <w:rPr>
                <w:rFonts w:ascii="游明朝" w:hAnsi="游明朝" w:eastAsia="游明朝" w:cs="游明朝"/>
                <w:b w:val="0"/>
                <w:sz w:val="20"/>
              </w:rPr>
              <w:t>有価証券</w:t>
            </w:r>
          </w:p>
        </w:tc>
        <w:tc>
          <w:tcPr>
            <w:tcW w:type="dxa" w:w="3388"/>
            <w:vAlign w:val="center"/>
          </w:tcPr>
          <w:p>
            <w:pPr>
              <w:spacing w:after="0" w:before="0"/>
              <w:jc w:val="left"/>
            </w:pPr>
            <w:r>
              <w:rPr>
                <w:rFonts w:ascii="游明朝" w:hAnsi="游明朝" w:eastAsia="游明朝" w:cs="游明朝"/>
                <w:b w:val="0"/>
                <w:sz w:val="20"/>
              </w:rPr>
              <w:t>○○証券　○○支店</w:t>
            </w:r>
          </w:p>
        </w:tc>
        <w:tc>
          <w:tcPr>
            <w:tcW w:type="dxa" w:w="4517"/>
            <w:vAlign w:val="center"/>
          </w:tcPr>
          <w:p>
            <w:pPr>
              <w:spacing w:after="0" w:before="0"/>
              <w:jc w:val="left"/>
            </w:pPr>
            <w:r>
              <w:rPr>
                <w:rFonts w:ascii="游明朝" w:hAnsi="游明朝" w:eastAsia="游明朝" w:cs="游明朝"/>
                <w:b w:val="0"/>
                <w:sz w:val="20"/>
              </w:rPr>
              <w:t>口座番号　○○○○○○○　の口座にあるすべての有価証券</w:t>
            </w:r>
          </w:p>
        </w:tc>
      </w:tr>
      <w:tr>
        <w:trPr>
          <w:cantSplit/>
          <w:trHeight w:val="454" w:hRule="atLeast"/>
        </w:trPr>
        <w:tc>
          <w:tcPr>
            <w:tcW w:type="dxa" w:w="1506"/>
            <w:vAlign w:val="center"/>
          </w:tcPr>
          <w:p>
            <w:pPr>
              <w:spacing w:after="0" w:before="0"/>
              <w:jc w:val="left"/>
            </w:pPr>
            <w:r>
              <w:rPr>
                <w:rFonts w:ascii="游明朝" w:hAnsi="游明朝" w:eastAsia="游明朝" w:cs="游明朝"/>
                <w:b w:val="0"/>
                <w:sz w:val="20"/>
              </w:rPr>
            </w:r>
          </w:p>
        </w:tc>
        <w:tc>
          <w:tcPr>
            <w:tcW w:type="dxa" w:w="3388"/>
            <w:vAlign w:val="center"/>
          </w:tcPr>
          <w:p>
            <w:pPr>
              <w:spacing w:after="0" w:before="0"/>
              <w:jc w:val="left"/>
            </w:pPr>
            <w:r>
              <w:rPr>
                <w:rFonts w:ascii="游明朝" w:hAnsi="游明朝" w:eastAsia="游明朝" w:cs="游明朝"/>
                <w:b w:val="0"/>
                <w:sz w:val="20"/>
              </w:rPr>
            </w:r>
          </w:p>
        </w:tc>
        <w:tc>
          <w:tcPr>
            <w:tcW w:type="dxa" w:w="4517"/>
            <w:vAlign w:val="center"/>
          </w:tcPr>
          <w:p>
            <w:pPr>
              <w:spacing w:after="0" w:before="0"/>
              <w:jc w:val="left"/>
            </w:pPr>
            <w:r>
              <w:rPr>
                <w:rFonts w:ascii="游明朝" w:hAnsi="游明朝" w:eastAsia="游明朝" w:cs="游明朝"/>
                <w:b w:val="0"/>
                <w:sz w:val="20"/>
              </w:rPr>
            </w:r>
          </w:p>
        </w:tc>
      </w:tr>
      <w:tr>
        <w:trPr>
          <w:cantSplit/>
          <w:trHeight w:val="454" w:hRule="atLeast"/>
        </w:trPr>
        <w:tc>
          <w:tcPr>
            <w:tcW w:type="dxa" w:w="1506"/>
            <w:vAlign w:val="center"/>
          </w:tcPr>
          <w:p>
            <w:pPr>
              <w:spacing w:after="0" w:before="0"/>
              <w:jc w:val="left"/>
            </w:pPr>
            <w:r>
              <w:rPr>
                <w:rFonts w:ascii="游明朝" w:hAnsi="游明朝" w:eastAsia="游明朝" w:cs="游明朝"/>
                <w:b w:val="0"/>
                <w:sz w:val="20"/>
              </w:rPr>
            </w:r>
          </w:p>
        </w:tc>
        <w:tc>
          <w:tcPr>
            <w:tcW w:type="dxa" w:w="3388"/>
            <w:vAlign w:val="center"/>
          </w:tcPr>
          <w:p>
            <w:pPr>
              <w:spacing w:after="0" w:before="0"/>
              <w:jc w:val="left"/>
            </w:pPr>
            <w:r>
              <w:rPr>
                <w:rFonts w:ascii="游明朝" w:hAnsi="游明朝" w:eastAsia="游明朝" w:cs="游明朝"/>
                <w:b w:val="0"/>
                <w:sz w:val="20"/>
              </w:rPr>
            </w:r>
          </w:p>
        </w:tc>
        <w:tc>
          <w:tcPr>
            <w:tcW w:type="dxa" w:w="4517"/>
            <w:vAlign w:val="center"/>
          </w:tcPr>
          <w:p>
            <w:pPr>
              <w:spacing w:after="0" w:before="0"/>
              <w:jc w:val="left"/>
            </w:pPr>
            <w:r>
              <w:rPr>
                <w:rFonts w:ascii="游明朝" w:hAnsi="游明朝" w:eastAsia="游明朝" w:cs="游明朝"/>
                <w:b w:val="0"/>
                <w:sz w:val="20"/>
              </w:rPr>
            </w:r>
          </w:p>
        </w:tc>
      </w:tr>
    </w:tbl>
    <w:p>
      <w:pPr>
        <w:spacing w:after="40"/>
        <w:jc w:val="left"/>
      </w:pPr>
      <w:r>
        <w:rPr>
          <w:rFonts w:ascii="游明朝" w:hAnsi="游明朝" w:eastAsia="游明朝" w:cs="游明朝"/>
          <w:b w:val="0"/>
          <w:sz w:val="21"/>
        </w:rPr>
      </w:r>
    </w:p>
    <w:p>
      <w:pPr>
        <w:keepNext/>
        <w:spacing w:after="40" w:before="120"/>
        <w:jc w:val="left"/>
      </w:pPr>
      <w:r>
        <w:rPr>
          <w:rFonts w:ascii="游明朝" w:hAnsi="游明朝" w:eastAsia="游明朝" w:cs="游明朝"/>
          <w:b/>
          <w:sz w:val="22"/>
        </w:rPr>
        <w:t>【第3条の財産】</w:t>
      </w:r>
    </w:p>
    <w:tbl>
      <w:tblPr>
        <w:tblStyle w:val="TableGrid"/>
        <w:tblW w:type="dxa" w:w="9412"/>
        <w:jc w:val="center"/>
        <w:tblLayout w:type="fixed"/>
        <w:tblLook w:firstColumn="1" w:firstRow="1" w:lastColumn="0" w:lastRow="0" w:noHBand="0" w:noVBand="1" w:val="04A0"/>
      </w:tblPr>
      <w:tblGrid>
        <w:gridCol w:w="1882"/>
        <w:gridCol w:w="7529"/>
      </w:tblGrid>
      <w:tr>
        <w:trPr>
          <w:cantSplit/>
          <w:trHeight w:val="397" w:hRule="atLeast"/>
          <w:tblHeader/>
        </w:trPr>
        <w:tc>
          <w:tcPr>
            <w:tcW w:type="dxa" w:w="1882"/>
            <w:vAlign w:val="center"/>
          </w:tcPr>
          <w:p>
            <w:pPr>
              <w:spacing w:after="0" w:before="0"/>
              <w:jc w:val="center"/>
            </w:pPr>
            <w:r>
              <w:rPr>
                <w:rFonts w:ascii="游明朝" w:hAnsi="游明朝" w:eastAsia="游明朝" w:cs="游明朝"/>
                <w:b/>
                <w:sz w:val="20"/>
              </w:rPr>
              <w:t>種類</w:t>
            </w:r>
          </w:p>
        </w:tc>
        <w:tc>
          <w:tcPr>
            <w:tcW w:type="dxa" w:w="7529"/>
            <w:vAlign w:val="center"/>
          </w:tcPr>
          <w:p>
            <w:pPr>
              <w:spacing w:after="0" w:before="0"/>
              <w:jc w:val="center"/>
            </w:pPr>
            <w:r>
              <w:rPr>
                <w:rFonts w:ascii="游明朝" w:hAnsi="游明朝" w:eastAsia="游明朝" w:cs="游明朝"/>
                <w:b/>
                <w:sz w:val="20"/>
              </w:rPr>
              <w:t>内容</w:t>
            </w:r>
          </w:p>
        </w:tc>
      </w:tr>
      <w:tr>
        <w:trPr>
          <w:cantSplit/>
          <w:trHeight w:val="454" w:hRule="atLeast"/>
        </w:trPr>
        <w:tc>
          <w:tcPr>
            <w:tcW w:type="dxa" w:w="1882"/>
            <w:vAlign w:val="center"/>
          </w:tcPr>
          <w:p>
            <w:pPr>
              <w:spacing w:after="0" w:before="0"/>
              <w:jc w:val="left"/>
            </w:pPr>
            <w:r>
              <w:rPr>
                <w:rFonts w:ascii="游明朝" w:hAnsi="游明朝" w:eastAsia="游明朝" w:cs="游明朝"/>
                <w:b w:val="0"/>
                <w:sz w:val="20"/>
              </w:rPr>
              <w:t>自動車</w:t>
            </w:r>
          </w:p>
        </w:tc>
        <w:tc>
          <w:tcPr>
            <w:tcW w:type="dxa" w:w="7529"/>
            <w:vAlign w:val="center"/>
          </w:tcPr>
          <w:p>
            <w:pPr>
              <w:spacing w:after="0" w:before="0"/>
              <w:jc w:val="left"/>
            </w:pPr>
            <w:r>
              <w:rPr>
                <w:rFonts w:ascii="游明朝" w:hAnsi="游明朝" w:eastAsia="游明朝" w:cs="游明朝"/>
                <w:b w:val="0"/>
                <w:sz w:val="20"/>
              </w:rPr>
              <w:t>登録番号　○○○○○○　車名　○○○○　車台番号　○○○○○○</w:t>
            </w:r>
          </w:p>
        </w:tc>
      </w:tr>
      <w:tr>
        <w:trPr>
          <w:cantSplit/>
          <w:trHeight w:val="454" w:hRule="atLeast"/>
        </w:trPr>
        <w:tc>
          <w:tcPr>
            <w:tcW w:type="dxa" w:w="1882"/>
            <w:vAlign w:val="center"/>
          </w:tcPr>
          <w:p>
            <w:pPr>
              <w:spacing w:after="0" w:before="0"/>
              <w:jc w:val="left"/>
            </w:pPr>
            <w:r>
              <w:rPr>
                <w:rFonts w:ascii="游明朝" w:hAnsi="游明朝" w:eastAsia="游明朝" w:cs="游明朝"/>
                <w:b w:val="0"/>
                <w:sz w:val="20"/>
              </w:rPr>
              <w:t>現金</w:t>
            </w:r>
          </w:p>
        </w:tc>
        <w:tc>
          <w:tcPr>
            <w:tcW w:type="dxa" w:w="7529"/>
            <w:vAlign w:val="center"/>
          </w:tcPr>
          <w:p>
            <w:pPr>
              <w:spacing w:after="0" w:before="0"/>
              <w:jc w:val="left"/>
            </w:pPr>
            <w:r>
              <w:rPr>
                <w:rFonts w:ascii="游明朝" w:hAnsi="游明朝" w:eastAsia="游明朝" w:cs="游明朝"/>
                <w:b w:val="0"/>
                <w:sz w:val="20"/>
              </w:rPr>
              <w:t>金　　　　　　　円</w:t>
            </w:r>
          </w:p>
        </w:tc>
      </w:tr>
      <w:tr>
        <w:trPr>
          <w:cantSplit/>
          <w:trHeight w:val="454" w:hRule="atLeast"/>
        </w:trPr>
        <w:tc>
          <w:tcPr>
            <w:tcW w:type="dxa" w:w="1882"/>
            <w:vAlign w:val="center"/>
          </w:tcPr>
          <w:p>
            <w:pPr>
              <w:spacing w:after="0" w:before="0"/>
              <w:jc w:val="left"/>
            </w:pPr>
            <w:r>
              <w:rPr>
                <w:rFonts w:ascii="游明朝" w:hAnsi="游明朝" w:eastAsia="游明朝" w:cs="游明朝"/>
                <w:b w:val="0"/>
                <w:sz w:val="20"/>
              </w:rPr>
              <w:t>その他</w:t>
            </w:r>
          </w:p>
        </w:tc>
        <w:tc>
          <w:tcPr>
            <w:tcW w:type="dxa" w:w="7529"/>
            <w:vAlign w:val="center"/>
          </w:tcPr>
          <w:p>
            <w:pPr>
              <w:spacing w:after="0" w:before="0"/>
              <w:jc w:val="left"/>
            </w:pPr>
            <w:r>
              <w:rPr>
                <w:rFonts w:ascii="游明朝" w:hAnsi="游明朝" w:eastAsia="游明朝" w:cs="游明朝"/>
                <w:b w:val="0"/>
                <w:sz w:val="20"/>
              </w:rPr>
              <w:t>○○○○</w:t>
            </w:r>
          </w:p>
        </w:tc>
      </w:tr>
      <w:tr>
        <w:trPr>
          <w:cantSplit/>
          <w:trHeight w:val="454" w:hRule="atLeast"/>
        </w:trPr>
        <w:tc>
          <w:tcPr>
            <w:tcW w:type="dxa" w:w="1882"/>
            <w:vAlign w:val="center"/>
          </w:tcPr>
          <w:p>
            <w:pPr>
              <w:spacing w:after="0" w:before="0"/>
              <w:jc w:val="left"/>
            </w:pPr>
            <w:r>
              <w:rPr>
                <w:rFonts w:ascii="游明朝" w:hAnsi="游明朝" w:eastAsia="游明朝" w:cs="游明朝"/>
                <w:b w:val="0"/>
                <w:sz w:val="20"/>
              </w:rPr>
            </w:r>
          </w:p>
        </w:tc>
        <w:tc>
          <w:tcPr>
            <w:tcW w:type="dxa" w:w="7529"/>
            <w:vAlign w:val="center"/>
          </w:tcPr>
          <w:p>
            <w:pPr>
              <w:spacing w:after="0" w:before="0"/>
              <w:jc w:val="left"/>
            </w:pPr>
            <w:r>
              <w:rPr>
                <w:rFonts w:ascii="游明朝" w:hAnsi="游明朝" w:eastAsia="游明朝" w:cs="游明朝"/>
                <w:b w:val="0"/>
                <w:sz w:val="20"/>
              </w:rPr>
            </w:r>
          </w:p>
        </w:tc>
      </w:tr>
      <w:tr>
        <w:trPr>
          <w:cantSplit/>
          <w:trHeight w:val="454" w:hRule="atLeast"/>
        </w:trPr>
        <w:tc>
          <w:tcPr>
            <w:tcW w:type="dxa" w:w="1882"/>
            <w:vAlign w:val="center"/>
          </w:tcPr>
          <w:p>
            <w:pPr>
              <w:spacing w:after="0" w:before="0"/>
              <w:jc w:val="left"/>
            </w:pPr>
            <w:r>
              <w:rPr>
                <w:rFonts w:ascii="游明朝" w:hAnsi="游明朝" w:eastAsia="游明朝" w:cs="游明朝"/>
                <w:b w:val="0"/>
                <w:sz w:val="20"/>
              </w:rPr>
            </w:r>
          </w:p>
        </w:tc>
        <w:tc>
          <w:tcPr>
            <w:tcW w:type="dxa" w:w="7529"/>
            <w:vAlign w:val="center"/>
          </w:tcPr>
          <w:p>
            <w:pPr>
              <w:spacing w:after="0" w:before="0"/>
              <w:jc w:val="left"/>
            </w:pPr>
            <w:r>
              <w:rPr>
                <w:rFonts w:ascii="游明朝" w:hAnsi="游明朝" w:eastAsia="游明朝" w:cs="游明朝"/>
                <w:b w:val="0"/>
                <w:sz w:val="20"/>
              </w:rPr>
            </w:r>
          </w:p>
        </w:tc>
      </w:tr>
    </w:tbl>
    <w:p>
      <w:pPr>
        <w:spacing w:after="40"/>
        <w:jc w:val="left"/>
      </w:pPr>
      <w:r>
        <w:rPr>
          <w:rFonts w:ascii="游明朝" w:hAnsi="游明朝" w:eastAsia="游明朝" w:cs="游明朝"/>
          <w:b w:val="0"/>
          <w:sz w:val="21"/>
        </w:rPr>
      </w:r>
    </w:p>
    <w:p>
      <w:pPr>
        <w:pageBreakBefore/>
        <w:jc w:val="left"/>
      </w:pPr>
      <w:r>
        <w:rPr>
          <w:rFonts w:ascii="游明朝" w:hAnsi="游明朝" w:eastAsia="游明朝" w:cs="游明朝"/>
          <w:b w:val="0"/>
          <w:sz w:val="21"/>
        </w:rPr>
        <w:t xml:space="preserve">　以上のとおり、相続人全員による遺産分割の協議が成立したので、これを証するため本協議書　　通を作成し、各自署名、実印を押印のうえ、各1通を保有する。</w:t>
      </w:r>
    </w:p>
    <w:p>
      <w:pPr>
        <w:keepNext/>
        <w:jc w:val="right"/>
      </w:pPr>
      <w:r>
        <w:rPr>
          <w:rFonts w:ascii="游明朝" w:hAnsi="游明朝" w:eastAsia="游明朝" w:cs="游明朝"/>
          <w:b w:val="0"/>
          <w:sz w:val="21"/>
        </w:rPr>
        <w:t xml:space="preserve">　　　　年　　月　　日</w:t>
      </w:r>
    </w:p>
    <w:p>
      <w:pPr>
        <w:keepNext/>
        <w:spacing w:after="0" w:before="160"/>
        <w:ind w:left="3764"/>
        <w:jc w:val="left"/>
      </w:pPr>
      <w:r>
        <w:rPr>
          <w:rFonts w:ascii="游明朝" w:hAnsi="游明朝" w:eastAsia="游明朝" w:cs="游明朝"/>
          <w:b w:val="0"/>
          <w:sz w:val="21"/>
        </w:rPr>
        <w:t>相続人（配偶者）</w:t>
      </w:r>
    </w:p>
    <w:tbl>
      <w:tblPr>
        <w:tblW w:type="auto" w:w="0"/>
        <w:jc w:val="right"/>
        <w:tblLayout w:type="fixed"/>
        <w:tblLook w:firstColumn="1" w:firstRow="1" w:lastColumn="0" w:lastRow="0" w:noHBand="0" w:noVBand="1" w:val="04A0"/>
      </w:tblPr>
      <w:tblGrid>
        <w:gridCol w:w="1701"/>
        <w:gridCol w:w="3436"/>
        <w:gridCol w:w="510"/>
      </w:tblGrid>
      <w:tr>
        <w:trPr>
          <w:cantSplit/>
          <w:trHeight w:val="510" w:hRule="atLeast"/>
        </w:trPr>
        <w:tc>
          <w:tcPr>
            <w:tcW w:type="dxa" w:w="1701"/>
            <w:vAlign w:val="bottom"/>
          </w:tcPr>
          <w:p>
            <w:pPr>
              <w:keepNext/>
              <w:spacing w:after="0" w:before="0"/>
              <w:jc w:val="left"/>
            </w:pPr>
            <w:r>
              <w:rPr>
                <w:rFonts w:ascii="游明朝" w:hAnsi="游明朝" w:eastAsia="游明朝" w:cs="游明朝"/>
                <w:b w:val="0"/>
                <w:sz w:val="21"/>
              </w:rPr>
              <w:t>住所</w:t>
            </w:r>
          </w:p>
        </w:tc>
        <w:tc>
          <w:tcPr>
            <w:tcW w:type="dxa" w:w="3436"/>
            <w:tcBorders>
              <w:bottom w:val="single" w:sz="4" w:color="000000"/>
            </w:tcBorders>
            <w:vAlign w:val="center"/>
          </w:tcPr>
          <w:p>
            <w:pPr>
              <w:keepNext/>
              <w:spacing w:after="0" w:before="0"/>
              <w:jc w:val="left"/>
            </w:pPr>
            <w:r>
              <w:rPr>
                <w:rFonts w:ascii="游明朝" w:hAnsi="游明朝" w:eastAsia="游明朝" w:cs="游明朝"/>
                <w:b w:val="0"/>
                <w:sz w:val="21"/>
              </w:rPr>
            </w:r>
          </w:p>
        </w:tc>
        <w:tc>
          <w:tcPr>
            <w:tcW w:type="dxa" w:w="510"/>
            <w:vAlign w:val="bottom"/>
          </w:tcPr>
          <w:p>
            <w:pPr>
              <w:keepNext/>
              <w:spacing w:after="0" w:before="0"/>
              <w:jc w:val="center"/>
            </w:pPr>
            <w:r>
              <w:rPr>
                <w:rFonts w:ascii="游明朝" w:hAnsi="游明朝" w:eastAsia="游明朝" w:cs="游明朝"/>
                <w:b w:val="0"/>
                <w:sz w:val="21"/>
              </w:rPr>
            </w:r>
          </w:p>
        </w:tc>
      </w:tr>
      <w:tr>
        <w:trPr>
          <w:cantSplit/>
          <w:trHeight w:val="510" w:hRule="atLeast"/>
        </w:trPr>
        <w:tc>
          <w:tcPr>
            <w:tcW w:type="dxa" w:w="1701"/>
            <w:vAlign w:val="bottom"/>
          </w:tcPr>
          <w:p>
            <w:pPr>
              <w:spacing w:after="0" w:before="0"/>
              <w:jc w:val="left"/>
            </w:pPr>
            <w:r>
              <w:rPr>
                <w:rFonts w:ascii="游明朝" w:hAnsi="游明朝" w:eastAsia="游明朝" w:cs="游明朝"/>
                <w:b w:val="0"/>
                <w:sz w:val="21"/>
              </w:rPr>
              <w:t>氏名（自署）</w:t>
            </w:r>
          </w:p>
        </w:tc>
        <w:tc>
          <w:tcPr>
            <w:tcW w:type="dxa" w:w="3436"/>
            <w:tcBorders>
              <w:bottom w:val="single" w:sz="4" w:color="000000"/>
            </w:tcBorders>
            <w:vAlign w:val="center"/>
          </w:tcPr>
          <w:p>
            <w:pPr>
              <w:spacing w:after="0" w:before="0"/>
              <w:jc w:val="left"/>
            </w:pPr>
            <w:r>
              <w:rPr>
                <w:rFonts w:ascii="游明朝" w:hAnsi="游明朝" w:eastAsia="游明朝" w:cs="游明朝"/>
                <w:b w:val="0"/>
                <w:sz w:val="21"/>
              </w:rPr>
            </w:r>
          </w:p>
        </w:tc>
        <w:tc>
          <w:tcPr>
            <w:tcW w:type="dxa" w:w="510"/>
            <w:vAlign w:val="bottom"/>
          </w:tcPr>
          <w:p>
            <w:pPr>
              <w:spacing w:after="0" w:before="0"/>
              <w:jc w:val="center"/>
            </w:pPr>
            <w:r>
              <w:rPr>
                <w:rFonts w:ascii="游明朝" w:hAnsi="游明朝" w:eastAsia="游明朝" w:cs="游明朝"/>
                <w:b w:val="0"/>
                <w:sz w:val="21"/>
              </w:rPr>
              <w:t>印</w:t>
            </w:r>
          </w:p>
        </w:tc>
      </w:tr>
    </w:tbl>
    <w:p>
      <w:pPr>
        <w:keepNext/>
        <w:spacing w:after="0" w:before="160"/>
        <w:ind w:left="3764"/>
        <w:jc w:val="left"/>
      </w:pPr>
      <w:r>
        <w:rPr>
          <w:rFonts w:ascii="游明朝" w:hAnsi="游明朝" w:eastAsia="游明朝" w:cs="游明朝"/>
          <w:b w:val="0"/>
          <w:sz w:val="21"/>
        </w:rPr>
        <w:t>相続人（長男）</w:t>
      </w:r>
    </w:p>
    <w:tbl>
      <w:tblPr>
        <w:tblW w:type="auto" w:w="0"/>
        <w:jc w:val="right"/>
        <w:tblLayout w:type="fixed"/>
        <w:tblLook w:firstColumn="1" w:firstRow="1" w:lastColumn="0" w:lastRow="0" w:noHBand="0" w:noVBand="1" w:val="04A0"/>
      </w:tblPr>
      <w:tblGrid>
        <w:gridCol w:w="1701"/>
        <w:gridCol w:w="3436"/>
        <w:gridCol w:w="510"/>
      </w:tblGrid>
      <w:tr>
        <w:trPr>
          <w:cantSplit/>
          <w:trHeight w:val="510" w:hRule="atLeast"/>
        </w:trPr>
        <w:tc>
          <w:tcPr>
            <w:tcW w:type="dxa" w:w="1701"/>
            <w:vAlign w:val="bottom"/>
          </w:tcPr>
          <w:p>
            <w:pPr>
              <w:keepNext/>
              <w:spacing w:after="0" w:before="0"/>
              <w:jc w:val="left"/>
            </w:pPr>
            <w:r>
              <w:rPr>
                <w:rFonts w:ascii="游明朝" w:hAnsi="游明朝" w:eastAsia="游明朝" w:cs="游明朝"/>
                <w:b w:val="0"/>
                <w:sz w:val="21"/>
              </w:rPr>
              <w:t>住所</w:t>
            </w:r>
          </w:p>
        </w:tc>
        <w:tc>
          <w:tcPr>
            <w:tcW w:type="dxa" w:w="3436"/>
            <w:tcBorders>
              <w:bottom w:val="single" w:sz="4" w:color="000000"/>
            </w:tcBorders>
            <w:vAlign w:val="center"/>
          </w:tcPr>
          <w:p>
            <w:pPr>
              <w:keepNext/>
              <w:spacing w:after="0" w:before="0"/>
              <w:jc w:val="left"/>
            </w:pPr>
            <w:r>
              <w:rPr>
                <w:rFonts w:ascii="游明朝" w:hAnsi="游明朝" w:eastAsia="游明朝" w:cs="游明朝"/>
                <w:b w:val="0"/>
                <w:sz w:val="21"/>
              </w:rPr>
            </w:r>
          </w:p>
        </w:tc>
        <w:tc>
          <w:tcPr>
            <w:tcW w:type="dxa" w:w="510"/>
            <w:vAlign w:val="bottom"/>
          </w:tcPr>
          <w:p>
            <w:pPr>
              <w:keepNext/>
              <w:spacing w:after="0" w:before="0"/>
              <w:jc w:val="center"/>
            </w:pPr>
            <w:r>
              <w:rPr>
                <w:rFonts w:ascii="游明朝" w:hAnsi="游明朝" w:eastAsia="游明朝" w:cs="游明朝"/>
                <w:b w:val="0"/>
                <w:sz w:val="21"/>
              </w:rPr>
            </w:r>
          </w:p>
        </w:tc>
      </w:tr>
      <w:tr>
        <w:trPr>
          <w:cantSplit/>
          <w:trHeight w:val="510" w:hRule="atLeast"/>
        </w:trPr>
        <w:tc>
          <w:tcPr>
            <w:tcW w:type="dxa" w:w="1701"/>
            <w:vAlign w:val="bottom"/>
          </w:tcPr>
          <w:p>
            <w:pPr>
              <w:spacing w:after="0" w:before="0"/>
              <w:jc w:val="left"/>
            </w:pPr>
            <w:r>
              <w:rPr>
                <w:rFonts w:ascii="游明朝" w:hAnsi="游明朝" w:eastAsia="游明朝" w:cs="游明朝"/>
                <w:b w:val="0"/>
                <w:sz w:val="21"/>
              </w:rPr>
              <w:t>氏名（自署）</w:t>
            </w:r>
          </w:p>
        </w:tc>
        <w:tc>
          <w:tcPr>
            <w:tcW w:type="dxa" w:w="3436"/>
            <w:tcBorders>
              <w:bottom w:val="single" w:sz="4" w:color="000000"/>
            </w:tcBorders>
            <w:vAlign w:val="center"/>
          </w:tcPr>
          <w:p>
            <w:pPr>
              <w:spacing w:after="0" w:before="0"/>
              <w:jc w:val="left"/>
            </w:pPr>
            <w:r>
              <w:rPr>
                <w:rFonts w:ascii="游明朝" w:hAnsi="游明朝" w:eastAsia="游明朝" w:cs="游明朝"/>
                <w:b w:val="0"/>
                <w:sz w:val="21"/>
              </w:rPr>
            </w:r>
          </w:p>
        </w:tc>
        <w:tc>
          <w:tcPr>
            <w:tcW w:type="dxa" w:w="510"/>
            <w:vAlign w:val="bottom"/>
          </w:tcPr>
          <w:p>
            <w:pPr>
              <w:spacing w:after="0" w:before="0"/>
              <w:jc w:val="center"/>
            </w:pPr>
            <w:r>
              <w:rPr>
                <w:rFonts w:ascii="游明朝" w:hAnsi="游明朝" w:eastAsia="游明朝" w:cs="游明朝"/>
                <w:b w:val="0"/>
                <w:sz w:val="21"/>
              </w:rPr>
              <w:t>印</w:t>
            </w:r>
          </w:p>
        </w:tc>
      </w:tr>
    </w:tbl>
    <w:p>
      <w:pPr>
        <w:keepNext/>
        <w:spacing w:after="0" w:before="160"/>
        <w:ind w:left="3764"/>
        <w:jc w:val="left"/>
      </w:pPr>
      <w:r>
        <w:rPr>
          <w:rFonts w:ascii="游明朝" w:hAnsi="游明朝" w:eastAsia="游明朝" w:cs="游明朝"/>
          <w:b w:val="0"/>
          <w:sz w:val="21"/>
        </w:rPr>
        <w:t>相続人（長女）</w:t>
      </w:r>
    </w:p>
    <w:tbl>
      <w:tblPr>
        <w:tblW w:type="auto" w:w="0"/>
        <w:jc w:val="right"/>
        <w:tblLayout w:type="fixed"/>
        <w:tblLook w:firstColumn="1" w:firstRow="1" w:lastColumn="0" w:lastRow="0" w:noHBand="0" w:noVBand="1" w:val="04A0"/>
      </w:tblPr>
      <w:tblGrid>
        <w:gridCol w:w="1701"/>
        <w:gridCol w:w="3436"/>
        <w:gridCol w:w="510"/>
      </w:tblGrid>
      <w:tr>
        <w:trPr>
          <w:cantSplit/>
          <w:trHeight w:val="510" w:hRule="atLeast"/>
        </w:trPr>
        <w:tc>
          <w:tcPr>
            <w:tcW w:type="dxa" w:w="1701"/>
            <w:vAlign w:val="bottom"/>
          </w:tcPr>
          <w:p>
            <w:pPr>
              <w:keepNext/>
              <w:spacing w:after="0" w:before="0"/>
              <w:jc w:val="left"/>
            </w:pPr>
            <w:r>
              <w:rPr>
                <w:rFonts w:ascii="游明朝" w:hAnsi="游明朝" w:eastAsia="游明朝" w:cs="游明朝"/>
                <w:b w:val="0"/>
                <w:sz w:val="21"/>
              </w:rPr>
              <w:t>住所</w:t>
            </w:r>
          </w:p>
        </w:tc>
        <w:tc>
          <w:tcPr>
            <w:tcW w:type="dxa" w:w="3436"/>
            <w:tcBorders>
              <w:bottom w:val="single" w:sz="4" w:color="000000"/>
            </w:tcBorders>
            <w:vAlign w:val="center"/>
          </w:tcPr>
          <w:p>
            <w:pPr>
              <w:keepNext/>
              <w:spacing w:after="0" w:before="0"/>
              <w:jc w:val="left"/>
            </w:pPr>
            <w:r>
              <w:rPr>
                <w:rFonts w:ascii="游明朝" w:hAnsi="游明朝" w:eastAsia="游明朝" w:cs="游明朝"/>
                <w:b w:val="0"/>
                <w:sz w:val="21"/>
              </w:rPr>
            </w:r>
          </w:p>
        </w:tc>
        <w:tc>
          <w:tcPr>
            <w:tcW w:type="dxa" w:w="510"/>
            <w:vAlign w:val="bottom"/>
          </w:tcPr>
          <w:p>
            <w:pPr>
              <w:keepNext/>
              <w:spacing w:after="0" w:before="0"/>
              <w:jc w:val="center"/>
            </w:pPr>
            <w:r>
              <w:rPr>
                <w:rFonts w:ascii="游明朝" w:hAnsi="游明朝" w:eastAsia="游明朝" w:cs="游明朝"/>
                <w:b w:val="0"/>
                <w:sz w:val="21"/>
              </w:rPr>
            </w:r>
          </w:p>
        </w:tc>
      </w:tr>
      <w:tr>
        <w:trPr>
          <w:cantSplit/>
          <w:trHeight w:val="510" w:hRule="atLeast"/>
        </w:trPr>
        <w:tc>
          <w:tcPr>
            <w:tcW w:type="dxa" w:w="1701"/>
            <w:vAlign w:val="bottom"/>
          </w:tcPr>
          <w:p>
            <w:pPr>
              <w:spacing w:after="0" w:before="0"/>
              <w:jc w:val="left"/>
            </w:pPr>
            <w:r>
              <w:rPr>
                <w:rFonts w:ascii="游明朝" w:hAnsi="游明朝" w:eastAsia="游明朝" w:cs="游明朝"/>
                <w:b w:val="0"/>
                <w:sz w:val="21"/>
              </w:rPr>
              <w:t>氏名（自署）</w:t>
            </w:r>
          </w:p>
        </w:tc>
        <w:tc>
          <w:tcPr>
            <w:tcW w:type="dxa" w:w="3436"/>
            <w:tcBorders>
              <w:bottom w:val="single" w:sz="4" w:color="000000"/>
            </w:tcBorders>
            <w:vAlign w:val="center"/>
          </w:tcPr>
          <w:p>
            <w:pPr>
              <w:spacing w:after="0" w:before="0"/>
              <w:jc w:val="left"/>
            </w:pPr>
            <w:r>
              <w:rPr>
                <w:rFonts w:ascii="游明朝" w:hAnsi="游明朝" w:eastAsia="游明朝" w:cs="游明朝"/>
                <w:b w:val="0"/>
                <w:sz w:val="21"/>
              </w:rPr>
            </w:r>
          </w:p>
        </w:tc>
        <w:tc>
          <w:tcPr>
            <w:tcW w:type="dxa" w:w="510"/>
            <w:vAlign w:val="bottom"/>
          </w:tcPr>
          <w:p>
            <w:pPr>
              <w:spacing w:after="0" w:before="0"/>
              <w:jc w:val="center"/>
            </w:pPr>
            <w:r>
              <w:rPr>
                <w:rFonts w:ascii="游明朝" w:hAnsi="游明朝" w:eastAsia="游明朝" w:cs="游明朝"/>
                <w:b w:val="0"/>
                <w:sz w:val="21"/>
              </w:rPr>
              <w:t>印</w:t>
            </w:r>
          </w:p>
        </w:tc>
      </w:tr>
    </w:tbl>
    <w:p>
      <w:pPr>
        <w:spacing w:after="40"/>
        <w:jc w:val="left"/>
      </w:pPr>
      <w:r>
        <w:rPr>
          <w:rFonts w:ascii="游明朝" w:hAnsi="游明朝" w:eastAsia="游明朝" w:cs="游明朝"/>
          <w:b w:val="0"/>
          <w:sz w:val="21"/>
        </w:rPr>
      </w:r>
    </w:p>
    <w:p>
      <w:pPr>
        <w:jc w:val="left"/>
        <w:sectPr>
          <w:footerReference w:type="default" r:id="rId9"/>
          <w:pgSz w:w="11906" w:h="16838"/>
          <w:pgMar w:top="1134" w:right="1247" w:bottom="1134" w:left="1247" w:header="720" w:footer="720" w:gutter="0"/>
          <w:cols w:space="720"/>
          <w:formProt w:val="false"/>
          <w:docGrid w:linePitch="360"/>
        </w:sectPr>
      </w:pPr>
      <w:r>
        <w:rPr>
          <w:rFonts w:ascii="游明朝" w:hAnsi="游明朝" w:eastAsia="游明朝" w:cs="游明朝"/>
          <w:b w:val="0"/>
          <w:color w:val="404040"/>
          <w:sz w:val="18"/>
        </w:rPr>
        <w:t>※署名はご本人が自筆で行い、印鑑は市区町村に登録した実印を押します。相続人全員の印鑑証明書（発行から3か月以内のものを求められることがあります）を添付してください。</w:t>
      </w:r>
    </w:p>
    <w:p>
      <w:pPr>
        <w:spacing w:after="0"/>
        <w:jc w:val="left"/>
      </w:pPr>
      <w:r>
        <w:rPr>
          <w:rFonts w:ascii="游ゴシック" w:hAnsi="游ゴシック" w:eastAsia="游ゴシック" w:cs="游ゴシック"/>
          <w:b/>
          <w:color w:val="404040"/>
          <w:sz w:val="20"/>
        </w:rPr>
        <w:t>大家のプーさん　事務の書類ひな形集</w:t>
      </w:r>
    </w:p>
    <w:p>
      <w:pPr>
        <w:spacing w:after="40" w:before="40"/>
        <w:jc w:val="left"/>
      </w:pPr>
      <w:r>
        <w:rPr>
          <w:rFonts w:ascii="游ゴシック" w:hAnsi="游ゴシック" w:eastAsia="游ゴシック" w:cs="游ゴシック"/>
          <w:b/>
          <w:sz w:val="28"/>
        </w:rPr>
        <w:t>このひな形について</w:t>
      </w:r>
    </w:p>
    <w:p>
      <w:pPr>
        <w:spacing w:after="160"/>
        <w:jc w:val="left"/>
      </w:pPr>
      <w:r>
        <w:rPr>
          <w:rFonts w:ascii="游明朝" w:hAnsi="游明朝" w:eastAsia="游明朝" w:cs="游明朝"/>
          <w:b w:val="0"/>
          <w:color w:val="404040"/>
          <w:sz w:val="18"/>
        </w:rPr>
        <w:t>（このページは説明用です。印刷するときは、本文のページだけを選んで印刷してください）</w:t>
      </w:r>
    </w:p>
    <w:p>
      <w:pPr>
        <w:spacing w:before="80"/>
        <w:jc w:val="left"/>
      </w:pPr>
      <w:r>
        <w:rPr>
          <w:rFonts w:ascii="游ゴシック" w:hAnsi="游ゴシック" w:eastAsia="游ゴシック" w:cs="游ゴシック"/>
          <w:b/>
          <w:sz w:val="21"/>
        </w:rPr>
        <w:t>■ この書類について</w:t>
      </w:r>
    </w:p>
    <w:p>
      <w:pPr>
        <w:ind w:left="170"/>
        <w:jc w:val="left"/>
      </w:pPr>
      <w:r>
        <w:rPr>
          <w:rFonts w:ascii="游明朝" w:hAnsi="游明朝" w:eastAsia="游明朝" w:cs="游明朝"/>
          <w:b w:val="0"/>
          <w:sz w:val="21"/>
        </w:rPr>
        <w:t>相続人全員で遺産の分け方を話し合って決めたことを書き残す書類です。不動産の名義変更（相続登記）や預貯金の解約のときに、この書類と印鑑証明書を求められます。</w:t>
      </w:r>
    </w:p>
    <w:p>
      <w:pPr>
        <w:spacing w:before="120"/>
        <w:jc w:val="left"/>
      </w:pPr>
      <w:r>
        <w:rPr>
          <w:rFonts w:ascii="游ゴシック" w:hAnsi="游ゴシック" w:eastAsia="游ゴシック" w:cs="游ゴシック"/>
          <w:b/>
          <w:sz w:val="21"/>
        </w:rPr>
        <w:t>■ 使い方</w:t>
      </w:r>
    </w:p>
    <w:p>
      <w:pPr>
        <w:spacing w:after="20"/>
        <w:ind w:left="380" w:hanging="210"/>
        <w:jc w:val="left"/>
      </w:pPr>
      <w:r>
        <w:rPr>
          <w:rFonts w:ascii="游明朝" w:hAnsi="游明朝" w:eastAsia="游明朝" w:cs="游明朝"/>
          <w:b w:val="0"/>
          <w:sz w:val="21"/>
        </w:rPr>
        <w:t>・不動産は、登記事項証明書（登記簿謄本）を取り寄せて、所在・地番・家屋番号などを一字一句そのとおりに写してください。住所（住居表示）とは違うことが多いので注意が必要です。</w:t>
      </w:r>
    </w:p>
    <w:p>
      <w:pPr>
        <w:spacing w:after="20"/>
        <w:ind w:left="380" w:hanging="210"/>
        <w:jc w:val="left"/>
      </w:pPr>
      <w:r>
        <w:rPr>
          <w:rFonts w:ascii="游明朝" w:hAnsi="游明朝" w:eastAsia="游明朝" w:cs="游明朝"/>
          <w:b w:val="0"/>
          <w:sz w:val="21"/>
        </w:rPr>
        <w:t>・預貯金は、金融機関名・支店名・預金の種類・口座番号を書きます。残高は書かなくてもかまいません（解約時の残高で分けるため）。</w:t>
      </w:r>
    </w:p>
    <w:p>
      <w:pPr>
        <w:spacing w:after="20"/>
        <w:ind w:left="380" w:hanging="210"/>
        <w:jc w:val="left"/>
      </w:pPr>
      <w:r>
        <w:rPr>
          <w:rFonts w:ascii="游明朝" w:hAnsi="游明朝" w:eastAsia="游明朝" w:cs="游明朝"/>
          <w:b w:val="0"/>
          <w:sz w:val="21"/>
        </w:rPr>
        <w:t>・相続人は一人も欠けることなく全員が署名し、実印を押して、印鑑証明書を添付します。遠方の方には郵送で順に回す方法もあります。未成年の相続人とその親権者がともに相続人になっているときは、家庭裁判所で未成年者の特別代理人を選んでもらう必要があります。</w:t>
      </w:r>
    </w:p>
    <w:p>
      <w:pPr>
        <w:spacing w:after="20"/>
        <w:ind w:left="380" w:hanging="210"/>
        <w:jc w:val="left"/>
      </w:pPr>
      <w:r>
        <w:rPr>
          <w:rFonts w:ascii="游明朝" w:hAnsi="游明朝" w:eastAsia="游明朝" w:cs="游明朝"/>
          <w:b w:val="0"/>
          <w:sz w:val="21"/>
        </w:rPr>
        <w:t>・2枚以上になるときは、ページのつなぎ目に全員の実印で契印をします。相続人の人数分を作って各自が1通ずつ保管します。</w:t>
      </w:r>
    </w:p>
    <w:p>
      <w:pPr>
        <w:spacing w:after="20"/>
        <w:ind w:left="380" w:hanging="210"/>
        <w:jc w:val="left"/>
      </w:pPr>
      <w:r>
        <w:rPr>
          <w:rFonts w:ascii="游明朝" w:hAnsi="游明朝" w:eastAsia="游明朝" w:cs="游明朝"/>
          <w:b w:val="0"/>
          <w:sz w:val="21"/>
        </w:rPr>
        <w:t>・作り終えたら、提出する前に司法書士（登記）や税理士（相続税）に内容を見てもらってください。誤りがあると登記が通らず、作り直しになります。</w:t>
      </w:r>
    </w:p>
    <w:p>
      <w:pPr>
        <w:spacing w:before="120"/>
        <w:jc w:val="left"/>
      </w:pPr>
      <w:r>
        <w:rPr>
          <w:rFonts w:ascii="游ゴシック" w:hAnsi="游ゴシック" w:eastAsia="游ゴシック" w:cs="游ゴシック"/>
          <w:b/>
          <w:sz w:val="21"/>
        </w:rPr>
        <w:t>■ ご利用の条件</w:t>
      </w:r>
    </w:p>
    <w:p>
      <w:pPr>
        <w:spacing w:after="20"/>
        <w:ind w:left="380" w:hanging="210"/>
        <w:jc w:val="left"/>
      </w:pPr>
      <w:r>
        <w:rPr>
          <w:rFonts w:ascii="游明朝" w:hAnsi="游明朝" w:eastAsia="游明朝" w:cs="游明朝"/>
          <w:b w:val="0"/>
          <w:sz w:val="21"/>
        </w:rPr>
        <w:t>・このひな形は、ご自身のお仕事や暮らしの中で、自由に書き換えてお使いいただけます。</w:t>
      </w:r>
    </w:p>
    <w:p>
      <w:pPr>
        <w:spacing w:after="20"/>
        <w:ind w:left="380" w:hanging="210"/>
        <w:jc w:val="left"/>
      </w:pPr>
      <w:r>
        <w:rPr>
          <w:rFonts w:ascii="游明朝" w:hAnsi="游明朝" w:eastAsia="游明朝" w:cs="游明朝"/>
          <w:b w:val="0"/>
          <w:sz w:val="21"/>
        </w:rPr>
        <w:t>・ひな形そのもの（このファイル）の再配布・販売・ほかのサイトへの転載は、ご遠慮ください。</w:t>
      </w:r>
    </w:p>
    <w:p>
      <w:pPr>
        <w:spacing w:after="20"/>
        <w:ind w:left="380" w:hanging="210"/>
        <w:jc w:val="left"/>
      </w:pPr>
      <w:r>
        <w:rPr>
          <w:rFonts w:ascii="游明朝" w:hAnsi="游明朝" w:eastAsia="游明朝" w:cs="游明朝"/>
          <w:b w:val="0"/>
          <w:sz w:val="21"/>
        </w:rPr>
        <w:t>・このページと、各ページの下にある提供元の表記は、書き換えられないようにしてあります。各ページの下の表記は、Wordで開いたときの画面にだけ出て、印刷には出ません。</w:t>
      </w:r>
    </w:p>
    <w:p>
      <w:pPr>
        <w:spacing w:before="120"/>
        <w:jc w:val="left"/>
      </w:pPr>
      <w:r>
        <w:rPr>
          <w:rFonts w:ascii="游ゴシック" w:hAnsi="游ゴシック" w:eastAsia="游ゴシック" w:cs="游ゴシック"/>
          <w:b/>
          <w:sz w:val="21"/>
        </w:rPr>
        <w:t>■ ご注意</w:t>
      </w:r>
    </w:p>
    <w:p>
      <w:pPr>
        <w:spacing w:after="20"/>
        <w:ind w:left="380" w:hanging="210"/>
        <w:jc w:val="left"/>
      </w:pPr>
      <w:r>
        <w:rPr>
          <w:rFonts w:ascii="游明朝" w:hAnsi="游明朝" w:eastAsia="游明朝" w:cs="游明朝"/>
          <w:b w:val="0"/>
          <w:sz w:val="21"/>
        </w:rPr>
        <w:t>・不動産の名義変更には登記事項証明書どおりの記載と、相続人全員の実印・印鑑証明書が必要です。相続登記は、相続で不動産を取得したことを知った日から3年以内の申請が義務になっており（2024年4月から）、相続税の申告がある場合は相続開始を知った日の翌日から10か月以内に行います（2026年10月時点。最新の法令をご確認ください）。</w:t>
      </w:r>
    </w:p>
    <w:p>
      <w:pPr>
        <w:spacing w:after="20"/>
        <w:ind w:left="380" w:hanging="210"/>
        <w:jc w:val="left"/>
      </w:pPr>
      <w:r>
        <w:rPr>
          <w:rFonts w:ascii="游明朝" w:hAnsi="游明朝" w:eastAsia="游明朝" w:cs="游明朝"/>
          <w:b w:val="0"/>
          <w:sz w:val="21"/>
        </w:rPr>
        <w:t>・このひな形は、一般的な場面を想定した参考書式です。お使いになる前に、内容がご自身の状況に合っているかをご確認いただき、必要に応じて書き換えてください。</w:t>
      </w:r>
    </w:p>
    <w:p>
      <w:pPr>
        <w:spacing w:after="20"/>
        <w:ind w:left="380" w:hanging="210"/>
        <w:jc w:val="left"/>
      </w:pPr>
      <w:r>
        <w:rPr>
          <w:rFonts w:ascii="游明朝" w:hAnsi="游明朝" w:eastAsia="游明朝" w:cs="游明朝"/>
          <w:b w:val="0"/>
          <w:sz w:val="21"/>
        </w:rPr>
        <w:t>・契約・法律・税金に関わる書類は、使う前に弁護士・司法書士・税理士などの専門家にご相談いただくと安心です。</w:t>
      </w:r>
    </w:p>
    <w:p>
      <w:pPr>
        <w:spacing w:after="20"/>
        <w:ind w:left="380" w:hanging="210"/>
        <w:jc w:val="left"/>
      </w:pPr>
      <w:r>
        <w:rPr>
          <w:rFonts w:ascii="游明朝" w:hAnsi="游明朝" w:eastAsia="游明朝" w:cs="游明朝"/>
          <w:b w:val="0"/>
          <w:sz w:val="21"/>
        </w:rPr>
        <w:t>・このひな形を使ったことで生じた損害については、責任を負いかねます。あらかじめご了承ください。</w:t>
      </w:r>
    </w:p>
    <w:p>
      <w:pPr>
        <w:spacing w:before="280"/>
        <w:jc w:val="right"/>
      </w:pPr>
      <w:r>
        <w:rPr>
          <w:rFonts w:ascii="游ゴシック" w:hAnsi="游ゴシック" w:eastAsia="游ゴシック" w:cs="游ゴシック"/>
          <w:b/>
          <w:sz w:val="20"/>
        </w:rPr>
        <w:t>フォーマットのご提供：大家のプーさん（無断での複製・転載を禁じます）</w:t>
      </w:r>
    </w:p>
    <w:p>
      <w:pPr>
        <w:jc w:val="right"/>
      </w:pPr>
      <w:r>
        <w:rPr>
          <w:rFonts w:ascii="游ゴシック" w:hAnsi="游ゴシック" w:eastAsia="游ゴシック" w:cs="游ゴシック"/>
          <w:b w:val="0"/>
          <w:color w:val="404040"/>
          <w:sz w:val="17"/>
        </w:rPr>
        <w:t>Format provided by ooya the Pooh. Unauthorized reproduction or redistribution is prohibited.</w:t>
      </w:r>
    </w:p>
    <w:sectPr w:rsidR="00FC693F" w:rsidRPr="0006063C" w:rsidSect="00034616">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游ゴシック" w:hAnsi="游ゴシック" w:eastAsia="游ゴシック" w:cs="游ゴシック"/>
        <w:vanish/>
        <w:color w:val="808080"/>
        <w:sz w:val="14"/>
      </w:rPr>
      <w:t>フォーマットのご提供：大家のプーさん（無断での複製・転載を禁じます）</w:t>
    </w:r>
    <w:r>
      <w:rPr>
        <w:vanish/>
      </w:rPr>
      <w:br/>
    </w:r>
    <w:r>
      <w:rPr>
        <w:rFonts w:ascii="游ゴシック" w:hAnsi="游ゴシック" w:eastAsia="游ゴシック" w:cs="游ゴシック"/>
        <w:vanish/>
        <w:color w:val="808080"/>
        <w:sz w:val="12"/>
      </w:rPr>
      <w:t>Format provided by ooya the Pooh. Unauthorized reproduction or redistribution is prohibited.</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游ゴシック" w:hAnsi="游ゴシック" w:eastAsia="游ゴシック" w:cs="游ゴシック"/>
        <w:vanish/>
        <w:color w:val="808080"/>
        <w:sz w:val="14"/>
      </w:rPr>
      <w:t>フォーマットのご提供：大家のプーさん（無断での複製・転載を禁じます）</w:t>
    </w:r>
    <w:r>
      <w:rPr>
        <w:vanish/>
      </w:rPr>
      <w:br/>
    </w:r>
    <w:r>
      <w:rPr>
        <w:rFonts w:ascii="游ゴシック" w:hAnsi="游ゴシック" w:eastAsia="游ゴシック" w:cs="游ゴシック"/>
        <w:vanish/>
        <w:color w:val="808080"/>
        <w:sz w:val="12"/>
      </w:rPr>
      <w:t>Format provided by ooya the Pooh. Unauthorized reproduction or redistribution is prohibited.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displayBackgroundShape/>
  <w:proofState w:spelling="clean" w:grammar="clean"/>
  <w:documentProtection w:edit="forms" w:enforcement="1" w:cryptProviderType="rsaAES" w:cryptAlgorithmClass="hash" w:cryptAlgorithmType="typeAny" w:cryptAlgorithmSid="14" w:cryptSpinCount="100000" w:hash="IWCQxh1QCH0WMqF0IvgJybRdtV2oOIa85t5YXYEMpAAgdubfTNwXxtik3foXkqDBmlp0B2WapVI1pFM1pIwQIg==" w:salt="PK7AcXzVo84ys11K+I96Ow=="/>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40" w:line="288" w:lineRule="auto"/>
    </w:pPr>
    <w:rPr>
      <w:rFonts w:ascii="游明朝" w:hAnsi="游明朝" w:eastAsia="游明朝" w:cs="游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大家のプーさん（ooya the Pooh）</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遺産分割協議書</dc:title>
  <dc:subject/>
  <dc:creator>大家のプーさん</dc:creator>
  <cp:keywords>大家のプーさん, ooya the Pooh</cp:keywords>
  <dc:description>フォーマットのご提供：大家のプーさん（無断での複製・転載を禁じます） / Format provided by ooya the Pooh. Unauthorized reproduction or redistribution is prohibited.</dc:description>
  <cp:lastModifiedBy>大家のプーさん</cp:lastModifiedBy>
  <cp:revision>1</cp:revision>
  <dcterms:created xsi:type="dcterms:W3CDTF">2026-10-11T13:18:07Z</dcterms:created>
  <dcterms:modified xsi:type="dcterms:W3CDTF">2026-10-11T13:18:07Z</dcterms:modified>
  <cp:category>大家のプーさん（ooya the Pooh）</cp:category>
</cp:coreProperties>
</file>