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tbl>
      <w:tblPr>
        <w:tblStyle w:val="TableGrid"/>
        <w:tblW w:type="auto" w:w="0"/>
        <w:jc w:val="left"/>
        <w:tblLayout w:type="fixed"/>
        <w:tblLook w:firstColumn="1" w:firstRow="1" w:lastColumn="0" w:lastRow="0" w:noHBand="0" w:noVBand="1" w:val="04A0"/>
      </w:tblPr>
      <w:tblGrid>
        <w:gridCol w:w="1360"/>
      </w:tblGrid>
      <w:tr>
        <w:trPr>
          <w:trHeight w:val="1587" w:hRule="atLeast"/>
        </w:trPr>
        <w:tc>
          <w:tcPr>
            <w:tcW w:type="dxa" w:w="1361"/>
            <w:vAlign w:val="center"/>
          </w:tcPr>
          <w:p>
            <w:pPr>
              <w:spacing w:after="0" w:before="0"/>
              <w:jc w:val="center"/>
            </w:pPr>
            <w:r>
              <w:rPr>
                <w:rFonts w:ascii="游明朝" w:hAnsi="游明朝" w:eastAsia="游明朝" w:cs="游明朝"/>
                <w:b w:val="0"/>
                <w:color w:val="404040"/>
                <w:sz w:val="16"/>
              </w:rPr>
              <w:t>収入</w:t>
              <w:br/>
            </w:r>
            <w:r>
              <w:rPr>
                <w:rFonts w:ascii="游明朝" w:hAnsi="游明朝" w:eastAsia="游明朝" w:cs="游明朝"/>
                <w:b w:val="0"/>
                <w:color w:val="404040"/>
                <w:sz w:val="16"/>
              </w:rPr>
              <w:t>印紙</w:t>
            </w:r>
          </w:p>
        </w:tc>
      </w:tr>
    </w:tbl>
    <w:p>
      <w:pPr>
        <w:spacing w:after="40"/>
        <w:jc w:val="left"/>
      </w:pPr>
      <w:r>
        <w:rPr>
          <w:rFonts w:ascii="游明朝" w:hAnsi="游明朝" w:eastAsia="游明朝" w:cs="游明朝"/>
          <w:b w:val="0"/>
          <w:sz w:val="20"/>
        </w:rPr>
      </w:r>
    </w:p>
    <w:p>
      <w:pPr>
        <w:keepNext/>
        <w:spacing w:after="200" w:before="200"/>
        <w:jc w:val="center"/>
      </w:pPr>
      <w:r>
        <w:rPr>
          <w:rFonts w:ascii="游明朝" w:hAnsi="游明朝" w:eastAsia="游明朝" w:cs="游明朝"/>
          <w:b/>
          <w:sz w:val="32"/>
        </w:rPr>
        <w:t>贈与契約書</w:t>
      </w:r>
    </w:p>
    <w:p>
      <w:pPr>
        <w:jc w:val="left"/>
      </w:pPr>
      <w:r>
        <w:rPr>
          <w:rFonts w:ascii="游明朝" w:hAnsi="游明朝" w:eastAsia="游明朝" w:cs="游明朝"/>
          <w:b w:val="0"/>
          <w:sz w:val="20"/>
        </w:rPr>
        <w:t xml:space="preserve">　贈与者○○○○（以下「甲」という。）と受贈者○○○○（以下「乙」という。）は、次のとおり贈与契約を締結する。</w:t>
      </w:r>
    </w:p>
    <w:p>
      <w:pPr>
        <w:keepNext/>
        <w:spacing w:after="20" w:before="100"/>
        <w:jc w:val="left"/>
      </w:pPr>
      <w:r>
        <w:rPr>
          <w:rFonts w:ascii="游明朝" w:hAnsi="游明朝" w:eastAsia="游明朝" w:cs="游明朝"/>
          <w:b w:val="0"/>
          <w:sz w:val="20"/>
        </w:rPr>
        <w:t>第１条（贈与）</w:t>
      </w:r>
    </w:p>
    <w:p>
      <w:pPr>
        <w:spacing w:after="40"/>
        <w:ind w:left="200"/>
        <w:jc w:val="left"/>
      </w:pPr>
      <w:r>
        <w:rPr>
          <w:rFonts w:ascii="游明朝" w:hAnsi="游明朝" w:eastAsia="游明朝" w:cs="游明朝"/>
          <w:b w:val="0"/>
          <w:sz w:val="20"/>
        </w:rPr>
        <w:t>甲は、次条に定める財産（以下「本財産」という。）を乙に無償で贈与し、乙はこれを受諾した。</w:t>
      </w:r>
    </w:p>
    <w:p>
      <w:pPr>
        <w:keepNext/>
        <w:spacing w:after="20" w:before="100"/>
        <w:jc w:val="left"/>
      </w:pPr>
      <w:r>
        <w:rPr>
          <w:rFonts w:ascii="游明朝" w:hAnsi="游明朝" w:eastAsia="游明朝" w:cs="游明朝"/>
          <w:b w:val="0"/>
          <w:sz w:val="20"/>
        </w:rPr>
        <w:t>第２条（贈与する財産）</w:t>
      </w:r>
    </w:p>
    <w:p>
      <w:pPr>
        <w:spacing w:after="40"/>
        <w:ind w:left="200"/>
        <w:jc w:val="left"/>
      </w:pPr>
      <w:r>
        <w:rPr>
          <w:rFonts w:ascii="游明朝" w:hAnsi="游明朝" w:eastAsia="游明朝" w:cs="游明朝"/>
          <w:b w:val="0"/>
          <w:sz w:val="20"/>
        </w:rPr>
        <w:t>本財産は、次のとおりとする（該当する□に印を付ける。）。</w:t>
      </w:r>
    </w:p>
    <w:p>
      <w:pPr>
        <w:spacing w:after="20"/>
        <w:ind w:left="800" w:hanging="600"/>
        <w:jc w:val="left"/>
      </w:pPr>
      <w:r>
        <w:rPr>
          <w:rFonts w:ascii="游明朝" w:hAnsi="游明朝" w:eastAsia="游明朝" w:cs="游明朝"/>
          <w:b w:val="0"/>
          <w:sz w:val="20"/>
        </w:rPr>
        <w:t>（1）□現金　金　　　　　　　　　　円</w:t>
      </w:r>
    </w:p>
    <w:p>
      <w:pPr>
        <w:spacing w:after="20"/>
        <w:ind w:left="800" w:hanging="600"/>
        <w:jc w:val="left"/>
      </w:pPr>
      <w:r>
        <w:rPr>
          <w:rFonts w:ascii="游明朝" w:hAnsi="游明朝" w:eastAsia="游明朝" w:cs="游明朝"/>
          <w:b w:val="0"/>
          <w:sz w:val="20"/>
        </w:rPr>
        <w:t>（2）□不動産　末尾記載のとおり</w:t>
      </w:r>
    </w:p>
    <w:p>
      <w:pPr>
        <w:spacing w:after="20"/>
        <w:ind w:left="800" w:hanging="600"/>
        <w:jc w:val="left"/>
      </w:pPr>
      <w:r>
        <w:rPr>
          <w:rFonts w:ascii="游明朝" w:hAnsi="游明朝" w:eastAsia="游明朝" w:cs="游明朝"/>
          <w:b w:val="0"/>
          <w:sz w:val="20"/>
        </w:rPr>
        <w:t>（3）□その他（　　　　　　　　　　　　　　　　　　　　　　　　）</w:t>
      </w:r>
    </w:p>
    <w:p>
      <w:pPr>
        <w:keepNext/>
        <w:spacing w:after="20" w:before="100"/>
        <w:jc w:val="left"/>
      </w:pPr>
      <w:r>
        <w:rPr>
          <w:rFonts w:ascii="游明朝" w:hAnsi="游明朝" w:eastAsia="游明朝" w:cs="游明朝"/>
          <w:b w:val="0"/>
          <w:sz w:val="20"/>
        </w:rPr>
        <w:t>第３条（引渡し）</w:t>
      </w:r>
    </w:p>
    <w:p>
      <w:pPr>
        <w:spacing w:after="40"/>
        <w:ind w:left="200"/>
        <w:jc w:val="left"/>
      </w:pPr>
      <w:r>
        <w:rPr>
          <w:rFonts w:ascii="游明朝" w:hAnsi="游明朝" w:eastAsia="游明朝" w:cs="游明朝"/>
          <w:b w:val="0"/>
          <w:sz w:val="20"/>
        </w:rPr>
        <w:t>甲は、本財産を　　　　年　　月　　日までに、次の方法により乙に引き渡す。</w:t>
      </w:r>
    </w:p>
    <w:p>
      <w:pPr>
        <w:spacing w:after="20"/>
        <w:ind w:left="800" w:hanging="600"/>
        <w:jc w:val="left"/>
      </w:pPr>
      <w:r>
        <w:rPr>
          <w:rFonts w:ascii="游明朝" w:hAnsi="游明朝" w:eastAsia="游明朝" w:cs="游明朝"/>
          <w:b w:val="0"/>
          <w:sz w:val="20"/>
        </w:rPr>
        <w:t>（1）現金の場合　乙名義の次の口座に振り込む方法（○○銀行　○○支店　普通　○○○○○○○　口座名義　○○○○）</w:t>
      </w:r>
    </w:p>
    <w:p>
      <w:pPr>
        <w:spacing w:after="20"/>
        <w:ind w:left="800" w:hanging="600"/>
        <w:jc w:val="left"/>
      </w:pPr>
      <w:r>
        <w:rPr>
          <w:rFonts w:ascii="游明朝" w:hAnsi="游明朝" w:eastAsia="游明朝" w:cs="游明朝"/>
          <w:b w:val="0"/>
          <w:sz w:val="20"/>
        </w:rPr>
        <w:t>（2）不動産の場合　乙への所有権移転登記の手続に必要な書類を交付し、現況のまま引き渡す方法</w:t>
      </w:r>
    </w:p>
    <w:p>
      <w:pPr>
        <w:spacing w:after="20"/>
        <w:ind w:left="800" w:hanging="600"/>
        <w:jc w:val="left"/>
      </w:pPr>
      <w:r>
        <w:rPr>
          <w:rFonts w:ascii="游明朝" w:hAnsi="游明朝" w:eastAsia="游明朝" w:cs="游明朝"/>
          <w:b w:val="0"/>
          <w:sz w:val="20"/>
        </w:rPr>
        <w:t>（3）その他の財産の場合　甲乙が別に定める方法</w:t>
      </w:r>
    </w:p>
    <w:p>
      <w:pPr>
        <w:keepNext/>
        <w:spacing w:after="20" w:before="100"/>
        <w:jc w:val="left"/>
      </w:pPr>
      <w:r>
        <w:rPr>
          <w:rFonts w:ascii="游明朝" w:hAnsi="游明朝" w:eastAsia="游明朝" w:cs="游明朝"/>
          <w:b w:val="0"/>
          <w:sz w:val="20"/>
        </w:rPr>
        <w:t>第４条（費用等の負担）</w:t>
      </w:r>
    </w:p>
    <w:p>
      <w:pPr>
        <w:spacing w:after="40"/>
        <w:ind w:left="200"/>
        <w:jc w:val="left"/>
      </w:pPr>
      <w:r>
        <w:rPr>
          <w:rFonts w:ascii="游明朝" w:hAnsi="游明朝" w:eastAsia="游明朝" w:cs="游明朝"/>
          <w:b w:val="0"/>
          <w:sz w:val="20"/>
        </w:rPr>
        <w:t>本財産が不動産の場合、所有権移転登記の費用及び不動産取得税は乙の負担とし、引渡しの日以降の固定資産税等の公租公課は乙が負担する。</w:t>
      </w:r>
    </w:p>
    <w:p>
      <w:pPr>
        <w:spacing w:after="40"/>
        <w:ind w:left="400" w:hanging="400"/>
        <w:jc w:val="left"/>
      </w:pPr>
      <w:r>
        <w:rPr>
          <w:rFonts w:ascii="游明朝" w:hAnsi="游明朝" w:eastAsia="游明朝" w:cs="游明朝"/>
          <w:b w:val="0"/>
          <w:sz w:val="20"/>
        </w:rPr>
        <w:t>２　本贈与に係る贈与税の申告及び納付は、乙が行う。</w:t>
      </w:r>
    </w:p>
    <w:p>
      <w:pPr>
        <w:keepNext/>
        <w:spacing w:after="20" w:before="100"/>
        <w:jc w:val="left"/>
      </w:pPr>
      <w:r>
        <w:rPr>
          <w:rFonts w:ascii="游明朝" w:hAnsi="游明朝" w:eastAsia="游明朝" w:cs="游明朝"/>
          <w:b w:val="0"/>
          <w:sz w:val="20"/>
        </w:rPr>
        <w:t>第５条（協議）</w:t>
      </w:r>
    </w:p>
    <w:p>
      <w:pPr>
        <w:spacing w:after="40"/>
        <w:ind w:left="200"/>
        <w:jc w:val="left"/>
      </w:pPr>
      <w:r>
        <w:rPr>
          <w:rFonts w:ascii="游明朝" w:hAnsi="游明朝" w:eastAsia="游明朝" w:cs="游明朝"/>
          <w:b w:val="0"/>
          <w:sz w:val="20"/>
        </w:rPr>
        <w:t>本契約に定めのない事項は、甲乙協議のうえ定める。</w:t>
      </w:r>
    </w:p>
    <w:p>
      <w:pPr>
        <w:jc w:val="left"/>
      </w:pPr>
      <w:r>
        <w:rPr>
          <w:rFonts w:ascii="游明朝" w:hAnsi="游明朝" w:eastAsia="游明朝" w:cs="游明朝"/>
          <w:b w:val="0"/>
          <w:sz w:val="20"/>
        </w:rPr>
        <w:t xml:space="preserve">　本契約の成立を証するため、本書2通を作成し、甲乙署名押印のうえ、各1通を保有する。</w:t>
      </w:r>
    </w:p>
    <w:p>
      <w:pPr>
        <w:keepNext/>
        <w:jc w:val="right"/>
      </w:pPr>
      <w:r>
        <w:rPr>
          <w:rFonts w:ascii="游明朝" w:hAnsi="游明朝" w:eastAsia="游明朝" w:cs="游明朝"/>
          <w:b w:val="0"/>
          <w:sz w:val="20"/>
        </w:rPr>
        <w:t xml:space="preserve">　　　　年　　月　　日</w:t>
      </w:r>
    </w:p>
    <w:p>
      <w:pPr>
        <w:keepNext/>
        <w:spacing w:after="0" w:before="160"/>
        <w:ind w:left="3946"/>
        <w:jc w:val="left"/>
      </w:pPr>
      <w:r>
        <w:rPr>
          <w:rFonts w:ascii="游明朝" w:hAnsi="游明朝" w:eastAsia="游明朝" w:cs="游明朝"/>
          <w:b w:val="0"/>
          <w:sz w:val="20"/>
        </w:rPr>
        <w:t>甲（贈与者）</w:t>
      </w:r>
    </w:p>
    <w:tbl>
      <w:tblPr>
        <w:tblW w:type="auto" w:w="0"/>
        <w:jc w:val="right"/>
        <w:tblLayout w:type="fixed"/>
        <w:tblLook w:firstColumn="1" w:firstRow="1" w:lastColumn="0" w:lastRow="0" w:noHBand="0" w:noVBand="1" w:val="04A0"/>
      </w:tblPr>
      <w:tblGrid>
        <w:gridCol w:w="1340"/>
        <w:gridCol w:w="4068"/>
        <w:gridCol w:w="510"/>
      </w:tblGrid>
      <w:tr>
        <w:trPr>
          <w:cantSplit/>
          <w:trHeight w:val="454" w:hRule="atLeast"/>
        </w:trPr>
        <w:tc>
          <w:tcPr>
            <w:tcW w:type="dxa" w:w="1340"/>
            <w:vAlign w:val="bottom"/>
          </w:tcPr>
          <w:p>
            <w:pPr>
              <w:keepNext/>
              <w:spacing w:after="0" w:before="0"/>
              <w:jc w:val="left"/>
            </w:pPr>
            <w:r>
              <w:rPr>
                <w:rFonts w:ascii="游明朝" w:hAnsi="游明朝" w:eastAsia="游明朝" w:cs="游明朝"/>
                <w:b w:val="0"/>
                <w:sz w:val="20"/>
              </w:rPr>
              <w:t>住所</w:t>
            </w:r>
          </w:p>
        </w:tc>
        <w:tc>
          <w:tcPr>
            <w:tcW w:type="dxa" w:w="4068"/>
            <w:tcBorders>
              <w:bottom w:val="single" w:sz="4" w:color="000000"/>
            </w:tcBorders>
            <w:vAlign w:val="center"/>
          </w:tcPr>
          <w:p>
            <w:pPr>
              <w:keepNext/>
              <w:spacing w:after="0" w:before="0"/>
              <w:jc w:val="left"/>
            </w:pPr>
            <w:r>
              <w:rPr>
                <w:rFonts w:ascii="游明朝" w:hAnsi="游明朝" w:eastAsia="游明朝" w:cs="游明朝"/>
                <w:b w:val="0"/>
                <w:sz w:val="20"/>
              </w:rPr>
            </w:r>
          </w:p>
        </w:tc>
        <w:tc>
          <w:tcPr>
            <w:tcW w:type="dxa" w:w="510"/>
            <w:vAlign w:val="bottom"/>
          </w:tcPr>
          <w:p>
            <w:pPr>
              <w:keepNext/>
              <w:spacing w:after="0" w:before="0"/>
              <w:jc w:val="center"/>
            </w:pPr>
            <w:r>
              <w:rPr>
                <w:rFonts w:ascii="游明朝" w:hAnsi="游明朝" w:eastAsia="游明朝" w:cs="游明朝"/>
                <w:b w:val="0"/>
                <w:sz w:val="20"/>
              </w:rPr>
            </w:r>
          </w:p>
        </w:tc>
      </w:tr>
      <w:tr>
        <w:trPr>
          <w:cantSplit/>
          <w:trHeight w:val="454" w:hRule="atLeast"/>
        </w:trPr>
        <w:tc>
          <w:tcPr>
            <w:tcW w:type="dxa" w:w="1340"/>
            <w:vAlign w:val="bottom"/>
          </w:tcPr>
          <w:p>
            <w:pPr>
              <w:spacing w:after="0" w:before="0"/>
              <w:jc w:val="left"/>
            </w:pPr>
            <w:r>
              <w:rPr>
                <w:rFonts w:ascii="游明朝" w:hAnsi="游明朝" w:eastAsia="游明朝" w:cs="游明朝"/>
                <w:b w:val="0"/>
                <w:sz w:val="20"/>
              </w:rPr>
              <w:t>氏名</w:t>
            </w:r>
          </w:p>
        </w:tc>
        <w:tc>
          <w:tcPr>
            <w:tcW w:type="dxa" w:w="4068"/>
            <w:tcBorders>
              <w:bottom w:val="single" w:sz="4" w:color="000000"/>
            </w:tcBorders>
            <w:vAlign w:val="center"/>
          </w:tcPr>
          <w:p>
            <w:pPr>
              <w:spacing w:after="0" w:before="0"/>
              <w:jc w:val="left"/>
            </w:pPr>
            <w:r>
              <w:rPr>
                <w:rFonts w:ascii="游明朝" w:hAnsi="游明朝" w:eastAsia="游明朝" w:cs="游明朝"/>
                <w:b w:val="0"/>
                <w:sz w:val="20"/>
              </w:rPr>
            </w:r>
          </w:p>
        </w:tc>
        <w:tc>
          <w:tcPr>
            <w:tcW w:type="dxa" w:w="510"/>
            <w:vAlign w:val="bottom"/>
          </w:tcPr>
          <w:p>
            <w:pPr>
              <w:spacing w:after="0" w:before="0"/>
              <w:jc w:val="center"/>
            </w:pPr>
            <w:r>
              <w:rPr>
                <w:rFonts w:ascii="游明朝" w:hAnsi="游明朝" w:eastAsia="游明朝" w:cs="游明朝"/>
                <w:b w:val="0"/>
                <w:sz w:val="20"/>
              </w:rPr>
              <w:t>印</w:t>
            </w:r>
          </w:p>
        </w:tc>
      </w:tr>
    </w:tbl>
    <w:p>
      <w:pPr>
        <w:keepNext/>
        <w:spacing w:after="0" w:before="160"/>
        <w:ind w:left="3946"/>
        <w:jc w:val="left"/>
      </w:pPr>
      <w:r>
        <w:rPr>
          <w:rFonts w:ascii="游明朝" w:hAnsi="游明朝" w:eastAsia="游明朝" w:cs="游明朝"/>
          <w:b w:val="0"/>
          <w:sz w:val="20"/>
        </w:rPr>
        <w:t>乙（受贈者）</w:t>
      </w:r>
    </w:p>
    <w:tbl>
      <w:tblPr>
        <w:tblW w:type="auto" w:w="0"/>
        <w:jc w:val="right"/>
        <w:tblLayout w:type="fixed"/>
        <w:tblLook w:firstColumn="1" w:firstRow="1" w:lastColumn="0" w:lastRow="0" w:noHBand="0" w:noVBand="1" w:val="04A0"/>
      </w:tblPr>
      <w:tblGrid>
        <w:gridCol w:w="1340"/>
        <w:gridCol w:w="4068"/>
        <w:gridCol w:w="510"/>
      </w:tblGrid>
      <w:tr>
        <w:trPr>
          <w:cantSplit/>
          <w:trHeight w:val="454" w:hRule="atLeast"/>
        </w:trPr>
        <w:tc>
          <w:tcPr>
            <w:tcW w:type="dxa" w:w="1340"/>
            <w:vAlign w:val="bottom"/>
          </w:tcPr>
          <w:p>
            <w:pPr>
              <w:keepNext/>
              <w:spacing w:after="0" w:before="0"/>
              <w:jc w:val="left"/>
            </w:pPr>
            <w:r>
              <w:rPr>
                <w:rFonts w:ascii="游明朝" w:hAnsi="游明朝" w:eastAsia="游明朝" w:cs="游明朝"/>
                <w:b w:val="0"/>
                <w:sz w:val="20"/>
              </w:rPr>
              <w:t>住所</w:t>
            </w:r>
          </w:p>
        </w:tc>
        <w:tc>
          <w:tcPr>
            <w:tcW w:type="dxa" w:w="4068"/>
            <w:tcBorders>
              <w:bottom w:val="single" w:sz="4" w:color="000000"/>
            </w:tcBorders>
            <w:vAlign w:val="center"/>
          </w:tcPr>
          <w:p>
            <w:pPr>
              <w:keepNext/>
              <w:spacing w:after="0" w:before="0"/>
              <w:jc w:val="left"/>
            </w:pPr>
            <w:r>
              <w:rPr>
                <w:rFonts w:ascii="游明朝" w:hAnsi="游明朝" w:eastAsia="游明朝" w:cs="游明朝"/>
                <w:b w:val="0"/>
                <w:sz w:val="20"/>
              </w:rPr>
            </w:r>
          </w:p>
        </w:tc>
        <w:tc>
          <w:tcPr>
            <w:tcW w:type="dxa" w:w="510"/>
            <w:vAlign w:val="bottom"/>
          </w:tcPr>
          <w:p>
            <w:pPr>
              <w:keepNext/>
              <w:spacing w:after="0" w:before="0"/>
              <w:jc w:val="center"/>
            </w:pPr>
            <w:r>
              <w:rPr>
                <w:rFonts w:ascii="游明朝" w:hAnsi="游明朝" w:eastAsia="游明朝" w:cs="游明朝"/>
                <w:b w:val="0"/>
                <w:sz w:val="20"/>
              </w:rPr>
            </w:r>
          </w:p>
        </w:tc>
      </w:tr>
      <w:tr>
        <w:trPr>
          <w:cantSplit/>
          <w:trHeight w:val="454" w:hRule="atLeast"/>
        </w:trPr>
        <w:tc>
          <w:tcPr>
            <w:tcW w:type="dxa" w:w="1340"/>
            <w:vAlign w:val="bottom"/>
          </w:tcPr>
          <w:p>
            <w:pPr>
              <w:spacing w:after="0" w:before="0"/>
              <w:jc w:val="left"/>
            </w:pPr>
            <w:r>
              <w:rPr>
                <w:rFonts w:ascii="游明朝" w:hAnsi="游明朝" w:eastAsia="游明朝" w:cs="游明朝"/>
                <w:b w:val="0"/>
                <w:sz w:val="20"/>
              </w:rPr>
              <w:t>氏名</w:t>
            </w:r>
          </w:p>
        </w:tc>
        <w:tc>
          <w:tcPr>
            <w:tcW w:type="dxa" w:w="4068"/>
            <w:tcBorders>
              <w:bottom w:val="single" w:sz="4" w:color="000000"/>
            </w:tcBorders>
            <w:vAlign w:val="center"/>
          </w:tcPr>
          <w:p>
            <w:pPr>
              <w:spacing w:after="0" w:before="0"/>
              <w:jc w:val="left"/>
            </w:pPr>
            <w:r>
              <w:rPr>
                <w:rFonts w:ascii="游明朝" w:hAnsi="游明朝" w:eastAsia="游明朝" w:cs="游明朝"/>
                <w:b w:val="0"/>
                <w:sz w:val="20"/>
              </w:rPr>
            </w:r>
          </w:p>
        </w:tc>
        <w:tc>
          <w:tcPr>
            <w:tcW w:type="dxa" w:w="510"/>
            <w:vAlign w:val="bottom"/>
          </w:tcPr>
          <w:p>
            <w:pPr>
              <w:spacing w:after="0" w:before="0"/>
              <w:jc w:val="center"/>
            </w:pPr>
            <w:r>
              <w:rPr>
                <w:rFonts w:ascii="游明朝" w:hAnsi="游明朝" w:eastAsia="游明朝" w:cs="游明朝"/>
                <w:b w:val="0"/>
                <w:sz w:val="20"/>
              </w:rPr>
              <w:t>印</w:t>
            </w:r>
          </w:p>
        </w:tc>
      </w:tr>
    </w:tbl>
    <w:p>
      <w:pPr>
        <w:keepNext/>
        <w:spacing w:after="0" w:before="160"/>
        <w:ind w:left="3946"/>
        <w:jc w:val="left"/>
      </w:pPr>
      <w:r>
        <w:rPr>
          <w:rFonts w:ascii="游明朝" w:hAnsi="游明朝" w:eastAsia="游明朝" w:cs="游明朝"/>
          <w:b w:val="0"/>
          <w:sz w:val="20"/>
        </w:rPr>
        <w:t>乙の親権者（乙が18歳未満の場合）</w:t>
      </w:r>
    </w:p>
    <w:tbl>
      <w:tblPr>
        <w:tblW w:type="auto" w:w="0"/>
        <w:jc w:val="right"/>
        <w:tblLayout w:type="fixed"/>
        <w:tblLook w:firstColumn="1" w:firstRow="1" w:lastColumn="0" w:lastRow="0" w:noHBand="0" w:noVBand="1" w:val="04A0"/>
      </w:tblPr>
      <w:tblGrid>
        <w:gridCol w:w="1340"/>
        <w:gridCol w:w="4068"/>
        <w:gridCol w:w="510"/>
      </w:tblGrid>
      <w:tr>
        <w:trPr>
          <w:cantSplit/>
          <w:trHeight w:val="454" w:hRule="atLeast"/>
        </w:trPr>
        <w:tc>
          <w:tcPr>
            <w:tcW w:type="dxa" w:w="1340"/>
            <w:vAlign w:val="bottom"/>
          </w:tcPr>
          <w:p>
            <w:pPr>
              <w:keepNext/>
              <w:spacing w:after="0" w:before="0"/>
              <w:jc w:val="left"/>
            </w:pPr>
            <w:r>
              <w:rPr>
                <w:rFonts w:ascii="游明朝" w:hAnsi="游明朝" w:eastAsia="游明朝" w:cs="游明朝"/>
                <w:b w:val="0"/>
                <w:sz w:val="20"/>
              </w:rPr>
              <w:t>住所</w:t>
            </w:r>
          </w:p>
        </w:tc>
        <w:tc>
          <w:tcPr>
            <w:tcW w:type="dxa" w:w="4068"/>
            <w:tcBorders>
              <w:bottom w:val="single" w:sz="4" w:color="000000"/>
            </w:tcBorders>
            <w:vAlign w:val="center"/>
          </w:tcPr>
          <w:p>
            <w:pPr>
              <w:keepNext/>
              <w:spacing w:after="0" w:before="0"/>
              <w:jc w:val="left"/>
            </w:pPr>
            <w:r>
              <w:rPr>
                <w:rFonts w:ascii="游明朝" w:hAnsi="游明朝" w:eastAsia="游明朝" w:cs="游明朝"/>
                <w:b w:val="0"/>
                <w:sz w:val="20"/>
              </w:rPr>
            </w:r>
          </w:p>
        </w:tc>
        <w:tc>
          <w:tcPr>
            <w:tcW w:type="dxa" w:w="510"/>
            <w:vAlign w:val="bottom"/>
          </w:tcPr>
          <w:p>
            <w:pPr>
              <w:keepNext/>
              <w:spacing w:after="0" w:before="0"/>
              <w:jc w:val="center"/>
            </w:pPr>
            <w:r>
              <w:rPr>
                <w:rFonts w:ascii="游明朝" w:hAnsi="游明朝" w:eastAsia="游明朝" w:cs="游明朝"/>
                <w:b w:val="0"/>
                <w:sz w:val="20"/>
              </w:rPr>
            </w:r>
          </w:p>
        </w:tc>
      </w:tr>
      <w:tr>
        <w:trPr>
          <w:cantSplit/>
          <w:trHeight w:val="454" w:hRule="atLeast"/>
        </w:trPr>
        <w:tc>
          <w:tcPr>
            <w:tcW w:type="dxa" w:w="1340"/>
            <w:vAlign w:val="bottom"/>
          </w:tcPr>
          <w:p>
            <w:pPr>
              <w:keepNext/>
              <w:spacing w:after="0" w:before="0"/>
              <w:jc w:val="left"/>
            </w:pPr>
            <w:r>
              <w:rPr>
                <w:rFonts w:ascii="游明朝" w:hAnsi="游明朝" w:eastAsia="游明朝" w:cs="游明朝"/>
                <w:b w:val="0"/>
                <w:sz w:val="20"/>
              </w:rPr>
              <w:t>氏名（父）</w:t>
            </w:r>
          </w:p>
        </w:tc>
        <w:tc>
          <w:tcPr>
            <w:tcW w:type="dxa" w:w="4068"/>
            <w:tcBorders>
              <w:bottom w:val="single" w:sz="4" w:color="000000"/>
            </w:tcBorders>
            <w:vAlign w:val="center"/>
          </w:tcPr>
          <w:p>
            <w:pPr>
              <w:keepNext/>
              <w:spacing w:after="0" w:before="0"/>
              <w:jc w:val="left"/>
            </w:pPr>
            <w:r>
              <w:rPr>
                <w:rFonts w:ascii="游明朝" w:hAnsi="游明朝" w:eastAsia="游明朝" w:cs="游明朝"/>
                <w:b w:val="0"/>
                <w:sz w:val="20"/>
              </w:rPr>
            </w:r>
          </w:p>
        </w:tc>
        <w:tc>
          <w:tcPr>
            <w:tcW w:type="dxa" w:w="510"/>
            <w:vAlign w:val="bottom"/>
          </w:tcPr>
          <w:p>
            <w:pPr>
              <w:keepNext/>
              <w:spacing w:after="0" w:before="0"/>
              <w:jc w:val="center"/>
            </w:pPr>
            <w:r>
              <w:rPr>
                <w:rFonts w:ascii="游明朝" w:hAnsi="游明朝" w:eastAsia="游明朝" w:cs="游明朝"/>
                <w:b w:val="0"/>
                <w:sz w:val="20"/>
              </w:rPr>
              <w:t>印</w:t>
            </w:r>
          </w:p>
        </w:tc>
      </w:tr>
      <w:tr>
        <w:trPr>
          <w:cantSplit/>
          <w:trHeight w:val="454" w:hRule="atLeast"/>
        </w:trPr>
        <w:tc>
          <w:tcPr>
            <w:tcW w:type="dxa" w:w="1340"/>
            <w:vAlign w:val="bottom"/>
          </w:tcPr>
          <w:p>
            <w:pPr>
              <w:spacing w:after="0" w:before="0"/>
              <w:jc w:val="left"/>
            </w:pPr>
            <w:r>
              <w:rPr>
                <w:rFonts w:ascii="游明朝" w:hAnsi="游明朝" w:eastAsia="游明朝" w:cs="游明朝"/>
                <w:b w:val="0"/>
                <w:sz w:val="20"/>
              </w:rPr>
              <w:t>氏名（母）</w:t>
            </w:r>
          </w:p>
        </w:tc>
        <w:tc>
          <w:tcPr>
            <w:tcW w:type="dxa" w:w="4068"/>
            <w:tcBorders>
              <w:bottom w:val="single" w:sz="4" w:color="000000"/>
            </w:tcBorders>
            <w:vAlign w:val="center"/>
          </w:tcPr>
          <w:p>
            <w:pPr>
              <w:spacing w:after="0" w:before="0"/>
              <w:jc w:val="left"/>
            </w:pPr>
            <w:r>
              <w:rPr>
                <w:rFonts w:ascii="游明朝" w:hAnsi="游明朝" w:eastAsia="游明朝" w:cs="游明朝"/>
                <w:b w:val="0"/>
                <w:sz w:val="20"/>
              </w:rPr>
            </w:r>
          </w:p>
        </w:tc>
        <w:tc>
          <w:tcPr>
            <w:tcW w:type="dxa" w:w="510"/>
            <w:vAlign w:val="bottom"/>
          </w:tcPr>
          <w:p>
            <w:pPr>
              <w:spacing w:after="0" w:before="0"/>
              <w:jc w:val="center"/>
            </w:pPr>
            <w:r>
              <w:rPr>
                <w:rFonts w:ascii="游明朝" w:hAnsi="游明朝" w:eastAsia="游明朝" w:cs="游明朝"/>
                <w:b w:val="0"/>
                <w:sz w:val="20"/>
              </w:rPr>
              <w:t>印</w:t>
            </w:r>
          </w:p>
        </w:tc>
      </w:tr>
    </w:tbl>
    <w:p>
      <w:pPr>
        <w:spacing w:after="40"/>
        <w:jc w:val="left"/>
      </w:pPr>
      <w:r>
        <w:rPr>
          <w:rFonts w:ascii="游明朝" w:hAnsi="游明朝" w:eastAsia="游明朝" w:cs="游明朝"/>
          <w:b w:val="0"/>
          <w:sz w:val="20"/>
        </w:rPr>
      </w:r>
    </w:p>
    <w:p>
      <w:pPr>
        <w:keepNext/>
        <w:spacing w:after="40" w:before="120"/>
        <w:jc w:val="left"/>
      </w:pPr>
      <w:r>
        <w:rPr>
          <w:rFonts w:ascii="游明朝" w:hAnsi="游明朝" w:eastAsia="游明朝" w:cs="游明朝"/>
          <w:b/>
          <w:sz w:val="21"/>
        </w:rPr>
        <w:t>不動産の表示（不動産を贈与する場合）</w:t>
      </w:r>
    </w:p>
    <w:tbl>
      <w:tblPr>
        <w:tblStyle w:val="TableGrid"/>
        <w:tblW w:type="dxa" w:w="9865"/>
        <w:jc w:val="center"/>
        <w:tblLayout w:type="fixed"/>
        <w:tblLook w:firstColumn="1" w:firstRow="1" w:lastColumn="0" w:lastRow="0" w:noHBand="0" w:noVBand="1" w:val="04A0"/>
      </w:tblPr>
      <w:tblGrid>
        <w:gridCol w:w="1578"/>
        <w:gridCol w:w="3354"/>
        <w:gridCol w:w="1578"/>
        <w:gridCol w:w="3354"/>
      </w:tblGrid>
      <w:tr>
        <w:trPr>
          <w:cantSplit/>
          <w:trHeight w:val="397" w:hRule="atLeast"/>
        </w:trPr>
        <w:tc>
          <w:tcPr>
            <w:tcW w:type="dxa" w:w="1578"/>
            <w:vAlign w:val="center"/>
          </w:tcPr>
          <w:p>
            <w:pPr>
              <w:spacing w:after="0" w:before="0"/>
              <w:jc w:val="left"/>
            </w:pPr>
            <w:r>
              <w:rPr>
                <w:rFonts w:ascii="游明朝" w:hAnsi="游明朝" w:eastAsia="游明朝" w:cs="游明朝"/>
                <w:b w:val="0"/>
                <w:sz w:val="19"/>
              </w:rPr>
              <w:t>【土地】</w:t>
            </w:r>
          </w:p>
        </w:tc>
        <w:tc>
          <w:tcPr>
            <w:tcW w:type="dxa" w:w="3354"/>
            <w:vAlign w:val="center"/>
          </w:tcPr>
          <w:p>
            <w:pPr>
              <w:spacing w:after="0" w:before="0"/>
              <w:jc w:val="left"/>
            </w:pPr>
            <w:r>
              <w:rPr>
                <w:rFonts w:ascii="游明朝" w:hAnsi="游明朝" w:eastAsia="游明朝" w:cs="游明朝"/>
                <w:b w:val="0"/>
                <w:sz w:val="19"/>
              </w:rPr>
            </w:r>
          </w:p>
        </w:tc>
        <w:tc>
          <w:tcPr>
            <w:tcW w:type="dxa" w:w="1578"/>
            <w:vAlign w:val="center"/>
          </w:tcPr>
          <w:p>
            <w:pPr>
              <w:spacing w:after="0" w:before="0"/>
              <w:jc w:val="left"/>
            </w:pPr>
            <w:r>
              <w:rPr>
                <w:rFonts w:ascii="游明朝" w:hAnsi="游明朝" w:eastAsia="游明朝" w:cs="游明朝"/>
                <w:b w:val="0"/>
                <w:sz w:val="19"/>
              </w:rPr>
              <w:t>【建物】</w:t>
            </w:r>
          </w:p>
        </w:tc>
        <w:tc>
          <w:tcPr>
            <w:tcW w:type="dxa" w:w="3354"/>
            <w:vAlign w:val="center"/>
          </w:tcPr>
          <w:p>
            <w:pPr>
              <w:spacing w:after="0" w:before="0"/>
              <w:jc w:val="left"/>
            </w:pPr>
            <w:r>
              <w:rPr>
                <w:rFonts w:ascii="游明朝" w:hAnsi="游明朝" w:eastAsia="游明朝" w:cs="游明朝"/>
                <w:b w:val="0"/>
                <w:sz w:val="19"/>
              </w:rPr>
            </w:r>
          </w:p>
        </w:tc>
      </w:tr>
      <w:tr>
        <w:trPr>
          <w:cantSplit/>
          <w:trHeight w:val="397" w:hRule="atLeast"/>
        </w:trPr>
        <w:tc>
          <w:tcPr>
            <w:tcW w:type="dxa" w:w="1578"/>
            <w:vAlign w:val="center"/>
          </w:tcPr>
          <w:p>
            <w:pPr>
              <w:spacing w:after="0" w:before="0"/>
              <w:jc w:val="left"/>
            </w:pPr>
            <w:r>
              <w:rPr>
                <w:rFonts w:ascii="游明朝" w:hAnsi="游明朝" w:eastAsia="游明朝" w:cs="游明朝"/>
                <w:b w:val="0"/>
                <w:sz w:val="19"/>
              </w:rPr>
              <w:t>所在</w:t>
            </w:r>
          </w:p>
        </w:tc>
        <w:tc>
          <w:tcPr>
            <w:tcW w:type="dxa" w:w="3354"/>
            <w:vAlign w:val="center"/>
          </w:tcPr>
          <w:p>
            <w:pPr>
              <w:spacing w:after="0" w:before="0"/>
              <w:jc w:val="left"/>
            </w:pPr>
            <w:r>
              <w:rPr>
                <w:rFonts w:ascii="游明朝" w:hAnsi="游明朝" w:eastAsia="游明朝" w:cs="游明朝"/>
                <w:b w:val="0"/>
                <w:sz w:val="19"/>
              </w:rPr>
            </w:r>
          </w:p>
        </w:tc>
        <w:tc>
          <w:tcPr>
            <w:tcW w:type="dxa" w:w="1578"/>
            <w:vAlign w:val="center"/>
          </w:tcPr>
          <w:p>
            <w:pPr>
              <w:spacing w:after="0" w:before="0"/>
              <w:jc w:val="left"/>
            </w:pPr>
            <w:r>
              <w:rPr>
                <w:rFonts w:ascii="游明朝" w:hAnsi="游明朝" w:eastAsia="游明朝" w:cs="游明朝"/>
                <w:b w:val="0"/>
                <w:sz w:val="19"/>
              </w:rPr>
              <w:t>所在</w:t>
            </w:r>
          </w:p>
        </w:tc>
        <w:tc>
          <w:tcPr>
            <w:tcW w:type="dxa" w:w="3354"/>
            <w:vAlign w:val="center"/>
          </w:tcPr>
          <w:p>
            <w:pPr>
              <w:spacing w:after="0" w:before="0"/>
              <w:jc w:val="left"/>
            </w:pPr>
            <w:r>
              <w:rPr>
                <w:rFonts w:ascii="游明朝" w:hAnsi="游明朝" w:eastAsia="游明朝" w:cs="游明朝"/>
                <w:b w:val="0"/>
                <w:sz w:val="19"/>
              </w:rPr>
            </w:r>
          </w:p>
        </w:tc>
      </w:tr>
      <w:tr>
        <w:trPr>
          <w:cantSplit/>
          <w:trHeight w:val="397" w:hRule="atLeast"/>
        </w:trPr>
        <w:tc>
          <w:tcPr>
            <w:tcW w:type="dxa" w:w="1578"/>
            <w:vAlign w:val="center"/>
          </w:tcPr>
          <w:p>
            <w:pPr>
              <w:spacing w:after="0" w:before="0"/>
              <w:jc w:val="left"/>
            </w:pPr>
            <w:r>
              <w:rPr>
                <w:rFonts w:ascii="游明朝" w:hAnsi="游明朝" w:eastAsia="游明朝" w:cs="游明朝"/>
                <w:b w:val="0"/>
                <w:sz w:val="19"/>
              </w:rPr>
              <w:t>地番</w:t>
            </w:r>
          </w:p>
        </w:tc>
        <w:tc>
          <w:tcPr>
            <w:tcW w:type="dxa" w:w="3354"/>
            <w:vAlign w:val="center"/>
          </w:tcPr>
          <w:p>
            <w:pPr>
              <w:spacing w:after="0" w:before="0"/>
              <w:jc w:val="left"/>
            </w:pPr>
            <w:r>
              <w:rPr>
                <w:rFonts w:ascii="游明朝" w:hAnsi="游明朝" w:eastAsia="游明朝" w:cs="游明朝"/>
                <w:b w:val="0"/>
                <w:sz w:val="19"/>
              </w:rPr>
            </w:r>
          </w:p>
        </w:tc>
        <w:tc>
          <w:tcPr>
            <w:tcW w:type="dxa" w:w="1578"/>
            <w:vAlign w:val="center"/>
          </w:tcPr>
          <w:p>
            <w:pPr>
              <w:spacing w:after="0" w:before="0"/>
              <w:jc w:val="left"/>
            </w:pPr>
            <w:r>
              <w:rPr>
                <w:rFonts w:ascii="游明朝" w:hAnsi="游明朝" w:eastAsia="游明朝" w:cs="游明朝"/>
                <w:b w:val="0"/>
                <w:sz w:val="19"/>
              </w:rPr>
              <w:t>家屋番号</w:t>
            </w:r>
          </w:p>
        </w:tc>
        <w:tc>
          <w:tcPr>
            <w:tcW w:type="dxa" w:w="3354"/>
            <w:vAlign w:val="center"/>
          </w:tcPr>
          <w:p>
            <w:pPr>
              <w:spacing w:after="0" w:before="0"/>
              <w:jc w:val="left"/>
            </w:pPr>
            <w:r>
              <w:rPr>
                <w:rFonts w:ascii="游明朝" w:hAnsi="游明朝" w:eastAsia="游明朝" w:cs="游明朝"/>
                <w:b w:val="0"/>
                <w:sz w:val="19"/>
              </w:rPr>
            </w:r>
          </w:p>
        </w:tc>
      </w:tr>
      <w:tr>
        <w:trPr>
          <w:cantSplit/>
          <w:trHeight w:val="397" w:hRule="atLeast"/>
        </w:trPr>
        <w:tc>
          <w:tcPr>
            <w:tcW w:type="dxa" w:w="1578"/>
            <w:vAlign w:val="center"/>
          </w:tcPr>
          <w:p>
            <w:pPr>
              <w:spacing w:after="0" w:before="0"/>
              <w:jc w:val="left"/>
            </w:pPr>
            <w:r>
              <w:rPr>
                <w:rFonts w:ascii="游明朝" w:hAnsi="游明朝" w:eastAsia="游明朝" w:cs="游明朝"/>
                <w:b w:val="0"/>
                <w:sz w:val="19"/>
              </w:rPr>
              <w:t>地目</w:t>
            </w:r>
          </w:p>
        </w:tc>
        <w:tc>
          <w:tcPr>
            <w:tcW w:type="dxa" w:w="3354"/>
            <w:vAlign w:val="center"/>
          </w:tcPr>
          <w:p>
            <w:pPr>
              <w:spacing w:after="0" w:before="0"/>
              <w:jc w:val="left"/>
            </w:pPr>
            <w:r>
              <w:rPr>
                <w:rFonts w:ascii="游明朝" w:hAnsi="游明朝" w:eastAsia="游明朝" w:cs="游明朝"/>
                <w:b w:val="0"/>
                <w:sz w:val="19"/>
              </w:rPr>
            </w:r>
          </w:p>
        </w:tc>
        <w:tc>
          <w:tcPr>
            <w:tcW w:type="dxa" w:w="1578"/>
            <w:vAlign w:val="center"/>
          </w:tcPr>
          <w:p>
            <w:pPr>
              <w:spacing w:after="0" w:before="0"/>
              <w:jc w:val="left"/>
            </w:pPr>
            <w:r>
              <w:rPr>
                <w:rFonts w:ascii="游明朝" w:hAnsi="游明朝" w:eastAsia="游明朝" w:cs="游明朝"/>
                <w:b w:val="0"/>
                <w:sz w:val="19"/>
              </w:rPr>
              <w:t>種類・構造</w:t>
            </w:r>
          </w:p>
        </w:tc>
        <w:tc>
          <w:tcPr>
            <w:tcW w:type="dxa" w:w="3354"/>
            <w:vAlign w:val="center"/>
          </w:tcPr>
          <w:p>
            <w:pPr>
              <w:spacing w:after="0" w:before="0"/>
              <w:jc w:val="left"/>
            </w:pPr>
            <w:r>
              <w:rPr>
                <w:rFonts w:ascii="游明朝" w:hAnsi="游明朝" w:eastAsia="游明朝" w:cs="游明朝"/>
                <w:b w:val="0"/>
                <w:sz w:val="19"/>
              </w:rPr>
            </w:r>
          </w:p>
        </w:tc>
      </w:tr>
      <w:tr>
        <w:trPr>
          <w:cantSplit/>
          <w:trHeight w:val="397" w:hRule="atLeast"/>
        </w:trPr>
        <w:tc>
          <w:tcPr>
            <w:tcW w:type="dxa" w:w="1578"/>
            <w:vAlign w:val="center"/>
          </w:tcPr>
          <w:p>
            <w:pPr>
              <w:spacing w:after="0" w:before="0"/>
              <w:jc w:val="left"/>
            </w:pPr>
            <w:r>
              <w:rPr>
                <w:rFonts w:ascii="游明朝" w:hAnsi="游明朝" w:eastAsia="游明朝" w:cs="游明朝"/>
                <w:b w:val="0"/>
                <w:sz w:val="19"/>
              </w:rPr>
              <w:t>地積</w:t>
            </w:r>
          </w:p>
        </w:tc>
        <w:tc>
          <w:tcPr>
            <w:tcW w:type="dxa" w:w="3354"/>
            <w:vAlign w:val="center"/>
          </w:tcPr>
          <w:p>
            <w:pPr>
              <w:spacing w:after="0" w:before="0"/>
              <w:jc w:val="left"/>
            </w:pPr>
            <w:r>
              <w:rPr>
                <w:rFonts w:ascii="游明朝" w:hAnsi="游明朝" w:eastAsia="游明朝" w:cs="游明朝"/>
                <w:b w:val="0"/>
                <w:sz w:val="19"/>
              </w:rPr>
              <w:t xml:space="preserve">　　　　　　㎡</w:t>
            </w:r>
          </w:p>
        </w:tc>
        <w:tc>
          <w:tcPr>
            <w:tcW w:type="dxa" w:w="1578"/>
            <w:vAlign w:val="center"/>
          </w:tcPr>
          <w:p>
            <w:pPr>
              <w:spacing w:after="0" w:before="0"/>
              <w:jc w:val="left"/>
            </w:pPr>
            <w:r>
              <w:rPr>
                <w:rFonts w:ascii="游明朝" w:hAnsi="游明朝" w:eastAsia="游明朝" w:cs="游明朝"/>
                <w:b w:val="0"/>
                <w:sz w:val="19"/>
              </w:rPr>
              <w:t>床面積</w:t>
            </w:r>
          </w:p>
        </w:tc>
        <w:tc>
          <w:tcPr>
            <w:tcW w:type="dxa" w:w="3354"/>
            <w:vAlign w:val="center"/>
          </w:tcPr>
          <w:p>
            <w:pPr>
              <w:spacing w:after="0" w:before="0"/>
              <w:jc w:val="left"/>
            </w:pPr>
            <w:r>
              <w:rPr>
                <w:rFonts w:ascii="游明朝" w:hAnsi="游明朝" w:eastAsia="游明朝" w:cs="游明朝"/>
                <w:b w:val="0"/>
                <w:sz w:val="19"/>
              </w:rPr>
              <w:t xml:space="preserve">　　　　　　㎡</w:t>
            </w:r>
          </w:p>
        </w:tc>
      </w:tr>
      <w:tr>
        <w:trPr>
          <w:cantSplit/>
          <w:trHeight w:val="397" w:hRule="atLeast"/>
        </w:trPr>
        <w:tc>
          <w:tcPr>
            <w:tcW w:type="dxa" w:w="1578"/>
            <w:vAlign w:val="center"/>
          </w:tcPr>
          <w:p>
            <w:pPr>
              <w:spacing w:after="0" w:before="0"/>
              <w:jc w:val="left"/>
            </w:pPr>
            <w:r>
              <w:rPr>
                <w:rFonts w:ascii="游明朝" w:hAnsi="游明朝" w:eastAsia="游明朝" w:cs="游明朝"/>
                <w:b w:val="0"/>
                <w:sz w:val="19"/>
              </w:rPr>
              <w:t>贈与する持分</w:t>
            </w:r>
          </w:p>
        </w:tc>
        <w:tc>
          <w:tcPr>
            <w:tcW w:type="dxa" w:w="3354"/>
            <w:vAlign w:val="center"/>
          </w:tcPr>
          <w:p>
            <w:pPr>
              <w:spacing w:after="0" w:before="0"/>
              <w:jc w:val="left"/>
            </w:pPr>
            <w:r>
              <w:rPr>
                <w:rFonts w:ascii="游明朝" w:hAnsi="游明朝" w:eastAsia="游明朝" w:cs="游明朝"/>
                <w:b w:val="0"/>
                <w:sz w:val="19"/>
              </w:rPr>
              <w:t xml:space="preserve">□全部　□　　分の　　</w:t>
            </w:r>
          </w:p>
        </w:tc>
        <w:tc>
          <w:tcPr>
            <w:tcW w:type="dxa" w:w="1578"/>
            <w:vAlign w:val="center"/>
          </w:tcPr>
          <w:p>
            <w:pPr>
              <w:spacing w:after="0" w:before="0"/>
              <w:jc w:val="left"/>
            </w:pPr>
            <w:r>
              <w:rPr>
                <w:rFonts w:ascii="游明朝" w:hAnsi="游明朝" w:eastAsia="游明朝" w:cs="游明朝"/>
                <w:b w:val="0"/>
                <w:sz w:val="19"/>
              </w:rPr>
              <w:t>贈与する持分</w:t>
            </w:r>
          </w:p>
        </w:tc>
        <w:tc>
          <w:tcPr>
            <w:tcW w:type="dxa" w:w="3354"/>
            <w:vAlign w:val="center"/>
          </w:tcPr>
          <w:p>
            <w:pPr>
              <w:spacing w:after="0" w:before="0"/>
              <w:jc w:val="left"/>
            </w:pPr>
            <w:r>
              <w:rPr>
                <w:rFonts w:ascii="游明朝" w:hAnsi="游明朝" w:eastAsia="游明朝" w:cs="游明朝"/>
                <w:b w:val="0"/>
                <w:sz w:val="19"/>
              </w:rPr>
              <w:t xml:space="preserve">□全部　□　　分の　　</w:t>
            </w:r>
          </w:p>
        </w:tc>
      </w:tr>
    </w:tbl>
    <w:p>
      <w:pPr>
        <w:spacing w:after="40"/>
        <w:jc w:val="left"/>
      </w:pPr>
      <w:r>
        <w:rPr>
          <w:rFonts w:ascii="游明朝" w:hAnsi="游明朝" w:eastAsia="游明朝" w:cs="游明朝"/>
          <w:b w:val="0"/>
          <w:sz w:val="20"/>
        </w:rPr>
      </w:r>
    </w:p>
    <w:p>
      <w:pPr>
        <w:jc w:val="left"/>
        <w:sectPr>
          <w:footerReference w:type="default" r:id="rId9"/>
          <w:pgSz w:w="11906" w:h="16838"/>
          <w:pgMar w:top="850" w:right="1020" w:bottom="850" w:left="1020" w:header="720" w:footer="720" w:gutter="0"/>
          <w:cols w:space="720"/>
          <w:formProt w:val="false"/>
          <w:docGrid w:linePitch="360"/>
        </w:sectPr>
      </w:pPr>
      <w:r>
        <w:rPr>
          <w:rFonts w:ascii="游明朝" w:hAnsi="游明朝" w:eastAsia="游明朝" w:cs="游明朝"/>
          <w:b w:val="0"/>
          <w:color w:val="404040"/>
          <w:sz w:val="17"/>
        </w:rPr>
        <w:t>※不動産を贈与する場合は、1枚目左上の枠に収入印紙（200円）を貼り、消印してください。現金の贈与契約書には収入印紙は要りません。</w:t>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0"/>
        </w:rPr>
        <w:t>■ この書類について</w:t>
      </w:r>
    </w:p>
    <w:p>
      <w:pPr>
        <w:ind w:left="170"/>
        <w:jc w:val="left"/>
      </w:pPr>
      <w:r>
        <w:rPr>
          <w:rFonts w:ascii="游明朝" w:hAnsi="游明朝" w:eastAsia="游明朝" w:cs="游明朝"/>
          <w:b w:val="0"/>
          <w:sz w:val="20"/>
        </w:rPr>
        <w:t>親から子へなど、お金や不動産を贈るときの契約書です。いつ、誰から誰へ、何を贈ったかを残しておくと、贈与税の申告や、のちの相続のときの確認に役立ちます。</w:t>
      </w:r>
    </w:p>
    <w:p>
      <w:pPr>
        <w:spacing w:before="120"/>
        <w:jc w:val="left"/>
      </w:pPr>
      <w:r>
        <w:rPr>
          <w:rFonts w:ascii="游ゴシック" w:hAnsi="游ゴシック" w:eastAsia="游ゴシック" w:cs="游ゴシック"/>
          <w:b/>
          <w:sz w:val="20"/>
        </w:rPr>
        <w:t>■ 使い方</w:t>
      </w:r>
    </w:p>
    <w:p>
      <w:pPr>
        <w:spacing w:after="20"/>
        <w:ind w:left="370" w:hanging="200"/>
        <w:jc w:val="left"/>
      </w:pPr>
      <w:r>
        <w:rPr>
          <w:rFonts w:ascii="游明朝" w:hAnsi="游明朝" w:eastAsia="游明朝" w:cs="游明朝"/>
          <w:b w:val="0"/>
          <w:sz w:val="20"/>
        </w:rPr>
        <w:t>・贈与する財産は、第2条の□に印を付け、金額や内容を書き入れてください。不動産の場合は、末尾に登記簿（登記事項証明書）のとおりに物件を書きます。不動産でなければ末尾の表は削除してください。</w:t>
      </w:r>
    </w:p>
    <w:p>
      <w:pPr>
        <w:spacing w:after="20"/>
        <w:ind w:left="370" w:hanging="200"/>
        <w:jc w:val="left"/>
      </w:pPr>
      <w:r>
        <w:rPr>
          <w:rFonts w:ascii="游明朝" w:hAnsi="游明朝" w:eastAsia="游明朝" w:cs="游明朝"/>
          <w:b w:val="0"/>
          <w:sz w:val="20"/>
        </w:rPr>
        <w:t>・お名前は、贈る人・受け取る人それぞれが手書きで署名すると、本人の意思で結んだ契約であることが伝わりやすくなります。受け取る人が18歳未満の場合は、親権者（父母がいる場合は両方）も署名します。</w:t>
      </w:r>
    </w:p>
    <w:p>
      <w:pPr>
        <w:spacing w:after="20"/>
        <w:ind w:left="370" w:hanging="200"/>
        <w:jc w:val="left"/>
      </w:pPr>
      <w:r>
        <w:rPr>
          <w:rFonts w:ascii="游明朝" w:hAnsi="游明朝" w:eastAsia="游明朝" w:cs="游明朝"/>
          <w:b w:val="0"/>
          <w:sz w:val="20"/>
        </w:rPr>
        <w:t>・現金は、受け取る人の名義の口座に振り込み、通帳や印鑑は受け取る人が自分で管理します。親が通帳を持ったままにしていると、贈与ではなく親の預金とみなされることがあります。</w:t>
      </w:r>
    </w:p>
    <w:p>
      <w:pPr>
        <w:spacing w:after="20"/>
        <w:ind w:left="370" w:hanging="200"/>
        <w:jc w:val="left"/>
      </w:pPr>
      <w:r>
        <w:rPr>
          <w:rFonts w:ascii="游明朝" w:hAnsi="游明朝" w:eastAsia="游明朝" w:cs="游明朝"/>
          <w:b w:val="0"/>
          <w:sz w:val="20"/>
        </w:rPr>
        <w:t>・毎年贈与する場合は、その年ごとに契約書を作り、振込の記録と一緒に保管してください。何年分かをまとめて約束すると、まとめて一度の贈与として課税されることがあります。</w:t>
      </w:r>
    </w:p>
    <w:p>
      <w:pPr>
        <w:spacing w:after="20"/>
        <w:ind w:left="370" w:hanging="200"/>
        <w:jc w:val="left"/>
      </w:pPr>
      <w:r>
        <w:rPr>
          <w:rFonts w:ascii="游明朝" w:hAnsi="游明朝" w:eastAsia="游明朝" w:cs="游明朝"/>
          <w:b w:val="0"/>
          <w:sz w:val="20"/>
        </w:rPr>
        <w:t>・贈る人が亡くなって、受け取った人が相続で財産を受け取る場合、亡くなる前の一定の期間（最長7年）に受けた贈与は、相続税の計算に加えられます（2026年10月時点）。</w:t>
      </w:r>
    </w:p>
    <w:p>
      <w:pPr>
        <w:spacing w:after="20"/>
        <w:ind w:left="370" w:hanging="200"/>
        <w:jc w:val="left"/>
      </w:pPr>
      <w:r>
        <w:rPr>
          <w:rFonts w:ascii="游明朝" w:hAnsi="游明朝" w:eastAsia="游明朝" w:cs="游明朝"/>
          <w:b w:val="0"/>
          <w:sz w:val="20"/>
        </w:rPr>
        <w:t>・1年間（1月から12月）に受け取った贈与の合計が110万円を超えたときは、受け取った人が翌年2月1日から3月15日までに贈与税の申告をします（2026年10月時点）。</w:t>
      </w:r>
    </w:p>
    <w:p>
      <w:pPr>
        <w:spacing w:before="120"/>
        <w:jc w:val="left"/>
      </w:pPr>
      <w:r>
        <w:rPr>
          <w:rFonts w:ascii="游ゴシック" w:hAnsi="游ゴシック" w:eastAsia="游ゴシック" w:cs="游ゴシック"/>
          <w:b/>
          <w:sz w:val="20"/>
        </w:rPr>
        <w:t>■ ご利用の条件</w:t>
      </w:r>
    </w:p>
    <w:p>
      <w:pPr>
        <w:spacing w:after="20"/>
        <w:ind w:left="370" w:hanging="200"/>
        <w:jc w:val="left"/>
      </w:pPr>
      <w:r>
        <w:rPr>
          <w:rFonts w:ascii="游明朝" w:hAnsi="游明朝" w:eastAsia="游明朝" w:cs="游明朝"/>
          <w:b w:val="0"/>
          <w:sz w:val="20"/>
        </w:rPr>
        <w:t>・このひな形は、ご自身のお仕事や暮らしの中で、自由に書き換えてお使いいただけます。</w:t>
      </w:r>
    </w:p>
    <w:p>
      <w:pPr>
        <w:spacing w:after="20"/>
        <w:ind w:left="370" w:hanging="200"/>
        <w:jc w:val="left"/>
      </w:pPr>
      <w:r>
        <w:rPr>
          <w:rFonts w:ascii="游明朝" w:hAnsi="游明朝" w:eastAsia="游明朝" w:cs="游明朝"/>
          <w:b w:val="0"/>
          <w:sz w:val="20"/>
        </w:rPr>
        <w:t>・ひな形そのもの（このファイル）の再配布・販売・ほかのサイトへの転載は、ご遠慮ください。</w:t>
      </w:r>
    </w:p>
    <w:p>
      <w:pPr>
        <w:spacing w:after="20"/>
        <w:ind w:left="370" w:hanging="200"/>
        <w:jc w:val="left"/>
      </w:pPr>
      <w:r>
        <w:rPr>
          <w:rFonts w:ascii="游明朝" w:hAnsi="游明朝" w:eastAsia="游明朝" w:cs="游明朝"/>
          <w:b w:val="0"/>
          <w:sz w:val="20"/>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0"/>
        </w:rPr>
        <w:t>■ ご注意</w:t>
      </w:r>
    </w:p>
    <w:p>
      <w:pPr>
        <w:spacing w:after="20"/>
        <w:ind w:left="370" w:hanging="200"/>
        <w:jc w:val="left"/>
      </w:pPr>
      <w:r>
        <w:rPr>
          <w:rFonts w:ascii="游明朝" w:hAnsi="游明朝" w:eastAsia="游明朝" w:cs="游明朝"/>
          <w:b w:val="0"/>
          <w:sz w:val="20"/>
        </w:rPr>
        <w:t>・贈与税の基礎控除は受け取る人1人あたり年110万円（暦年課税、2026年10月時点）で、毎年の贈与を最初にまとめて約束すると定期金の贈与と判断されることがあります。不動産の贈与契約書には収入印紙200円が必要です（2026年10月時点）。</w:t>
      </w:r>
    </w:p>
    <w:p>
      <w:pPr>
        <w:spacing w:after="20"/>
        <w:ind w:left="370" w:hanging="200"/>
        <w:jc w:val="left"/>
      </w:pPr>
      <w:r>
        <w:rPr>
          <w:rFonts w:ascii="游明朝" w:hAnsi="游明朝" w:eastAsia="游明朝" w:cs="游明朝"/>
          <w:b w:val="0"/>
          <w:sz w:val="20"/>
        </w:rPr>
        <w:t>・このひな形は、一般的な場面を想定した参考書式です。お使いになる前に、内容がご自身の状況に合っているかをご確認いただき、必要に応じて書き換えてください。</w:t>
      </w:r>
    </w:p>
    <w:p>
      <w:pPr>
        <w:spacing w:after="20"/>
        <w:ind w:left="370" w:hanging="200"/>
        <w:jc w:val="left"/>
      </w:pPr>
      <w:r>
        <w:rPr>
          <w:rFonts w:ascii="游明朝" w:hAnsi="游明朝" w:eastAsia="游明朝" w:cs="游明朝"/>
          <w:b w:val="0"/>
          <w:sz w:val="20"/>
        </w:rPr>
        <w:t>・契約・法律・税金に関わる書類は、使う前に弁護士・司法書士・税理士などの専門家にご相談いただくと安心です。</w:t>
      </w:r>
    </w:p>
    <w:p>
      <w:pPr>
        <w:spacing w:after="20"/>
        <w:ind w:left="370" w:hanging="200"/>
        <w:jc w:val="left"/>
      </w:pPr>
      <w:r>
        <w:rPr>
          <w:rFonts w:ascii="游明朝" w:hAnsi="游明朝" w:eastAsia="游明朝" w:cs="游明朝"/>
          <w:b w:val="0"/>
          <w:sz w:val="20"/>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cpCUjkhLmhavQQmpWTLyJYHjKE3xCihjK1HsMa5HGYMLugka3nA2TlqyDtPxLN6FelhXpkYCknyrHtyaHcVyoA==" w:salt="xWhKqYwYgloUfkhmZVoVpA=="/>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贈与契約書</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2026-10-11T13:18:26Z</dcterms:created>
  <dcterms:modified xsi:type="dcterms:W3CDTF">2026-10-11T13:18:26Z</dcterms:modified>
  <cp:category>大家のプーさん（ooya the Pooh）</cp:category>
</cp:coreProperties>
</file>