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v:background id="_x0000_s1025" o:bwmode="white" o:targetscreensize="1024,768">
      <v:fill r:id="rId11" o:title="provided by ooya the Pooh" type="frame"/>
    </v:background>
  </w:background>
  <w:body>
    <w:p>
      <w:pPr>
        <w:keepNext/>
        <w:spacing w:after="200" w:before="200"/>
        <w:jc w:val="center"/>
      </w:pPr>
      <w:r>
        <w:rPr>
          <w:rFonts w:ascii="游明朝" w:hAnsi="游明朝" w:eastAsia="游明朝" w:cs="游明朝"/>
          <w:b/>
          <w:sz w:val="32"/>
        </w:rPr>
        <w:t>覚　書</w:t>
      </w:r>
    </w:p>
    <w:p>
      <w:pPr>
        <w:spacing w:after="120"/>
        <w:jc w:val="center"/>
      </w:pPr>
      <w:r>
        <w:rPr>
          <w:rFonts w:ascii="游明朝" w:hAnsi="游明朝" w:eastAsia="游明朝" w:cs="游明朝"/>
          <w:b w:val="0"/>
          <w:sz w:val="22"/>
        </w:rPr>
        <w:t>（賃貸借契約への特約の追加）</w:t>
      </w:r>
    </w:p>
    <w:p>
      <w:pPr>
        <w:jc w:val="left"/>
      </w:pPr>
      <w:r>
        <w:rPr>
          <w:rFonts w:ascii="游明朝" w:hAnsi="游明朝" w:eastAsia="游明朝" w:cs="游明朝"/>
          <w:b w:val="0"/>
          <w:sz w:val="21"/>
        </w:rPr>
        <w:t xml:space="preserve">　賃貸人○○○○（以下「甲」という。）と賃借人○○○○（以下「乙」という。）は、甲乙間で　　　　年　　月　　日に締結した末尾記載の物件（以下「本物件」という。）の賃貸借契約（その後の更新を含む。以下「原契約」という。）について、次のとおり特約を追加することに合意した。</w:t>
      </w:r>
    </w:p>
    <w:p>
      <w:pPr>
        <w:keepNext/>
        <w:spacing w:after="20" w:before="100"/>
        <w:jc w:val="left"/>
      </w:pPr>
      <w:r>
        <w:rPr>
          <w:rFonts w:ascii="游明朝" w:hAnsi="游明朝" w:eastAsia="游明朝" w:cs="游明朝"/>
          <w:b w:val="0"/>
          <w:sz w:val="21"/>
        </w:rPr>
        <w:t>第１条（追加する特約）</w:t>
      </w:r>
    </w:p>
    <w:p>
      <w:pPr>
        <w:spacing w:after="40"/>
        <w:ind w:left="210"/>
        <w:jc w:val="left"/>
      </w:pPr>
      <w:r>
        <w:rPr>
          <w:rFonts w:ascii="游明朝" w:hAnsi="游明朝" w:eastAsia="游明朝" w:cs="游明朝"/>
          <w:b w:val="0"/>
          <w:sz w:val="21"/>
        </w:rPr>
        <w:t>甲及び乙は、原契約に次の特約を追加する。</w:t>
      </w:r>
    </w:p>
    <w:tbl>
      <w:tblPr>
        <w:tblStyle w:val="TableGrid"/>
        <w:tblW w:type="dxa" w:w="9865"/>
        <w:jc w:val="center"/>
        <w:tblLayout w:type="fixed"/>
        <w:tblLook w:firstColumn="1" w:firstRow="1" w:lastColumn="0" w:lastRow="0" w:noHBand="0" w:noVBand="1" w:val="04A0"/>
      </w:tblPr>
      <w:tblGrid>
        <w:gridCol w:w="9865"/>
      </w:tblGrid>
      <w:tr>
        <w:trPr>
          <w:cantSplit/>
          <w:trHeight w:val="1814" w:hRule="atLeast"/>
        </w:trPr>
        <w:tc>
          <w:tcPr>
            <w:tcW w:type="dxa" w:w="9865"/>
            <w:vAlign w:val="top"/>
          </w:tcPr>
          <w:p>
            <w:pPr>
              <w:spacing w:after="0"/>
            </w:pPr>
            <w:r>
              <w:rPr>
                <w:rFonts w:ascii="游明朝" w:hAnsi="游明朝" w:eastAsia="游明朝" w:cs="游明朝"/>
                <w:b/>
                <w:sz w:val="20"/>
              </w:rPr>
              <w:t>追加する特約</w:t>
            </w:r>
          </w:p>
        </w:tc>
      </w:tr>
    </w:tbl>
    <w:p>
      <w:pPr>
        <w:spacing w:after="40"/>
        <w:jc w:val="left"/>
      </w:pPr>
      <w:r>
        <w:rPr>
          <w:rFonts w:ascii="游明朝" w:hAnsi="游明朝" w:eastAsia="游明朝" w:cs="游明朝"/>
          <w:b w:val="0"/>
          <w:sz w:val="21"/>
        </w:rPr>
      </w:r>
    </w:p>
    <w:p>
      <w:pPr>
        <w:keepNext/>
        <w:spacing w:after="20" w:before="100"/>
        <w:jc w:val="left"/>
      </w:pPr>
      <w:r>
        <w:rPr>
          <w:rFonts w:ascii="游明朝" w:hAnsi="游明朝" w:eastAsia="游明朝" w:cs="游明朝"/>
          <w:b w:val="0"/>
          <w:sz w:val="21"/>
        </w:rPr>
        <w:t>第２条（説明と確認）</w:t>
      </w:r>
    </w:p>
    <w:p>
      <w:pPr>
        <w:spacing w:after="40"/>
        <w:ind w:left="210"/>
        <w:jc w:val="left"/>
      </w:pPr>
      <w:r>
        <w:rPr>
          <w:rFonts w:ascii="游明朝" w:hAnsi="游明朝" w:eastAsia="游明朝" w:cs="游明朝"/>
          <w:b w:val="0"/>
          <w:sz w:val="21"/>
        </w:rPr>
        <w:t>乙は、前条の特約の内容（乙が費用を負担するものについては、その範囲及び金額又は算定方法を含む。）について甲から説明を受け、その内容を理解したうえで合意したことを確認する。</w:t>
      </w:r>
    </w:p>
    <w:p>
      <w:pPr>
        <w:keepNext/>
        <w:spacing w:after="20" w:before="100"/>
        <w:jc w:val="left"/>
      </w:pPr>
      <w:r>
        <w:rPr>
          <w:rFonts w:ascii="游明朝" w:hAnsi="游明朝" w:eastAsia="游明朝" w:cs="游明朝"/>
          <w:b w:val="0"/>
          <w:sz w:val="21"/>
        </w:rPr>
        <w:t>第３条（適用開始日）</w:t>
      </w:r>
    </w:p>
    <w:p>
      <w:pPr>
        <w:spacing w:after="40"/>
        <w:ind w:left="210"/>
        <w:jc w:val="left"/>
      </w:pPr>
      <w:r>
        <w:rPr>
          <w:rFonts w:ascii="游明朝" w:hAnsi="游明朝" w:eastAsia="游明朝" w:cs="游明朝"/>
          <w:b w:val="0"/>
          <w:sz w:val="21"/>
        </w:rPr>
        <w:t>第1条の特約は、　　　　年　　月　　日から適用する。</w:t>
      </w:r>
    </w:p>
    <w:p>
      <w:pPr>
        <w:keepNext/>
        <w:spacing w:after="20" w:before="100"/>
        <w:jc w:val="left"/>
      </w:pPr>
      <w:r>
        <w:rPr>
          <w:rFonts w:ascii="游明朝" w:hAnsi="游明朝" w:eastAsia="游明朝" w:cs="游明朝"/>
          <w:b w:val="0"/>
          <w:sz w:val="21"/>
        </w:rPr>
        <w:t>第４条（原契約との関係）</w:t>
      </w:r>
    </w:p>
    <w:p>
      <w:pPr>
        <w:spacing w:after="40"/>
        <w:ind w:left="210"/>
        <w:jc w:val="left"/>
      </w:pPr>
      <w:r>
        <w:rPr>
          <w:rFonts w:ascii="游明朝" w:hAnsi="游明朝" w:eastAsia="游明朝" w:cs="游明朝"/>
          <w:b w:val="0"/>
          <w:sz w:val="21"/>
        </w:rPr>
        <w:t>本覚書に定めのない事項は、原契約の定めるところによる。</w:t>
      </w:r>
    </w:p>
    <w:p>
      <w:pPr>
        <w:spacing w:after="40"/>
        <w:ind w:left="420" w:hanging="420"/>
        <w:jc w:val="left"/>
      </w:pPr>
      <w:r>
        <w:rPr>
          <w:rFonts w:ascii="游明朝" w:hAnsi="游明朝" w:eastAsia="游明朝" w:cs="游明朝"/>
          <w:b w:val="0"/>
          <w:sz w:val="21"/>
        </w:rPr>
        <w:t>２　本覚書の内容と原契約の内容が異なるときは、本覚書の内容が優先する。</w:t>
      </w:r>
    </w:p>
    <w:p>
      <w:pPr>
        <w:jc w:val="left"/>
      </w:pPr>
      <w:r>
        <w:rPr>
          <w:rFonts w:ascii="游明朝" w:hAnsi="游明朝" w:eastAsia="游明朝" w:cs="游明朝"/>
          <w:b w:val="0"/>
          <w:sz w:val="21"/>
        </w:rPr>
        <w:t xml:space="preserve">　本覚書の成立を証するため、本書2通（連帯保証人がいる場合は3通）を作成し、各自記名押印のうえ、各1通を保有する。</w:t>
      </w:r>
    </w:p>
    <w:p>
      <w:pPr>
        <w:keepNext/>
        <w:jc w:val="right"/>
      </w:pPr>
      <w:r>
        <w:rPr>
          <w:rFonts w:ascii="游明朝" w:hAnsi="游明朝" w:eastAsia="游明朝" w:cs="游明朝"/>
          <w:b w:val="0"/>
          <w:sz w:val="21"/>
        </w:rPr>
        <w:t xml:space="preserve">　　　　年　　月　　日</w:t>
      </w:r>
    </w:p>
    <w:p>
      <w:pPr>
        <w:keepNext/>
        <w:spacing w:after="0" w:before="160"/>
        <w:ind w:left="3946"/>
        <w:jc w:val="left"/>
      </w:pPr>
      <w:r>
        <w:rPr>
          <w:rFonts w:ascii="游明朝" w:hAnsi="游明朝" w:eastAsia="游明朝" w:cs="游明朝"/>
          <w:b w:val="0"/>
          <w:sz w:val="21"/>
        </w:rPr>
        <w:t>甲（賃貸人）</w:t>
      </w:r>
    </w:p>
    <w:tbl>
      <w:tblPr>
        <w:tblW w:type="auto" w:w="0"/>
        <w:jc w:val="right"/>
        <w:tblLayout w:type="fixed"/>
        <w:tblLook w:firstColumn="1" w:firstRow="1" w:lastColumn="0" w:lastRow="0" w:noHBand="0" w:noVBand="1" w:val="04A0"/>
      </w:tblPr>
      <w:tblGrid>
        <w:gridCol w:w="1134"/>
        <w:gridCol w:w="4275"/>
        <w:gridCol w:w="510"/>
      </w:tblGrid>
      <w:tr>
        <w:trPr>
          <w:cantSplit/>
          <w:trHeight w:val="454" w:hRule="atLeast"/>
        </w:trPr>
        <w:tc>
          <w:tcPr>
            <w:tcW w:type="dxa" w:w="1134"/>
            <w:vAlign w:val="bottom"/>
          </w:tcPr>
          <w:p>
            <w:pPr>
              <w:keepNext/>
              <w:spacing w:after="0" w:before="0"/>
              <w:jc w:val="left"/>
            </w:pPr>
            <w:r>
              <w:rPr>
                <w:rFonts w:ascii="游明朝" w:hAnsi="游明朝" w:eastAsia="游明朝" w:cs="游明朝"/>
                <w:b w:val="0"/>
                <w:sz w:val="21"/>
              </w:rPr>
              <w:t>住所</w:t>
            </w:r>
          </w:p>
        </w:tc>
        <w:tc>
          <w:tcPr>
            <w:tcW w:type="dxa" w:w="4275"/>
            <w:tcBorders>
              <w:bottom w:val="single" w:sz="4" w:color="000000"/>
            </w:tcBorders>
            <w:vAlign w:val="center"/>
          </w:tcPr>
          <w:p>
            <w:pPr>
              <w:keepNext/>
              <w:spacing w:after="0" w:before="0"/>
              <w:jc w:val="left"/>
            </w:pPr>
            <w:r>
              <w:rPr>
                <w:rFonts w:ascii="游明朝" w:hAnsi="游明朝" w:eastAsia="游明朝" w:cs="游明朝"/>
                <w:b w:val="0"/>
                <w:sz w:val="21"/>
              </w:rPr>
            </w:r>
          </w:p>
        </w:tc>
        <w:tc>
          <w:tcPr>
            <w:tcW w:type="dxa" w:w="510"/>
            <w:vAlign w:val="bottom"/>
          </w:tcPr>
          <w:p>
            <w:pPr>
              <w:keepNext/>
              <w:spacing w:after="0" w:before="0"/>
              <w:jc w:val="center"/>
            </w:pPr>
            <w:r>
              <w:rPr>
                <w:rFonts w:ascii="游明朝" w:hAnsi="游明朝" w:eastAsia="游明朝" w:cs="游明朝"/>
                <w:b w:val="0"/>
                <w:sz w:val="21"/>
              </w:rPr>
            </w:r>
          </w:p>
        </w:tc>
      </w:tr>
      <w:tr>
        <w:trPr>
          <w:cantSplit/>
          <w:trHeight w:val="454" w:hRule="atLeast"/>
        </w:trPr>
        <w:tc>
          <w:tcPr>
            <w:tcW w:type="dxa" w:w="1134"/>
            <w:vAlign w:val="bottom"/>
          </w:tcPr>
          <w:p>
            <w:pPr>
              <w:spacing w:after="0" w:before="0"/>
              <w:jc w:val="left"/>
            </w:pPr>
            <w:r>
              <w:rPr>
                <w:rFonts w:ascii="游明朝" w:hAnsi="游明朝" w:eastAsia="游明朝" w:cs="游明朝"/>
                <w:b w:val="0"/>
                <w:sz w:val="21"/>
              </w:rPr>
              <w:t>氏名</w:t>
            </w:r>
          </w:p>
        </w:tc>
        <w:tc>
          <w:tcPr>
            <w:tcW w:type="dxa" w:w="4275"/>
            <w:tcBorders>
              <w:bottom w:val="single" w:sz="4" w:color="000000"/>
            </w:tcBorders>
            <w:vAlign w:val="center"/>
          </w:tcPr>
          <w:p>
            <w:pPr>
              <w:spacing w:after="0" w:before="0"/>
              <w:jc w:val="left"/>
            </w:pPr>
            <w:r>
              <w:rPr>
                <w:rFonts w:ascii="游明朝" w:hAnsi="游明朝" w:eastAsia="游明朝" w:cs="游明朝"/>
                <w:b w:val="0"/>
                <w:sz w:val="21"/>
              </w:rPr>
            </w:r>
          </w:p>
        </w:tc>
        <w:tc>
          <w:tcPr>
            <w:tcW w:type="dxa" w:w="510"/>
            <w:vAlign w:val="bottom"/>
          </w:tcPr>
          <w:p>
            <w:pPr>
              <w:spacing w:after="0" w:before="0"/>
              <w:jc w:val="center"/>
            </w:pPr>
            <w:r>
              <w:rPr>
                <w:rFonts w:ascii="游明朝" w:hAnsi="游明朝" w:eastAsia="游明朝" w:cs="游明朝"/>
                <w:b w:val="0"/>
                <w:sz w:val="21"/>
              </w:rPr>
              <w:t>印</w:t>
            </w:r>
          </w:p>
        </w:tc>
      </w:tr>
    </w:tbl>
    <w:p>
      <w:pPr>
        <w:keepNext/>
        <w:spacing w:after="0" w:before="160"/>
        <w:ind w:left="3946"/>
        <w:jc w:val="left"/>
      </w:pPr>
      <w:r>
        <w:rPr>
          <w:rFonts w:ascii="游明朝" w:hAnsi="游明朝" w:eastAsia="游明朝" w:cs="游明朝"/>
          <w:b w:val="0"/>
          <w:sz w:val="21"/>
        </w:rPr>
        <w:t>乙（賃借人）</w:t>
      </w:r>
    </w:p>
    <w:tbl>
      <w:tblPr>
        <w:tblW w:type="auto" w:w="0"/>
        <w:jc w:val="right"/>
        <w:tblLayout w:type="fixed"/>
        <w:tblLook w:firstColumn="1" w:firstRow="1" w:lastColumn="0" w:lastRow="0" w:noHBand="0" w:noVBand="1" w:val="04A0"/>
      </w:tblPr>
      <w:tblGrid>
        <w:gridCol w:w="1134"/>
        <w:gridCol w:w="4275"/>
        <w:gridCol w:w="510"/>
      </w:tblGrid>
      <w:tr>
        <w:trPr>
          <w:cantSplit/>
          <w:trHeight w:val="454" w:hRule="atLeast"/>
        </w:trPr>
        <w:tc>
          <w:tcPr>
            <w:tcW w:type="dxa" w:w="1134"/>
            <w:vAlign w:val="bottom"/>
          </w:tcPr>
          <w:p>
            <w:pPr>
              <w:keepNext/>
              <w:spacing w:after="0" w:before="0"/>
              <w:jc w:val="left"/>
            </w:pPr>
            <w:r>
              <w:rPr>
                <w:rFonts w:ascii="游明朝" w:hAnsi="游明朝" w:eastAsia="游明朝" w:cs="游明朝"/>
                <w:b w:val="0"/>
                <w:sz w:val="21"/>
              </w:rPr>
              <w:t>住所</w:t>
            </w:r>
          </w:p>
        </w:tc>
        <w:tc>
          <w:tcPr>
            <w:tcW w:type="dxa" w:w="4275"/>
            <w:tcBorders>
              <w:bottom w:val="single" w:sz="4" w:color="000000"/>
            </w:tcBorders>
            <w:vAlign w:val="center"/>
          </w:tcPr>
          <w:p>
            <w:pPr>
              <w:keepNext/>
              <w:spacing w:after="0" w:before="0"/>
              <w:jc w:val="left"/>
            </w:pPr>
            <w:r>
              <w:rPr>
                <w:rFonts w:ascii="游明朝" w:hAnsi="游明朝" w:eastAsia="游明朝" w:cs="游明朝"/>
                <w:b w:val="0"/>
                <w:sz w:val="21"/>
              </w:rPr>
            </w:r>
          </w:p>
        </w:tc>
        <w:tc>
          <w:tcPr>
            <w:tcW w:type="dxa" w:w="510"/>
            <w:vAlign w:val="bottom"/>
          </w:tcPr>
          <w:p>
            <w:pPr>
              <w:keepNext/>
              <w:spacing w:after="0" w:before="0"/>
              <w:jc w:val="center"/>
            </w:pPr>
            <w:r>
              <w:rPr>
                <w:rFonts w:ascii="游明朝" w:hAnsi="游明朝" w:eastAsia="游明朝" w:cs="游明朝"/>
                <w:b w:val="0"/>
                <w:sz w:val="21"/>
              </w:rPr>
            </w:r>
          </w:p>
        </w:tc>
      </w:tr>
      <w:tr>
        <w:trPr>
          <w:cantSplit/>
          <w:trHeight w:val="454" w:hRule="atLeast"/>
        </w:trPr>
        <w:tc>
          <w:tcPr>
            <w:tcW w:type="dxa" w:w="1134"/>
            <w:vAlign w:val="bottom"/>
          </w:tcPr>
          <w:p>
            <w:pPr>
              <w:spacing w:after="0" w:before="0"/>
              <w:jc w:val="left"/>
            </w:pPr>
            <w:r>
              <w:rPr>
                <w:rFonts w:ascii="游明朝" w:hAnsi="游明朝" w:eastAsia="游明朝" w:cs="游明朝"/>
                <w:b w:val="0"/>
                <w:sz w:val="21"/>
              </w:rPr>
              <w:t>氏名</w:t>
            </w:r>
          </w:p>
        </w:tc>
        <w:tc>
          <w:tcPr>
            <w:tcW w:type="dxa" w:w="4275"/>
            <w:tcBorders>
              <w:bottom w:val="single" w:sz="4" w:color="000000"/>
            </w:tcBorders>
            <w:vAlign w:val="center"/>
          </w:tcPr>
          <w:p>
            <w:pPr>
              <w:spacing w:after="0" w:before="0"/>
              <w:jc w:val="left"/>
            </w:pPr>
            <w:r>
              <w:rPr>
                <w:rFonts w:ascii="游明朝" w:hAnsi="游明朝" w:eastAsia="游明朝" w:cs="游明朝"/>
                <w:b w:val="0"/>
                <w:sz w:val="21"/>
              </w:rPr>
            </w:r>
          </w:p>
        </w:tc>
        <w:tc>
          <w:tcPr>
            <w:tcW w:type="dxa" w:w="510"/>
            <w:vAlign w:val="bottom"/>
          </w:tcPr>
          <w:p>
            <w:pPr>
              <w:spacing w:after="0" w:before="0"/>
              <w:jc w:val="center"/>
            </w:pPr>
            <w:r>
              <w:rPr>
                <w:rFonts w:ascii="游明朝" w:hAnsi="游明朝" w:eastAsia="游明朝" w:cs="游明朝"/>
                <w:b w:val="0"/>
                <w:sz w:val="21"/>
              </w:rPr>
              <w:t>印</w:t>
            </w:r>
          </w:p>
        </w:tc>
      </w:tr>
    </w:tbl>
    <w:p>
      <w:pPr>
        <w:keepNext/>
        <w:spacing w:after="0" w:before="160"/>
        <w:ind w:left="3946"/>
        <w:jc w:val="left"/>
      </w:pPr>
      <w:r>
        <w:rPr>
          <w:rFonts w:ascii="游明朝" w:hAnsi="游明朝" w:eastAsia="游明朝" w:cs="游明朝"/>
          <w:b w:val="0"/>
          <w:sz w:val="21"/>
        </w:rPr>
        <w:t>連帯保証人（本覚書の内容を確認し、同意する。）</w:t>
      </w:r>
    </w:p>
    <w:tbl>
      <w:tblPr>
        <w:tblW w:type="auto" w:w="0"/>
        <w:jc w:val="right"/>
        <w:tblLayout w:type="fixed"/>
        <w:tblLook w:firstColumn="1" w:firstRow="1" w:lastColumn="0" w:lastRow="0" w:noHBand="0" w:noVBand="1" w:val="04A0"/>
      </w:tblPr>
      <w:tblGrid>
        <w:gridCol w:w="1134"/>
        <w:gridCol w:w="4275"/>
        <w:gridCol w:w="510"/>
      </w:tblGrid>
      <w:tr>
        <w:trPr>
          <w:cantSplit/>
          <w:trHeight w:val="454" w:hRule="atLeast"/>
        </w:trPr>
        <w:tc>
          <w:tcPr>
            <w:tcW w:type="dxa" w:w="1134"/>
            <w:vAlign w:val="bottom"/>
          </w:tcPr>
          <w:p>
            <w:pPr>
              <w:keepNext/>
              <w:spacing w:after="0" w:before="0"/>
              <w:jc w:val="left"/>
            </w:pPr>
            <w:r>
              <w:rPr>
                <w:rFonts w:ascii="游明朝" w:hAnsi="游明朝" w:eastAsia="游明朝" w:cs="游明朝"/>
                <w:b w:val="0"/>
                <w:sz w:val="21"/>
              </w:rPr>
              <w:t>住所</w:t>
            </w:r>
          </w:p>
        </w:tc>
        <w:tc>
          <w:tcPr>
            <w:tcW w:type="dxa" w:w="4275"/>
            <w:tcBorders>
              <w:bottom w:val="single" w:sz="4" w:color="000000"/>
            </w:tcBorders>
            <w:vAlign w:val="center"/>
          </w:tcPr>
          <w:p>
            <w:pPr>
              <w:keepNext/>
              <w:spacing w:after="0" w:before="0"/>
              <w:jc w:val="left"/>
            </w:pPr>
            <w:r>
              <w:rPr>
                <w:rFonts w:ascii="游明朝" w:hAnsi="游明朝" w:eastAsia="游明朝" w:cs="游明朝"/>
                <w:b w:val="0"/>
                <w:sz w:val="21"/>
              </w:rPr>
            </w:r>
          </w:p>
        </w:tc>
        <w:tc>
          <w:tcPr>
            <w:tcW w:type="dxa" w:w="510"/>
            <w:vAlign w:val="bottom"/>
          </w:tcPr>
          <w:p>
            <w:pPr>
              <w:keepNext/>
              <w:spacing w:after="0" w:before="0"/>
              <w:jc w:val="center"/>
            </w:pPr>
            <w:r>
              <w:rPr>
                <w:rFonts w:ascii="游明朝" w:hAnsi="游明朝" w:eastAsia="游明朝" w:cs="游明朝"/>
                <w:b w:val="0"/>
                <w:sz w:val="21"/>
              </w:rPr>
            </w:r>
          </w:p>
        </w:tc>
      </w:tr>
      <w:tr>
        <w:trPr>
          <w:cantSplit/>
          <w:trHeight w:val="454" w:hRule="atLeast"/>
        </w:trPr>
        <w:tc>
          <w:tcPr>
            <w:tcW w:type="dxa" w:w="1134"/>
            <w:vAlign w:val="bottom"/>
          </w:tcPr>
          <w:p>
            <w:pPr>
              <w:spacing w:after="0" w:before="0"/>
              <w:jc w:val="left"/>
            </w:pPr>
            <w:r>
              <w:rPr>
                <w:rFonts w:ascii="游明朝" w:hAnsi="游明朝" w:eastAsia="游明朝" w:cs="游明朝"/>
                <w:b w:val="0"/>
                <w:sz w:val="21"/>
              </w:rPr>
              <w:t>氏名</w:t>
            </w:r>
          </w:p>
        </w:tc>
        <w:tc>
          <w:tcPr>
            <w:tcW w:type="dxa" w:w="4275"/>
            <w:tcBorders>
              <w:bottom w:val="single" w:sz="4" w:color="000000"/>
            </w:tcBorders>
            <w:vAlign w:val="center"/>
          </w:tcPr>
          <w:p>
            <w:pPr>
              <w:spacing w:after="0" w:before="0"/>
              <w:jc w:val="left"/>
            </w:pPr>
            <w:r>
              <w:rPr>
                <w:rFonts w:ascii="游明朝" w:hAnsi="游明朝" w:eastAsia="游明朝" w:cs="游明朝"/>
                <w:b w:val="0"/>
                <w:sz w:val="21"/>
              </w:rPr>
            </w:r>
          </w:p>
        </w:tc>
        <w:tc>
          <w:tcPr>
            <w:tcW w:type="dxa" w:w="510"/>
            <w:vAlign w:val="bottom"/>
          </w:tcPr>
          <w:p>
            <w:pPr>
              <w:spacing w:after="0" w:before="0"/>
              <w:jc w:val="center"/>
            </w:pPr>
            <w:r>
              <w:rPr>
                <w:rFonts w:ascii="游明朝" w:hAnsi="游明朝" w:eastAsia="游明朝" w:cs="游明朝"/>
                <w:b w:val="0"/>
                <w:sz w:val="21"/>
              </w:rPr>
              <w:t>印</w:t>
            </w:r>
          </w:p>
        </w:tc>
      </w:tr>
    </w:tbl>
    <w:p>
      <w:pPr>
        <w:spacing w:after="40"/>
        <w:jc w:val="left"/>
      </w:pPr>
      <w:r>
        <w:rPr>
          <w:rFonts w:ascii="游明朝" w:hAnsi="游明朝" w:eastAsia="游明朝" w:cs="游明朝"/>
          <w:b w:val="0"/>
          <w:sz w:val="21"/>
        </w:rPr>
      </w:r>
    </w:p>
    <w:p>
      <w:pPr>
        <w:keepNext/>
        <w:spacing w:after="40" w:before="120"/>
        <w:jc w:val="left"/>
      </w:pPr>
      <w:r>
        <w:rPr>
          <w:rFonts w:ascii="游明朝" w:hAnsi="游明朝" w:eastAsia="游明朝" w:cs="游明朝"/>
          <w:b/>
          <w:sz w:val="22"/>
        </w:rPr>
        <w:t>物件の表示</w:t>
      </w:r>
    </w:p>
    <w:tbl>
      <w:tblPr>
        <w:tblStyle w:val="TableGrid"/>
        <w:tblW w:type="dxa" w:w="9865"/>
        <w:jc w:val="center"/>
        <w:tblLayout w:type="fixed"/>
        <w:tblLook w:firstColumn="1" w:firstRow="1" w:lastColumn="0" w:lastRow="0" w:noHBand="0" w:noVBand="1" w:val="04A0"/>
      </w:tblPr>
      <w:tblGrid>
        <w:gridCol w:w="2565"/>
        <w:gridCol w:w="7300"/>
      </w:tblGrid>
      <w:tr>
        <w:trPr>
          <w:cantSplit/>
          <w:trHeight w:val="397" w:hRule="atLeast"/>
        </w:trPr>
        <w:tc>
          <w:tcPr>
            <w:tcW w:type="dxa" w:w="2565"/>
            <w:vAlign w:val="center"/>
          </w:tcPr>
          <w:p>
            <w:pPr>
              <w:spacing w:after="0" w:before="0"/>
              <w:jc w:val="left"/>
            </w:pPr>
            <w:r>
              <w:rPr>
                <w:rFonts w:ascii="游明朝" w:hAnsi="游明朝" w:eastAsia="游明朝" w:cs="游明朝"/>
                <w:b w:val="0"/>
                <w:sz w:val="20"/>
              </w:rPr>
              <w:t>所在地</w:t>
            </w:r>
          </w:p>
        </w:tc>
        <w:tc>
          <w:tcPr>
            <w:tcW w:type="dxa" w:w="7300"/>
            <w:vAlign w:val="center"/>
          </w:tcPr>
          <w:p>
            <w:pPr>
              <w:spacing w:after="0" w:before="0"/>
              <w:jc w:val="left"/>
            </w:pPr>
            <w:r>
              <w:rPr>
                <w:rFonts w:ascii="游明朝" w:hAnsi="游明朝" w:eastAsia="游明朝" w:cs="游明朝"/>
                <w:b w:val="0"/>
                <w:sz w:val="20"/>
              </w:rPr>
              <w:t>○○県○○市○○町○－○－○</w:t>
            </w:r>
          </w:p>
        </w:tc>
      </w:tr>
      <w:tr>
        <w:trPr>
          <w:cantSplit/>
          <w:trHeight w:val="397" w:hRule="atLeast"/>
        </w:trPr>
        <w:tc>
          <w:tcPr>
            <w:tcW w:type="dxa" w:w="2565"/>
            <w:vAlign w:val="center"/>
          </w:tcPr>
          <w:p>
            <w:pPr>
              <w:spacing w:after="0" w:before="0"/>
              <w:jc w:val="left"/>
            </w:pPr>
            <w:r>
              <w:rPr>
                <w:rFonts w:ascii="游明朝" w:hAnsi="游明朝" w:eastAsia="游明朝" w:cs="游明朝"/>
                <w:b w:val="0"/>
                <w:sz w:val="20"/>
              </w:rPr>
              <w:t>建物の名称・部屋番号</w:t>
            </w:r>
          </w:p>
        </w:tc>
        <w:tc>
          <w:tcPr>
            <w:tcW w:type="dxa" w:w="7300"/>
            <w:vAlign w:val="center"/>
          </w:tcPr>
          <w:p>
            <w:pPr>
              <w:spacing w:after="0" w:before="0"/>
              <w:jc w:val="left"/>
            </w:pPr>
            <w:r>
              <w:rPr>
                <w:rFonts w:ascii="游明朝" w:hAnsi="游明朝" w:eastAsia="游明朝" w:cs="游明朝"/>
                <w:b w:val="0"/>
                <w:sz w:val="20"/>
              </w:rPr>
              <w:t>○○○○　○○○号室</w:t>
            </w:r>
          </w:p>
        </w:tc>
      </w:tr>
    </w:tbl>
    <w:p>
      <w:pPr>
        <w:spacing w:after="40"/>
        <w:jc w:val="left"/>
        <w:sectPr>
          <w:footerReference w:type="default" r:id="rId9"/>
          <w:pgSz w:w="11906" w:h="16838"/>
          <w:pgMar w:top="850" w:right="1020" w:bottom="850" w:left="1020" w:header="720" w:footer="720" w:gutter="0"/>
          <w:cols w:space="720"/>
          <w:formProt w:val="false"/>
          <w:docGrid w:linePitch="360"/>
        </w:sectPr>
      </w:pPr>
      <w:r>
        <w:rPr>
          <w:rFonts w:ascii="游明朝" w:hAnsi="游明朝" w:eastAsia="游明朝" w:cs="游明朝"/>
          <w:b w:val="0"/>
          <w:sz w:val="21"/>
        </w:rPr>
      </w:r>
    </w:p>
    <w:p>
      <w:pPr>
        <w:spacing w:after="0"/>
        <w:jc w:val="left"/>
      </w:pPr>
      <w:r>
        <w:rPr>
          <w:rFonts w:ascii="游ゴシック" w:hAnsi="游ゴシック" w:eastAsia="游ゴシック" w:cs="游ゴシック"/>
          <w:b/>
          <w:color w:val="404040"/>
          <w:sz w:val="20"/>
        </w:rPr>
        <w:t>大家のプーさん　事務の書類ひな形集</w:t>
      </w:r>
    </w:p>
    <w:p>
      <w:pPr>
        <w:spacing w:after="40" w:before="40"/>
        <w:jc w:val="left"/>
      </w:pPr>
      <w:r>
        <w:rPr>
          <w:rFonts w:ascii="游ゴシック" w:hAnsi="游ゴシック" w:eastAsia="游ゴシック" w:cs="游ゴシック"/>
          <w:b/>
          <w:sz w:val="28"/>
        </w:rPr>
        <w:t>このひな形について</w:t>
      </w:r>
    </w:p>
    <w:p>
      <w:pPr>
        <w:spacing w:after="160"/>
        <w:jc w:val="left"/>
      </w:pPr>
      <w:r>
        <w:rPr>
          <w:rFonts w:ascii="游明朝" w:hAnsi="游明朝" w:eastAsia="游明朝" w:cs="游明朝"/>
          <w:b w:val="0"/>
          <w:color w:val="404040"/>
          <w:sz w:val="18"/>
        </w:rPr>
        <w:t>（このページは説明用です。印刷するときは、本文のページだけを選んで印刷してください）</w:t>
      </w:r>
    </w:p>
    <w:p>
      <w:pPr>
        <w:spacing w:before="80"/>
        <w:jc w:val="left"/>
      </w:pPr>
      <w:r>
        <w:rPr>
          <w:rFonts w:ascii="游ゴシック" w:hAnsi="游ゴシック" w:eastAsia="游ゴシック" w:cs="游ゴシック"/>
          <w:b/>
          <w:sz w:val="21"/>
        </w:rPr>
        <w:t>■ この書類について</w:t>
      </w:r>
    </w:p>
    <w:p>
      <w:pPr>
        <w:ind w:left="170"/>
        <w:jc w:val="left"/>
      </w:pPr>
      <w:r>
        <w:rPr>
          <w:rFonts w:ascii="游明朝" w:hAnsi="游明朝" w:eastAsia="游明朝" w:cs="游明朝"/>
          <w:b w:val="0"/>
          <w:sz w:val="21"/>
        </w:rPr>
        <w:t>賃貸借契約の途中で、新しい取り決め（特約）を加えるときの覚書です。契約書を作り直さずに、追加する内容と適用する日だけを書面で残せます。</w:t>
      </w:r>
    </w:p>
    <w:p>
      <w:pPr>
        <w:spacing w:before="120"/>
        <w:jc w:val="left"/>
      </w:pPr>
      <w:r>
        <w:rPr>
          <w:rFonts w:ascii="游ゴシック" w:hAnsi="游ゴシック" w:eastAsia="游ゴシック" w:cs="游ゴシック"/>
          <w:b/>
          <w:sz w:val="21"/>
        </w:rPr>
        <w:t>■ 使い方</w:t>
      </w:r>
    </w:p>
    <w:p>
      <w:pPr>
        <w:spacing w:after="20"/>
        <w:ind w:left="380" w:hanging="210"/>
        <w:jc w:val="left"/>
      </w:pPr>
      <w:r>
        <w:rPr>
          <w:rFonts w:ascii="游明朝" w:hAnsi="游明朝" w:eastAsia="游明朝" w:cs="游明朝"/>
          <w:b w:val="0"/>
          <w:sz w:val="21"/>
        </w:rPr>
        <w:t>・原契約を結んだ日、末尾の物件の表示、第1条の特約を書き入れてください。特約は「何を」「どこまで」「いくら」負担するのかを具体的に書くと、あとで食い違いが起きにくくなります。</w:t>
      </w:r>
    </w:p>
    <w:p>
      <w:pPr>
        <w:spacing w:after="20"/>
        <w:ind w:left="380" w:hanging="210"/>
        <w:jc w:val="left"/>
      </w:pPr>
      <w:r>
        <w:rPr>
          <w:rFonts w:ascii="游明朝" w:hAnsi="游明朝" w:eastAsia="游明朝" w:cs="游明朝"/>
          <w:b w:val="0"/>
          <w:sz w:val="21"/>
        </w:rPr>
        <w:t>・借主さんが個人の場合、借主の利益を一方的に損なう特約は無効とされることがあります。たとえば、通常の使い方による傷みや経年劣化の修繕費まで借主の負担とする特約（範囲や金額をはっきり示していないもの）、相場から大きく外れた違約金、貸主からの解約や更新拒絶に正当な理由を要しないとする特約などです。</w:t>
      </w:r>
    </w:p>
    <w:p>
      <w:pPr>
        <w:spacing w:after="20"/>
        <w:ind w:left="380" w:hanging="210"/>
        <w:jc w:val="left"/>
      </w:pPr>
      <w:r>
        <w:rPr>
          <w:rFonts w:ascii="游明朝" w:hAnsi="游明朝" w:eastAsia="游明朝" w:cs="游明朝"/>
          <w:b w:val="0"/>
          <w:sz w:val="21"/>
        </w:rPr>
        <w:t>・契約の途中で借主さんの負担が増える特約は、受け入れる理由がないと合意しにくいものです。設備の追加や家賃の据え置きなどとあわせて話し合うと、進めやすくなります。</w:t>
      </w:r>
    </w:p>
    <w:p>
      <w:pPr>
        <w:spacing w:after="20"/>
        <w:ind w:left="380" w:hanging="210"/>
        <w:jc w:val="left"/>
      </w:pPr>
      <w:r>
        <w:rPr>
          <w:rFonts w:ascii="游明朝" w:hAnsi="游明朝" w:eastAsia="游明朝" w:cs="游明朝"/>
          <w:b w:val="0"/>
          <w:sz w:val="21"/>
        </w:rPr>
        <w:t>・連帯保証人がいる場合、借主の負担が増える内容は、保証人の同意がないと保証の範囲に含まれません。保証人の方にも署名をいただき、本書を3通作ってください（いない場合は保証人の欄を削除します）。保証会社を利用している場合は、保証会社にも連絡しておきます。</w:t>
      </w:r>
    </w:p>
    <w:p>
      <w:pPr>
        <w:spacing w:after="20"/>
        <w:ind w:left="380" w:hanging="210"/>
        <w:jc w:val="left"/>
      </w:pPr>
      <w:r>
        <w:rPr>
          <w:rFonts w:ascii="游明朝" w:hAnsi="游明朝" w:eastAsia="游明朝" w:cs="游明朝"/>
          <w:b w:val="0"/>
          <w:sz w:val="21"/>
        </w:rPr>
        <w:t>・普通借家から定期借家への切替えは、この覚書ではできません。定期借家の契約書と事前説明の書面が別に必要です。</w:t>
      </w:r>
    </w:p>
    <w:p>
      <w:pPr>
        <w:spacing w:before="120"/>
        <w:jc w:val="left"/>
      </w:pPr>
      <w:r>
        <w:rPr>
          <w:rFonts w:ascii="游ゴシック" w:hAnsi="游ゴシック" w:eastAsia="游ゴシック" w:cs="游ゴシック"/>
          <w:b/>
          <w:sz w:val="21"/>
        </w:rPr>
        <w:t>■ ご利用の条件</w:t>
      </w:r>
    </w:p>
    <w:p>
      <w:pPr>
        <w:spacing w:after="20"/>
        <w:ind w:left="380" w:hanging="210"/>
        <w:jc w:val="left"/>
      </w:pPr>
      <w:r>
        <w:rPr>
          <w:rFonts w:ascii="游明朝" w:hAnsi="游明朝" w:eastAsia="游明朝" w:cs="游明朝"/>
          <w:b w:val="0"/>
          <w:sz w:val="21"/>
        </w:rPr>
        <w:t>・このひな形は、ご自身のお仕事や暮らしの中で、自由に書き換えてお使いいただけます。</w:t>
      </w:r>
    </w:p>
    <w:p>
      <w:pPr>
        <w:spacing w:after="20"/>
        <w:ind w:left="380" w:hanging="210"/>
        <w:jc w:val="left"/>
      </w:pPr>
      <w:r>
        <w:rPr>
          <w:rFonts w:ascii="游明朝" w:hAnsi="游明朝" w:eastAsia="游明朝" w:cs="游明朝"/>
          <w:b w:val="0"/>
          <w:sz w:val="21"/>
        </w:rPr>
        <w:t>・ひな形そのもの（このファイル）の再配布・販売・ほかのサイトへの転載は、ご遠慮ください。</w:t>
      </w:r>
    </w:p>
    <w:p>
      <w:pPr>
        <w:spacing w:after="20"/>
        <w:ind w:left="380" w:hanging="210"/>
        <w:jc w:val="left"/>
      </w:pPr>
      <w:r>
        <w:rPr>
          <w:rFonts w:ascii="游明朝" w:hAnsi="游明朝" w:eastAsia="游明朝" w:cs="游明朝"/>
          <w:b w:val="0"/>
          <w:sz w:val="21"/>
        </w:rPr>
        <w:t>・このページと、各ページの下にある提供元の表記は、書き換えられないようにしてあります。各ページの下の表記は、Wordで開いたときの画面にだけ出て、印刷には出ません。</w:t>
      </w:r>
    </w:p>
    <w:p>
      <w:pPr>
        <w:spacing w:before="120"/>
        <w:jc w:val="left"/>
      </w:pPr>
      <w:r>
        <w:rPr>
          <w:rFonts w:ascii="游ゴシック" w:hAnsi="游ゴシック" w:eastAsia="游ゴシック" w:cs="游ゴシック"/>
          <w:b/>
          <w:sz w:val="21"/>
        </w:rPr>
        <w:t>■ ご注意</w:t>
      </w:r>
    </w:p>
    <w:p>
      <w:pPr>
        <w:spacing w:after="20"/>
        <w:ind w:left="380" w:hanging="210"/>
        <w:jc w:val="left"/>
      </w:pPr>
      <w:r>
        <w:rPr>
          <w:rFonts w:ascii="游明朝" w:hAnsi="游明朝" w:eastAsia="游明朝" w:cs="游明朝"/>
          <w:b w:val="0"/>
          <w:sz w:val="21"/>
        </w:rPr>
        <w:t>・借主が個人の場合、消費者契約法10条により借主の利益を一方的に害する特約は無効となることがあり、借地借家法の規定より借主に不利な特約も無効とされる場合があります。</w:t>
      </w:r>
    </w:p>
    <w:p>
      <w:pPr>
        <w:spacing w:after="20"/>
        <w:ind w:left="380" w:hanging="210"/>
        <w:jc w:val="left"/>
      </w:pPr>
      <w:r>
        <w:rPr>
          <w:rFonts w:ascii="游明朝" w:hAnsi="游明朝" w:eastAsia="游明朝" w:cs="游明朝"/>
          <w:b w:val="0"/>
          <w:sz w:val="21"/>
        </w:rPr>
        <w:t>・このひな形は、一般的な場面を想定した参考書式です。お使いになる前に、内容がご自身の状況に合っているかをご確認いただき、必要に応じて書き換えてください。</w:t>
      </w:r>
    </w:p>
    <w:p>
      <w:pPr>
        <w:spacing w:after="20"/>
        <w:ind w:left="380" w:hanging="210"/>
        <w:jc w:val="left"/>
      </w:pPr>
      <w:r>
        <w:rPr>
          <w:rFonts w:ascii="游明朝" w:hAnsi="游明朝" w:eastAsia="游明朝" w:cs="游明朝"/>
          <w:b w:val="0"/>
          <w:sz w:val="21"/>
        </w:rPr>
        <w:t>・契約・法律・税金に関わる書類は、使う前に弁護士・司法書士・税理士などの専門家にご相談いただくと安心です。</w:t>
      </w:r>
    </w:p>
    <w:p>
      <w:pPr>
        <w:spacing w:after="20"/>
        <w:ind w:left="380" w:hanging="210"/>
        <w:jc w:val="left"/>
      </w:pPr>
      <w:r>
        <w:rPr>
          <w:rFonts w:ascii="游明朝" w:hAnsi="游明朝" w:eastAsia="游明朝" w:cs="游明朝"/>
          <w:b w:val="0"/>
          <w:sz w:val="21"/>
        </w:rPr>
        <w:t>・このひな形を使ったことで生じた損害については、責任を負いかねます。あらかじめご了承ください。</w:t>
      </w:r>
    </w:p>
    <w:p>
      <w:pPr>
        <w:spacing w:before="280"/>
        <w:jc w:val="right"/>
      </w:pPr>
      <w:r>
        <w:rPr>
          <w:rFonts w:ascii="游ゴシック" w:hAnsi="游ゴシック" w:eastAsia="游ゴシック" w:cs="游ゴシック"/>
          <w:b/>
          <w:sz w:val="20"/>
        </w:rPr>
        <w:t>フォーマットのご提供：大家のプーさん（無断での複製・転載を禁じます）</w:t>
      </w:r>
    </w:p>
    <w:p>
      <w:pPr>
        <w:jc w:val="right"/>
      </w:pPr>
      <w:r>
        <w:rPr>
          <w:rFonts w:ascii="游ゴシック" w:hAnsi="游ゴシック" w:eastAsia="游ゴシック" w:cs="游ゴシック"/>
          <w:b w:val="0"/>
          <w:color w:val="404040"/>
          <w:sz w:val="17"/>
        </w:rPr>
        <w:t>Format provided by ooya the Pooh. Unauthorized reproduction or redistribution is prohibited.</w:t>
      </w:r>
    </w:p>
    <w:sectPr w:rsidR="00FC693F" w:rsidRPr="0006063C" w:rsidSect="00034616">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Pr>
    <w:r>
      <w:rPr>
        <w:rFonts w:ascii="游ゴシック" w:hAnsi="游ゴシック" w:eastAsia="游ゴシック" w:cs="游ゴシック"/>
        <w:vanish/>
        <w:color w:val="808080"/>
        <w:sz w:val="14"/>
      </w:rPr>
      <w:t>フォーマットのご提供：大家のプーさん（無断での複製・転載を禁じます）</w:t>
    </w:r>
    <w:r>
      <w:rPr>
        <w:vanish/>
      </w:rPr>
      <w:br/>
    </w:r>
    <w:r>
      <w:rPr>
        <w:rFonts w:ascii="游ゴシック" w:hAnsi="游ゴシック" w:eastAsia="游ゴシック" w:cs="游ゴシック"/>
        <w:vanish/>
        <w:color w:val="808080"/>
        <w:sz w:val="12"/>
      </w:rPr>
      <w:t>Format provided by ooya the Pooh. Unauthorized reproduction or redistribution is prohibited.</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Pr>
    <w:r>
      <w:rPr>
        <w:rFonts w:ascii="游ゴシック" w:hAnsi="游ゴシック" w:eastAsia="游ゴシック" w:cs="游ゴシック"/>
        <w:vanish/>
        <w:color w:val="808080"/>
        <w:sz w:val="14"/>
      </w:rPr>
      <w:t>フォーマットのご提供：大家のプーさん（無断での複製・転載を禁じます）</w:t>
    </w:r>
    <w:r>
      <w:rPr>
        <w:vanish/>
      </w:rPr>
      <w:br/>
    </w:r>
    <w:r>
      <w:rPr>
        <w:rFonts w:ascii="游ゴシック" w:hAnsi="游ゴシック" w:eastAsia="游ゴシック" w:cs="游ゴシック"/>
        <w:vanish/>
        <w:color w:val="808080"/>
        <w:sz w:val="12"/>
      </w:rPr>
      <w:t>Format provided by ooya the Pooh. Unauthorized reproduction or redistribution is prohibited.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displayBackgroundShape/>
  <w:proofState w:spelling="clean" w:grammar="clean"/>
  <w:documentProtection w:edit="forms" w:enforcement="1" w:cryptProviderType="rsaAES" w:cryptAlgorithmClass="hash" w:cryptAlgorithmType="typeAny" w:cryptAlgorithmSid="14" w:cryptSpinCount="100000" w:hash="WhZx3tgd/rRfrWJF+opHsi2AIMcxpJrAJPwq0HVDHO3Hr4aw5fO6G1Gi3kKjxhPmrJ+JSGj5Xs4nwQFbp1wlYQ==" w:salt="dTUcz9wSDm6wMB1BTDABMg=="/>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40" w:line="288" w:lineRule="auto"/>
    </w:pPr>
    <w:rPr>
      <w:rFonts w:ascii="游明朝" w:hAnsi="游明朝" w:eastAsia="游明朝" w:cs="游明朝"/>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大家のプーさん（ooya the Pooh）</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不動産の賃貸借に関する覚書（特約の追加）</dc:title>
  <dc:subject/>
  <dc:creator>大家のプーさん</dc:creator>
  <cp:keywords>大家のプーさん, ooya the Pooh</cp:keywords>
  <dc:description>フォーマットのご提供：大家のプーさん（無断での複製・転載を禁じます） / Format provided by ooya the Pooh. Unauthorized reproduction or redistribution is prohibited.</dc:description>
  <cp:lastModifiedBy>大家のプーさん</cp:lastModifiedBy>
  <cp:revision>1</cp:revision>
  <dcterms:created xsi:type="dcterms:W3CDTF">2026-10-11T13:18:25Z</dcterms:created>
  <dcterms:modified xsi:type="dcterms:W3CDTF">2026-10-11T13:18:25Z</dcterms:modified>
  <cp:category>大家のプーさん（ooya the Pooh）</cp:category>
</cp:coreProperties>
</file>