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p>
      <w:pPr>
        <w:keepNext/>
        <w:spacing w:after="200" w:before="200"/>
        <w:jc w:val="center"/>
      </w:pPr>
      <w:r>
        <w:rPr>
          <w:rFonts w:ascii="游明朝" w:hAnsi="游明朝" w:eastAsia="游明朝" w:cs="游明朝"/>
          <w:b/>
          <w:sz w:val="32"/>
        </w:rPr>
        <w:t>示　談　書</w:t>
      </w:r>
    </w:p>
    <w:p>
      <w:pPr>
        <w:jc w:val="left"/>
      </w:pPr>
      <w:r>
        <w:rPr>
          <w:rFonts w:ascii="游明朝" w:hAnsi="游明朝" w:eastAsia="游明朝" w:cs="游明朝"/>
          <w:b w:val="0"/>
          <w:sz w:val="19"/>
        </w:rPr>
        <w:t xml:space="preserve">　○○○○（以下「甲」という。）と○○○○（以下「乙」という。）は、下記の件（以下「本件」という。）について話し合いを行い、次のとおり合意した。</w:t>
      </w:r>
    </w:p>
    <w:p>
      <w:pPr>
        <w:keepNext/>
        <w:spacing w:after="40" w:before="120"/>
        <w:jc w:val="left"/>
      </w:pPr>
      <w:r>
        <w:rPr>
          <w:rFonts w:ascii="游明朝" w:hAnsi="游明朝" w:eastAsia="游明朝" w:cs="游明朝"/>
          <w:b/>
          <w:sz w:val="20"/>
        </w:rPr>
        <w:t>本件の経緯</w:t>
      </w:r>
    </w:p>
    <w:tbl>
      <w:tblPr>
        <w:tblStyle w:val="TableGrid"/>
        <w:tblW w:type="dxa" w:w="9865"/>
        <w:jc w:val="center"/>
        <w:tblLayout w:type="fixed"/>
        <w:tblLook w:firstColumn="1" w:firstRow="1" w:lastColumn="0" w:lastRow="0" w:noHBand="0" w:noVBand="1" w:val="04A0"/>
      </w:tblPr>
      <w:tblGrid>
        <w:gridCol w:w="2367"/>
        <w:gridCol w:w="7498"/>
      </w:tblGrid>
      <w:tr>
        <w:trPr>
          <w:cantSplit/>
          <w:trHeight w:val="397" w:hRule="atLeast"/>
        </w:trPr>
        <w:tc>
          <w:tcPr>
            <w:tcW w:type="dxa" w:w="2367"/>
            <w:vAlign w:val="center"/>
          </w:tcPr>
          <w:p>
            <w:pPr>
              <w:spacing w:after="0" w:before="0"/>
              <w:jc w:val="left"/>
            </w:pPr>
            <w:r>
              <w:rPr>
                <w:rFonts w:ascii="游明朝" w:hAnsi="游明朝" w:eastAsia="游明朝" w:cs="游明朝"/>
                <w:b w:val="0"/>
                <w:sz w:val="18"/>
              </w:rPr>
              <w:t>時期</w:t>
            </w:r>
          </w:p>
        </w:tc>
        <w:tc>
          <w:tcPr>
            <w:tcW w:type="dxa" w:w="7497"/>
            <w:vAlign w:val="center"/>
          </w:tcPr>
          <w:p>
            <w:pPr>
              <w:spacing w:after="0" w:before="0"/>
              <w:jc w:val="left"/>
            </w:pPr>
            <w:r>
              <w:rPr>
                <w:rFonts w:ascii="游明朝" w:hAnsi="游明朝" w:eastAsia="游明朝" w:cs="游明朝"/>
                <w:b w:val="0"/>
                <w:sz w:val="18"/>
              </w:rPr>
              <w:t xml:space="preserve">　　　　年　　月　　日ごろから　　　　年　　月　　日ごろまで</w:t>
            </w:r>
          </w:p>
        </w:tc>
      </w:tr>
      <w:tr>
        <w:trPr>
          <w:cantSplit/>
          <w:trHeight w:val="397" w:hRule="atLeast"/>
        </w:trPr>
        <w:tc>
          <w:tcPr>
            <w:tcW w:type="dxa" w:w="2367"/>
            <w:vAlign w:val="center"/>
          </w:tcPr>
          <w:p>
            <w:pPr>
              <w:spacing w:after="0" w:before="0"/>
              <w:jc w:val="left"/>
            </w:pPr>
            <w:r>
              <w:rPr>
                <w:rFonts w:ascii="游明朝" w:hAnsi="游明朝" w:eastAsia="游明朝" w:cs="游明朝"/>
                <w:b w:val="0"/>
                <w:sz w:val="18"/>
              </w:rPr>
              <w:t>場所</w:t>
            </w:r>
          </w:p>
        </w:tc>
        <w:tc>
          <w:tcPr>
            <w:tcW w:type="dxa" w:w="7497"/>
            <w:vAlign w:val="center"/>
          </w:tcPr>
          <w:p>
            <w:pPr>
              <w:spacing w:after="0" w:before="0"/>
              <w:jc w:val="left"/>
            </w:pPr>
            <w:r>
              <w:rPr>
                <w:rFonts w:ascii="游明朝" w:hAnsi="游明朝" w:eastAsia="游明朝" w:cs="游明朝"/>
                <w:b w:val="0"/>
                <w:sz w:val="18"/>
              </w:rPr>
              <w:t>○○県○○市○○町○－○－○（○○○○）</w:t>
            </w:r>
          </w:p>
        </w:tc>
      </w:tr>
      <w:tr>
        <w:trPr>
          <w:cantSplit/>
          <w:trHeight w:val="397" w:hRule="atLeast"/>
        </w:trPr>
        <w:tc>
          <w:tcPr>
            <w:tcW w:type="dxa" w:w="2367"/>
            <w:vAlign w:val="center"/>
          </w:tcPr>
          <w:p>
            <w:pPr>
              <w:spacing w:after="0" w:before="0"/>
              <w:jc w:val="left"/>
            </w:pPr>
            <w:r>
              <w:rPr>
                <w:rFonts w:ascii="游明朝" w:hAnsi="游明朝" w:eastAsia="游明朝" w:cs="游明朝"/>
                <w:b w:val="0"/>
                <w:sz w:val="18"/>
              </w:rPr>
              <w:t>内容（事実のみ）</w:t>
            </w:r>
          </w:p>
        </w:tc>
        <w:tc>
          <w:tcPr>
            <w:tcW w:type="dxa" w:w="7497"/>
            <w:vAlign w:val="center"/>
          </w:tcPr>
          <w:p>
            <w:pPr>
              <w:spacing w:after="0" w:before="0"/>
              <w:jc w:val="left"/>
            </w:pPr>
            <w:r>
              <w:rPr>
                <w:rFonts w:ascii="游明朝" w:hAnsi="游明朝" w:eastAsia="游明朝" w:cs="游明朝"/>
                <w:b w:val="0"/>
                <w:sz w:val="18"/>
              </w:rPr>
              <w:br/>
            </w:r>
            <w:r>
              <w:rPr>
                <w:rFonts w:ascii="游明朝" w:hAnsi="游明朝" w:eastAsia="游明朝" w:cs="游明朝"/>
                <w:b w:val="0"/>
                <w:sz w:val="18"/>
              </w:rPr>
              <w:br/>
            </w:r>
            <w:r>
              <w:rPr>
                <w:rFonts w:ascii="游明朝" w:hAnsi="游明朝" w:eastAsia="游明朝" w:cs="游明朝"/>
                <w:b w:val="0"/>
                <w:sz w:val="18"/>
              </w:rPr>
            </w:r>
          </w:p>
        </w:tc>
      </w:tr>
    </w:tbl>
    <w:p>
      <w:pPr>
        <w:spacing w:after="40"/>
        <w:jc w:val="left"/>
      </w:pPr>
      <w:r>
        <w:rPr>
          <w:rFonts w:ascii="游明朝" w:hAnsi="游明朝" w:eastAsia="游明朝" w:cs="游明朝"/>
          <w:b w:val="0"/>
          <w:sz w:val="19"/>
        </w:rPr>
      </w:r>
    </w:p>
    <w:p>
      <w:pPr>
        <w:keepNext/>
        <w:spacing w:after="20" w:before="100"/>
        <w:jc w:val="left"/>
      </w:pPr>
      <w:r>
        <w:rPr>
          <w:rFonts w:ascii="游明朝" w:hAnsi="游明朝" w:eastAsia="游明朝" w:cs="游明朝"/>
          <w:b w:val="0"/>
          <w:sz w:val="19"/>
        </w:rPr>
        <w:t>第１条（謝罪）</w:t>
      </w:r>
    </w:p>
    <w:p>
      <w:pPr>
        <w:spacing w:after="40"/>
        <w:ind w:left="190"/>
        <w:jc w:val="left"/>
      </w:pPr>
      <w:r>
        <w:rPr>
          <w:rFonts w:ascii="游明朝" w:hAnsi="游明朝" w:eastAsia="游明朝" w:cs="游明朝"/>
          <w:b w:val="0"/>
          <w:sz w:val="19"/>
        </w:rPr>
        <w:t>甲は、乙に対し、本件により乙に迷惑をかけたことを謝罪し、乙はこれを受け入れる。</w:t>
      </w:r>
    </w:p>
    <w:p>
      <w:pPr>
        <w:keepNext/>
        <w:spacing w:after="20" w:before="100"/>
        <w:jc w:val="left"/>
      </w:pPr>
      <w:r>
        <w:rPr>
          <w:rFonts w:ascii="游明朝" w:hAnsi="游明朝" w:eastAsia="游明朝" w:cs="游明朝"/>
          <w:b w:val="0"/>
          <w:sz w:val="19"/>
        </w:rPr>
        <w:t>第２条（今後の約束）</w:t>
      </w:r>
    </w:p>
    <w:p>
      <w:pPr>
        <w:spacing w:after="40"/>
        <w:ind w:left="190"/>
        <w:jc w:val="left"/>
      </w:pPr>
      <w:r>
        <w:rPr>
          <w:rFonts w:ascii="游明朝" w:hAnsi="游明朝" w:eastAsia="游明朝" w:cs="游明朝"/>
          <w:b w:val="0"/>
          <w:sz w:val="19"/>
        </w:rPr>
        <w:t>甲は、本件と同様のことが再び起きないよう、今後、次の事項を守る。</w:t>
      </w:r>
    </w:p>
    <w:p>
      <w:pPr>
        <w:spacing w:after="20"/>
        <w:ind w:left="760" w:hanging="570"/>
        <w:jc w:val="left"/>
      </w:pPr>
      <w:r>
        <w:rPr>
          <w:rFonts w:ascii="游明朝" w:hAnsi="游明朝" w:eastAsia="游明朝" w:cs="游明朝"/>
          <w:b w:val="0"/>
          <w:sz w:val="19"/>
        </w:rPr>
        <w:t>（1）○○○○○○○○○○○○</w:t>
      </w:r>
    </w:p>
    <w:p>
      <w:pPr>
        <w:spacing w:after="20"/>
        <w:ind w:left="760" w:hanging="570"/>
        <w:jc w:val="left"/>
      </w:pPr>
      <w:r>
        <w:rPr>
          <w:rFonts w:ascii="游明朝" w:hAnsi="游明朝" w:eastAsia="游明朝" w:cs="游明朝"/>
          <w:b w:val="0"/>
          <w:sz w:val="19"/>
        </w:rPr>
        <w:t>（2）○○○○○○○○○○○○</w:t>
      </w:r>
    </w:p>
    <w:p>
      <w:pPr>
        <w:spacing w:after="40"/>
        <w:ind w:left="380" w:hanging="380"/>
        <w:jc w:val="left"/>
      </w:pPr>
      <w:r>
        <w:rPr>
          <w:rFonts w:ascii="游明朝" w:hAnsi="游明朝" w:eastAsia="游明朝" w:cs="游明朝"/>
          <w:b w:val="0"/>
          <w:sz w:val="19"/>
        </w:rPr>
        <w:t>２　甲が前項の約束に反したときは、乙は甲に対して是正を求めることができ、甲は速やかにこれに応じる。</w:t>
      </w:r>
    </w:p>
    <w:p>
      <w:pPr>
        <w:keepNext/>
        <w:spacing w:after="20" w:before="100"/>
        <w:jc w:val="left"/>
      </w:pPr>
      <w:r>
        <w:rPr>
          <w:rFonts w:ascii="游明朝" w:hAnsi="游明朝" w:eastAsia="游明朝" w:cs="游明朝"/>
          <w:b w:val="0"/>
          <w:sz w:val="19"/>
        </w:rPr>
        <w:t>第３条（解決金）</w:t>
      </w:r>
    </w:p>
    <w:p>
      <w:pPr>
        <w:spacing w:after="40"/>
        <w:ind w:left="190"/>
        <w:jc w:val="left"/>
      </w:pPr>
      <w:r>
        <w:rPr>
          <w:rFonts w:ascii="游明朝" w:hAnsi="游明朝" w:eastAsia="游明朝" w:cs="游明朝"/>
          <w:b w:val="0"/>
          <w:sz w:val="19"/>
        </w:rPr>
        <w:t>甲は、乙に対し、本件の解決金として金　　　　　　　円を、　　　　年　　月　　日までに、乙の指定する口座に振り込んで支払う。振込手数料は甲の負担とする。</w:t>
      </w:r>
    </w:p>
    <w:p>
      <w:pPr>
        <w:keepNext/>
        <w:spacing w:after="20" w:before="100"/>
        <w:jc w:val="left"/>
      </w:pPr>
      <w:r>
        <w:rPr>
          <w:rFonts w:ascii="游明朝" w:hAnsi="游明朝" w:eastAsia="游明朝" w:cs="游明朝"/>
          <w:b w:val="0"/>
          <w:sz w:val="19"/>
        </w:rPr>
        <w:t>第４条（口外しないこと）</w:t>
      </w:r>
    </w:p>
    <w:p>
      <w:pPr>
        <w:spacing w:after="40"/>
        <w:ind w:left="190"/>
        <w:jc w:val="left"/>
      </w:pPr>
      <w:r>
        <w:rPr>
          <w:rFonts w:ascii="游明朝" w:hAnsi="游明朝" w:eastAsia="游明朝" w:cs="游明朝"/>
          <w:b w:val="0"/>
          <w:sz w:val="19"/>
        </w:rPr>
        <w:t>甲及び乙は、本件及び本示談の内容を、正当な理由なく第三者に口外しない。ただし、法令に基づく場合、及び弁護士その他の専門家に相談する場合は、この限りでない。</w:t>
      </w:r>
    </w:p>
    <w:p>
      <w:pPr>
        <w:keepNext/>
        <w:spacing w:after="20" w:before="100"/>
        <w:jc w:val="left"/>
      </w:pPr>
      <w:r>
        <w:rPr>
          <w:rFonts w:ascii="游明朝" w:hAnsi="游明朝" w:eastAsia="游明朝" w:cs="游明朝"/>
          <w:b w:val="0"/>
          <w:sz w:val="19"/>
        </w:rPr>
        <w:t>第５条（清算条項）</w:t>
      </w:r>
    </w:p>
    <w:p>
      <w:pPr>
        <w:spacing w:after="40"/>
        <w:ind w:left="190"/>
        <w:jc w:val="left"/>
      </w:pPr>
      <w:r>
        <w:rPr>
          <w:rFonts w:ascii="游明朝" w:hAnsi="游明朝" w:eastAsia="游明朝" w:cs="游明朝"/>
          <w:b w:val="0"/>
          <w:sz w:val="19"/>
        </w:rPr>
        <w:t>甲及び乙は、本件に関し、本示談書に定めるもののほか、互いに何らの債権債務もないことを確認し、今後、名目のいかんを問わず、相手方に対して一切の請求をしない。</w:t>
      </w:r>
    </w:p>
    <w:p>
      <w:pPr>
        <w:keepNext/>
        <w:spacing w:after="20" w:before="100"/>
        <w:jc w:val="left"/>
      </w:pPr>
      <w:r>
        <w:rPr>
          <w:rFonts w:ascii="游明朝" w:hAnsi="游明朝" w:eastAsia="游明朝" w:cs="游明朝"/>
          <w:b w:val="0"/>
          <w:sz w:val="19"/>
        </w:rPr>
        <w:t>第６条（良好な関係の維持）</w:t>
      </w:r>
    </w:p>
    <w:p>
      <w:pPr>
        <w:spacing w:after="40"/>
        <w:ind w:left="190"/>
        <w:jc w:val="left"/>
      </w:pPr>
      <w:r>
        <w:rPr>
          <w:rFonts w:ascii="游明朝" w:hAnsi="游明朝" w:eastAsia="游明朝" w:cs="游明朝"/>
          <w:b w:val="0"/>
          <w:sz w:val="19"/>
        </w:rPr>
        <w:t>甲及び乙は、今後も互いに良好な近隣関係を保つよう努め、新たな問題が生じたときは、まず話し合いによって解決を図る。</w:t>
      </w:r>
    </w:p>
    <w:p>
      <w:pPr>
        <w:jc w:val="left"/>
      </w:pPr>
      <w:r>
        <w:rPr>
          <w:rFonts w:ascii="游明朝" w:hAnsi="游明朝" w:eastAsia="游明朝" w:cs="游明朝"/>
          <w:b w:val="0"/>
          <w:sz w:val="19"/>
        </w:rPr>
        <w:t xml:space="preserve">　本示談の成立を証するため、本書2通を作成し、甲乙及び立会人が記名押印のうえ、甲乙各1通を保有する。</w:t>
      </w:r>
    </w:p>
    <w:p>
      <w:pPr>
        <w:keepNext/>
        <w:jc w:val="right"/>
      </w:pPr>
      <w:r>
        <w:rPr>
          <w:rFonts w:ascii="游明朝" w:hAnsi="游明朝" w:eastAsia="游明朝" w:cs="游明朝"/>
          <w:b w:val="0"/>
          <w:sz w:val="19"/>
        </w:rPr>
        <w:t xml:space="preserve">　　　　年　　月　　日</w:t>
      </w:r>
    </w:p>
    <w:p>
      <w:pPr>
        <w:keepNext/>
        <w:spacing w:after="0" w:before="160"/>
        <w:ind w:left="3946"/>
        <w:jc w:val="left"/>
      </w:pPr>
      <w:r>
        <w:rPr>
          <w:rFonts w:ascii="游明朝" w:hAnsi="游明朝" w:eastAsia="游明朝" w:cs="游明朝"/>
          <w:b w:val="0"/>
          <w:sz w:val="19"/>
        </w:rPr>
        <w:t>甲</w:t>
      </w:r>
    </w:p>
    <w:tbl>
      <w:tblPr>
        <w:tblW w:type="auto" w:w="0"/>
        <w:jc w:val="right"/>
        <w:tblLayout w:type="fixed"/>
        <w:tblLook w:firstColumn="1" w:firstRow="1" w:lastColumn="0" w:lastRow="0" w:noHBand="0" w:noVBand="1" w:val="04A0"/>
      </w:tblPr>
      <w:tblGrid>
        <w:gridCol w:w="1134"/>
        <w:gridCol w:w="4275"/>
        <w:gridCol w:w="510"/>
      </w:tblGrid>
      <w:tr>
        <w:trPr>
          <w:cantSplit/>
          <w:trHeight w:val="425" w:hRule="atLeast"/>
        </w:trPr>
        <w:tc>
          <w:tcPr>
            <w:tcW w:type="dxa" w:w="1134"/>
            <w:vAlign w:val="bottom"/>
          </w:tcPr>
          <w:p>
            <w:pPr>
              <w:keepNext/>
              <w:spacing w:after="0" w:before="0"/>
              <w:jc w:val="left"/>
            </w:pPr>
            <w:r>
              <w:rPr>
                <w:rFonts w:ascii="游明朝" w:hAnsi="游明朝" w:eastAsia="游明朝" w:cs="游明朝"/>
                <w:b w:val="0"/>
                <w:sz w:val="19"/>
              </w:rPr>
              <w:t>住所</w:t>
            </w:r>
          </w:p>
        </w:tc>
        <w:tc>
          <w:tcPr>
            <w:tcW w:type="dxa" w:w="4275"/>
            <w:tcBorders>
              <w:bottom w:val="single" w:sz="4" w:color="000000"/>
            </w:tcBorders>
            <w:vAlign w:val="center"/>
          </w:tcPr>
          <w:p>
            <w:pPr>
              <w:keepNext/>
              <w:spacing w:after="0" w:before="0"/>
              <w:jc w:val="left"/>
            </w:pPr>
            <w:r>
              <w:rPr>
                <w:rFonts w:ascii="游明朝" w:hAnsi="游明朝" w:eastAsia="游明朝" w:cs="游明朝"/>
                <w:b w:val="0"/>
                <w:sz w:val="19"/>
              </w:rPr>
            </w:r>
          </w:p>
        </w:tc>
        <w:tc>
          <w:tcPr>
            <w:tcW w:type="dxa" w:w="510"/>
            <w:vAlign w:val="bottom"/>
          </w:tcPr>
          <w:p>
            <w:pPr>
              <w:keepNext/>
              <w:spacing w:after="0" w:before="0"/>
              <w:jc w:val="center"/>
            </w:pPr>
            <w:r>
              <w:rPr>
                <w:rFonts w:ascii="游明朝" w:hAnsi="游明朝" w:eastAsia="游明朝" w:cs="游明朝"/>
                <w:b w:val="0"/>
                <w:sz w:val="19"/>
              </w:rPr>
            </w:r>
          </w:p>
        </w:tc>
      </w:tr>
      <w:tr>
        <w:trPr>
          <w:cantSplit/>
          <w:trHeight w:val="425" w:hRule="atLeast"/>
        </w:trPr>
        <w:tc>
          <w:tcPr>
            <w:tcW w:type="dxa" w:w="1134"/>
            <w:vAlign w:val="bottom"/>
          </w:tcPr>
          <w:p>
            <w:pPr>
              <w:spacing w:after="0" w:before="0"/>
              <w:jc w:val="left"/>
            </w:pPr>
            <w:r>
              <w:rPr>
                <w:rFonts w:ascii="游明朝" w:hAnsi="游明朝" w:eastAsia="游明朝" w:cs="游明朝"/>
                <w:b w:val="0"/>
                <w:sz w:val="19"/>
              </w:rPr>
              <w:t>氏名</w:t>
            </w:r>
          </w:p>
        </w:tc>
        <w:tc>
          <w:tcPr>
            <w:tcW w:type="dxa" w:w="4275"/>
            <w:tcBorders>
              <w:bottom w:val="single" w:sz="4" w:color="000000"/>
            </w:tcBorders>
            <w:vAlign w:val="center"/>
          </w:tcPr>
          <w:p>
            <w:pPr>
              <w:spacing w:after="0" w:before="0"/>
              <w:jc w:val="left"/>
            </w:pPr>
            <w:r>
              <w:rPr>
                <w:rFonts w:ascii="游明朝" w:hAnsi="游明朝" w:eastAsia="游明朝" w:cs="游明朝"/>
                <w:b w:val="0"/>
                <w:sz w:val="19"/>
              </w:rPr>
            </w:r>
          </w:p>
        </w:tc>
        <w:tc>
          <w:tcPr>
            <w:tcW w:type="dxa" w:w="510"/>
            <w:vAlign w:val="bottom"/>
          </w:tcPr>
          <w:p>
            <w:pPr>
              <w:spacing w:after="0" w:before="0"/>
              <w:jc w:val="center"/>
            </w:pPr>
            <w:r>
              <w:rPr>
                <w:rFonts w:ascii="游明朝" w:hAnsi="游明朝" w:eastAsia="游明朝" w:cs="游明朝"/>
                <w:b w:val="0"/>
                <w:sz w:val="19"/>
              </w:rPr>
              <w:t>印</w:t>
            </w:r>
          </w:p>
        </w:tc>
      </w:tr>
    </w:tbl>
    <w:p>
      <w:pPr>
        <w:keepNext/>
        <w:spacing w:after="0" w:before="160"/>
        <w:ind w:left="3946"/>
        <w:jc w:val="left"/>
      </w:pPr>
      <w:r>
        <w:rPr>
          <w:rFonts w:ascii="游明朝" w:hAnsi="游明朝" w:eastAsia="游明朝" w:cs="游明朝"/>
          <w:b w:val="0"/>
          <w:sz w:val="19"/>
        </w:rPr>
        <w:t>乙</w:t>
      </w:r>
    </w:p>
    <w:tbl>
      <w:tblPr>
        <w:tblW w:type="auto" w:w="0"/>
        <w:jc w:val="right"/>
        <w:tblLayout w:type="fixed"/>
        <w:tblLook w:firstColumn="1" w:firstRow="1" w:lastColumn="0" w:lastRow="0" w:noHBand="0" w:noVBand="1" w:val="04A0"/>
      </w:tblPr>
      <w:tblGrid>
        <w:gridCol w:w="1134"/>
        <w:gridCol w:w="4275"/>
        <w:gridCol w:w="510"/>
      </w:tblGrid>
      <w:tr>
        <w:trPr>
          <w:cantSplit/>
          <w:trHeight w:val="425" w:hRule="atLeast"/>
        </w:trPr>
        <w:tc>
          <w:tcPr>
            <w:tcW w:type="dxa" w:w="1134"/>
            <w:vAlign w:val="bottom"/>
          </w:tcPr>
          <w:p>
            <w:pPr>
              <w:keepNext/>
              <w:spacing w:after="0" w:before="0"/>
              <w:jc w:val="left"/>
            </w:pPr>
            <w:r>
              <w:rPr>
                <w:rFonts w:ascii="游明朝" w:hAnsi="游明朝" w:eastAsia="游明朝" w:cs="游明朝"/>
                <w:b w:val="0"/>
                <w:sz w:val="19"/>
              </w:rPr>
              <w:t>住所</w:t>
            </w:r>
          </w:p>
        </w:tc>
        <w:tc>
          <w:tcPr>
            <w:tcW w:type="dxa" w:w="4275"/>
            <w:tcBorders>
              <w:bottom w:val="single" w:sz="4" w:color="000000"/>
            </w:tcBorders>
            <w:vAlign w:val="center"/>
          </w:tcPr>
          <w:p>
            <w:pPr>
              <w:keepNext/>
              <w:spacing w:after="0" w:before="0"/>
              <w:jc w:val="left"/>
            </w:pPr>
            <w:r>
              <w:rPr>
                <w:rFonts w:ascii="游明朝" w:hAnsi="游明朝" w:eastAsia="游明朝" w:cs="游明朝"/>
                <w:b w:val="0"/>
                <w:sz w:val="19"/>
              </w:rPr>
            </w:r>
          </w:p>
        </w:tc>
        <w:tc>
          <w:tcPr>
            <w:tcW w:type="dxa" w:w="510"/>
            <w:vAlign w:val="bottom"/>
          </w:tcPr>
          <w:p>
            <w:pPr>
              <w:keepNext/>
              <w:spacing w:after="0" w:before="0"/>
              <w:jc w:val="center"/>
            </w:pPr>
            <w:r>
              <w:rPr>
                <w:rFonts w:ascii="游明朝" w:hAnsi="游明朝" w:eastAsia="游明朝" w:cs="游明朝"/>
                <w:b w:val="0"/>
                <w:sz w:val="19"/>
              </w:rPr>
            </w:r>
          </w:p>
        </w:tc>
      </w:tr>
      <w:tr>
        <w:trPr>
          <w:cantSplit/>
          <w:trHeight w:val="425" w:hRule="atLeast"/>
        </w:trPr>
        <w:tc>
          <w:tcPr>
            <w:tcW w:type="dxa" w:w="1134"/>
            <w:vAlign w:val="bottom"/>
          </w:tcPr>
          <w:p>
            <w:pPr>
              <w:spacing w:after="0" w:before="0"/>
              <w:jc w:val="left"/>
            </w:pPr>
            <w:r>
              <w:rPr>
                <w:rFonts w:ascii="游明朝" w:hAnsi="游明朝" w:eastAsia="游明朝" w:cs="游明朝"/>
                <w:b w:val="0"/>
                <w:sz w:val="19"/>
              </w:rPr>
              <w:t>氏名</w:t>
            </w:r>
          </w:p>
        </w:tc>
        <w:tc>
          <w:tcPr>
            <w:tcW w:type="dxa" w:w="4275"/>
            <w:tcBorders>
              <w:bottom w:val="single" w:sz="4" w:color="000000"/>
            </w:tcBorders>
            <w:vAlign w:val="center"/>
          </w:tcPr>
          <w:p>
            <w:pPr>
              <w:spacing w:after="0" w:before="0"/>
              <w:jc w:val="left"/>
            </w:pPr>
            <w:r>
              <w:rPr>
                <w:rFonts w:ascii="游明朝" w:hAnsi="游明朝" w:eastAsia="游明朝" w:cs="游明朝"/>
                <w:b w:val="0"/>
                <w:sz w:val="19"/>
              </w:rPr>
            </w:r>
          </w:p>
        </w:tc>
        <w:tc>
          <w:tcPr>
            <w:tcW w:type="dxa" w:w="510"/>
            <w:vAlign w:val="bottom"/>
          </w:tcPr>
          <w:p>
            <w:pPr>
              <w:spacing w:after="0" w:before="0"/>
              <w:jc w:val="center"/>
            </w:pPr>
            <w:r>
              <w:rPr>
                <w:rFonts w:ascii="游明朝" w:hAnsi="游明朝" w:eastAsia="游明朝" w:cs="游明朝"/>
                <w:b w:val="0"/>
                <w:sz w:val="19"/>
              </w:rPr>
              <w:t>印</w:t>
            </w:r>
          </w:p>
        </w:tc>
      </w:tr>
    </w:tbl>
    <w:p>
      <w:pPr>
        <w:keepNext/>
        <w:spacing w:after="0" w:before="160"/>
        <w:ind w:left="3946"/>
        <w:jc w:val="left"/>
      </w:pPr>
      <w:r>
        <w:rPr>
          <w:rFonts w:ascii="游明朝" w:hAnsi="游明朝" w:eastAsia="游明朝" w:cs="游明朝"/>
          <w:b w:val="0"/>
          <w:sz w:val="19"/>
        </w:rPr>
        <w:t>立会人</w:t>
      </w:r>
    </w:p>
    <w:tbl>
      <w:tblPr>
        <w:tblW w:type="auto" w:w="0"/>
        <w:jc w:val="right"/>
        <w:tblLayout w:type="fixed"/>
        <w:tblLook w:firstColumn="1" w:firstRow="1" w:lastColumn="0" w:lastRow="0" w:noHBand="0" w:noVBand="1" w:val="04A0"/>
      </w:tblPr>
      <w:tblGrid>
        <w:gridCol w:w="1134"/>
        <w:gridCol w:w="4275"/>
        <w:gridCol w:w="510"/>
      </w:tblGrid>
      <w:tr>
        <w:trPr>
          <w:cantSplit/>
          <w:trHeight w:val="425" w:hRule="atLeast"/>
        </w:trPr>
        <w:tc>
          <w:tcPr>
            <w:tcW w:type="dxa" w:w="1134"/>
            <w:vAlign w:val="bottom"/>
          </w:tcPr>
          <w:p>
            <w:pPr>
              <w:keepNext/>
              <w:spacing w:after="0" w:before="0"/>
              <w:jc w:val="left"/>
            </w:pPr>
            <w:r>
              <w:rPr>
                <w:rFonts w:ascii="游明朝" w:hAnsi="游明朝" w:eastAsia="游明朝" w:cs="游明朝"/>
                <w:b w:val="0"/>
                <w:sz w:val="19"/>
              </w:rPr>
              <w:t>住所</w:t>
            </w:r>
          </w:p>
        </w:tc>
        <w:tc>
          <w:tcPr>
            <w:tcW w:type="dxa" w:w="4275"/>
            <w:tcBorders>
              <w:bottom w:val="single" w:sz="4" w:color="000000"/>
            </w:tcBorders>
            <w:vAlign w:val="center"/>
          </w:tcPr>
          <w:p>
            <w:pPr>
              <w:keepNext/>
              <w:spacing w:after="0" w:before="0"/>
              <w:jc w:val="left"/>
            </w:pPr>
            <w:r>
              <w:rPr>
                <w:rFonts w:ascii="游明朝" w:hAnsi="游明朝" w:eastAsia="游明朝" w:cs="游明朝"/>
                <w:b w:val="0"/>
                <w:sz w:val="19"/>
              </w:rPr>
            </w:r>
          </w:p>
        </w:tc>
        <w:tc>
          <w:tcPr>
            <w:tcW w:type="dxa" w:w="510"/>
            <w:vAlign w:val="bottom"/>
          </w:tcPr>
          <w:p>
            <w:pPr>
              <w:keepNext/>
              <w:spacing w:after="0" w:before="0"/>
              <w:jc w:val="center"/>
            </w:pPr>
            <w:r>
              <w:rPr>
                <w:rFonts w:ascii="游明朝" w:hAnsi="游明朝" w:eastAsia="游明朝" w:cs="游明朝"/>
                <w:b w:val="0"/>
                <w:sz w:val="19"/>
              </w:rPr>
            </w:r>
          </w:p>
        </w:tc>
      </w:tr>
      <w:tr>
        <w:trPr>
          <w:cantSplit/>
          <w:trHeight w:val="425" w:hRule="atLeast"/>
        </w:trPr>
        <w:tc>
          <w:tcPr>
            <w:tcW w:type="dxa" w:w="1134"/>
            <w:vAlign w:val="bottom"/>
          </w:tcPr>
          <w:p>
            <w:pPr>
              <w:spacing w:after="0" w:before="0"/>
              <w:jc w:val="left"/>
            </w:pPr>
            <w:r>
              <w:rPr>
                <w:rFonts w:ascii="游明朝" w:hAnsi="游明朝" w:eastAsia="游明朝" w:cs="游明朝"/>
                <w:b w:val="0"/>
                <w:sz w:val="19"/>
              </w:rPr>
              <w:t>氏名</w:t>
            </w:r>
          </w:p>
        </w:tc>
        <w:tc>
          <w:tcPr>
            <w:tcW w:type="dxa" w:w="4275"/>
            <w:tcBorders>
              <w:bottom w:val="single" w:sz="4" w:color="000000"/>
            </w:tcBorders>
            <w:vAlign w:val="center"/>
          </w:tcPr>
          <w:p>
            <w:pPr>
              <w:spacing w:after="0" w:before="0"/>
              <w:jc w:val="left"/>
            </w:pPr>
            <w:r>
              <w:rPr>
                <w:rFonts w:ascii="游明朝" w:hAnsi="游明朝" w:eastAsia="游明朝" w:cs="游明朝"/>
                <w:b w:val="0"/>
                <w:sz w:val="19"/>
              </w:rPr>
            </w:r>
          </w:p>
        </w:tc>
        <w:tc>
          <w:tcPr>
            <w:tcW w:type="dxa" w:w="510"/>
            <w:vAlign w:val="bottom"/>
          </w:tcPr>
          <w:p>
            <w:pPr>
              <w:spacing w:after="0" w:before="0"/>
              <w:jc w:val="center"/>
            </w:pPr>
            <w:r>
              <w:rPr>
                <w:rFonts w:ascii="游明朝" w:hAnsi="游明朝" w:eastAsia="游明朝" w:cs="游明朝"/>
                <w:b w:val="0"/>
                <w:sz w:val="19"/>
              </w:rPr>
              <w:t>印</w:t>
            </w:r>
          </w:p>
        </w:tc>
      </w:tr>
    </w:tbl>
    <w:p>
      <w:pPr>
        <w:spacing w:after="40"/>
        <w:jc w:val="left"/>
        <w:sectPr>
          <w:footerReference w:type="default" r:id="rId9"/>
          <w:pgSz w:w="11906" w:h="16838"/>
          <w:pgMar w:top="850" w:right="1020" w:bottom="850" w:left="1020" w:header="720" w:footer="720" w:gutter="0"/>
          <w:cols w:space="720"/>
          <w:formProt w:val="false"/>
          <w:docGrid w:linePitch="360"/>
        </w:sectPr>
      </w:pPr>
      <w:r>
        <w:rPr>
          <w:rFonts w:ascii="游明朝" w:hAnsi="游明朝" w:eastAsia="游明朝" w:cs="游明朝"/>
          <w:b w:val="0"/>
          <w:sz w:val="19"/>
        </w:rPr>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19"/>
        </w:rPr>
        <w:t>■ この書類について</w:t>
      </w:r>
    </w:p>
    <w:p>
      <w:pPr>
        <w:ind w:left="170"/>
        <w:jc w:val="left"/>
      </w:pPr>
      <w:r>
        <w:rPr>
          <w:rFonts w:ascii="游明朝" w:hAnsi="游明朝" w:eastAsia="游明朝" w:cs="游明朝"/>
          <w:b w:val="0"/>
          <w:sz w:val="19"/>
        </w:rPr>
        <w:t>騒音や物の破損など、ご近所とのもめごとを話し合いで解決したときに取り交わす示談書です。謝罪・今後の約束・解決金の有無と、これで解決とする清算条項を入れています。</w:t>
      </w:r>
    </w:p>
    <w:p>
      <w:pPr>
        <w:spacing w:before="120"/>
        <w:jc w:val="left"/>
      </w:pPr>
      <w:r>
        <w:rPr>
          <w:rFonts w:ascii="游ゴシック" w:hAnsi="游ゴシック" w:eastAsia="游ゴシック" w:cs="游ゴシック"/>
          <w:b/>
          <w:sz w:val="19"/>
        </w:rPr>
        <w:t>■ 使い方</w:t>
      </w:r>
    </w:p>
    <w:p>
      <w:pPr>
        <w:spacing w:after="20"/>
        <w:ind w:left="360" w:hanging="190"/>
        <w:jc w:val="left"/>
      </w:pPr>
      <w:r>
        <w:rPr>
          <w:rFonts w:ascii="游明朝" w:hAnsi="游明朝" w:eastAsia="游明朝" w:cs="游明朝"/>
          <w:b w:val="0"/>
          <w:sz w:val="19"/>
        </w:rPr>
        <w:t>・「経緯」の欄には、いつ・どこで・何があったかの事実だけを書きます。「ひどい」「非常識」のような感情的な言葉は入れないほうが、お互いに署名しやすくなります。</w:t>
      </w:r>
    </w:p>
    <w:p>
      <w:pPr>
        <w:spacing w:after="20"/>
        <w:ind w:left="360" w:hanging="190"/>
        <w:jc w:val="left"/>
      </w:pPr>
      <w:r>
        <w:rPr>
          <w:rFonts w:ascii="游明朝" w:hAnsi="游明朝" w:eastAsia="游明朝" w:cs="游明朝"/>
          <w:b w:val="0"/>
          <w:sz w:val="19"/>
        </w:rPr>
        <w:t>・第２条の約束は、「午後10時から午前7時までは楽器を演奏しない」「境界から50cm以内に物を置かない」のように、守れたかどうかが分かる形で具体的に書いてください。</w:t>
      </w:r>
    </w:p>
    <w:p>
      <w:pPr>
        <w:spacing w:after="20"/>
        <w:ind w:left="360" w:hanging="190"/>
        <w:jc w:val="left"/>
      </w:pPr>
      <w:r>
        <w:rPr>
          <w:rFonts w:ascii="游明朝" w:hAnsi="游明朝" w:eastAsia="游明朝" w:cs="游明朝"/>
          <w:b w:val="0"/>
          <w:sz w:val="19"/>
        </w:rPr>
        <w:t>・お金のやりとりがない場合は、第３条を「甲及び乙は、本件について、互いに金銭の支払いを求めない。」に書き換えてください。</w:t>
      </w:r>
    </w:p>
    <w:p>
      <w:pPr>
        <w:spacing w:after="20"/>
        <w:ind w:left="360" w:hanging="190"/>
        <w:jc w:val="left"/>
      </w:pPr>
      <w:r>
        <w:rPr>
          <w:rFonts w:ascii="游明朝" w:hAnsi="游明朝" w:eastAsia="游明朝" w:cs="游明朝"/>
          <w:b w:val="0"/>
          <w:sz w:val="19"/>
        </w:rPr>
        <w:t>・大家さん・管理会社・町内会の役員などが間に入った場合は、立会人として署名してもらいます。立会人がいない場合は、本文の「及び立会人」と立会人の欄を消してください。</w:t>
      </w:r>
    </w:p>
    <w:p>
      <w:pPr>
        <w:spacing w:before="120"/>
        <w:jc w:val="left"/>
      </w:pPr>
      <w:r>
        <w:rPr>
          <w:rFonts w:ascii="游ゴシック" w:hAnsi="游ゴシック" w:eastAsia="游ゴシック" w:cs="游ゴシック"/>
          <w:b/>
          <w:sz w:val="19"/>
        </w:rPr>
        <w:t>■ ご利用の条件</w:t>
      </w:r>
    </w:p>
    <w:p>
      <w:pPr>
        <w:spacing w:after="20"/>
        <w:ind w:left="360" w:hanging="190"/>
        <w:jc w:val="left"/>
      </w:pPr>
      <w:r>
        <w:rPr>
          <w:rFonts w:ascii="游明朝" w:hAnsi="游明朝" w:eastAsia="游明朝" w:cs="游明朝"/>
          <w:b w:val="0"/>
          <w:sz w:val="19"/>
        </w:rPr>
        <w:t>・このひな形は、ご自身のお仕事や暮らしの中で、自由に書き換えてお使いいただけます。</w:t>
      </w:r>
    </w:p>
    <w:p>
      <w:pPr>
        <w:spacing w:after="20"/>
        <w:ind w:left="360" w:hanging="190"/>
        <w:jc w:val="left"/>
      </w:pPr>
      <w:r>
        <w:rPr>
          <w:rFonts w:ascii="游明朝" w:hAnsi="游明朝" w:eastAsia="游明朝" w:cs="游明朝"/>
          <w:b w:val="0"/>
          <w:sz w:val="19"/>
        </w:rPr>
        <w:t>・ひな形そのもの（このファイル）の再配布・販売・ほかのサイトへの転載は、ご遠慮ください。</w:t>
      </w:r>
    </w:p>
    <w:p>
      <w:pPr>
        <w:spacing w:after="20"/>
        <w:ind w:left="360" w:hanging="190"/>
        <w:jc w:val="left"/>
      </w:pPr>
      <w:r>
        <w:rPr>
          <w:rFonts w:ascii="游明朝" w:hAnsi="游明朝" w:eastAsia="游明朝" w:cs="游明朝"/>
          <w:b w:val="0"/>
          <w:sz w:val="19"/>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19"/>
        </w:rPr>
        <w:t>■ ご注意</w:t>
      </w:r>
    </w:p>
    <w:p>
      <w:pPr>
        <w:spacing w:after="20"/>
        <w:ind w:left="360" w:hanging="190"/>
        <w:jc w:val="left"/>
      </w:pPr>
      <w:r>
        <w:rPr>
          <w:rFonts w:ascii="游明朝" w:hAnsi="游明朝" w:eastAsia="游明朝" w:cs="游明朝"/>
          <w:b w:val="0"/>
          <w:sz w:val="19"/>
        </w:rPr>
        <w:t>・このひな形は、一般的な場面を想定した参考書式です。お使いになる前に、内容がご自身の状況に合っているかをご確認いただき、必要に応じて書き換えてください。</w:t>
      </w:r>
    </w:p>
    <w:p>
      <w:pPr>
        <w:spacing w:after="20"/>
        <w:ind w:left="360" w:hanging="190"/>
        <w:jc w:val="left"/>
      </w:pPr>
      <w:r>
        <w:rPr>
          <w:rFonts w:ascii="游明朝" w:hAnsi="游明朝" w:eastAsia="游明朝" w:cs="游明朝"/>
          <w:b w:val="0"/>
          <w:sz w:val="19"/>
        </w:rPr>
        <w:t>・契約・法律・税金に関わる書類は、使う前に弁護士・司法書士・税理士などの専門家にご相談いただくと安心です。</w:t>
      </w:r>
    </w:p>
    <w:p>
      <w:pPr>
        <w:spacing w:after="20"/>
        <w:ind w:left="360" w:hanging="190"/>
        <w:jc w:val="left"/>
      </w:pPr>
      <w:r>
        <w:rPr>
          <w:rFonts w:ascii="游明朝" w:hAnsi="游明朝" w:eastAsia="游明朝" w:cs="游明朝"/>
          <w:b w:val="0"/>
          <w:sz w:val="19"/>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1o1c9CDlD7rIypK5GAGv2rHgl2B2sJqfrfStMRPg0HcJTTn6v6zW7h9Yi9fJ8fLWEIPzoRshzgd9cfaN5QSC1Q==" w:salt="d8jJ3aoYj0enDS8gcY0kKA=="/>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示談書（近隣トラブル）</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2026-10-11T13:18:22Z</dcterms:created>
  <dcterms:modified xsi:type="dcterms:W3CDTF">2026-10-11T13:18:22Z</dcterms:modified>
  <cp:category>大家のプーさん（ooya the Pooh）</cp:category>
</cp:coreProperties>
</file>