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議　事　録</w:t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</w:tblGrid>
      <w:tr>
        <w:trPr>
          <w:trHeight w:val="283" w:hRule="atLeast"/>
        </w:trPr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承認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確認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作成</w:t>
            </w:r>
          </w:p>
        </w:tc>
      </w:tr>
      <w:tr>
        <w:trPr>
          <w:trHeight w:val="1020" w:hRule="atLeast"/>
        </w:trPr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070"/>
        <w:gridCol w:w="7341"/>
      </w:tblGrid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会議の名称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日時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日（　　）　　時　　分　〜　　時　　分</w:t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場所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出席者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欠席者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記録者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１．議題と議論の要点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752"/>
        <w:gridCol w:w="2635"/>
        <w:gridCol w:w="6023"/>
      </w:tblGrid>
      <w:tr>
        <w:trPr>
          <w:cantSplit/>
          <w:trHeight w:val="397" w:hRule="atLeast"/>
          <w:tblHeader/>
        </w:trPr>
        <w:tc>
          <w:tcPr>
            <w:tcW w:type="dxa" w:w="753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No</w:t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議題</w:t>
            </w:r>
          </w:p>
        </w:tc>
        <w:tc>
          <w:tcPr>
            <w:tcW w:type="dxa" w:w="6023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議論の要点</w:t>
            </w:r>
          </w:p>
        </w:tc>
      </w:tr>
      <w:tr>
        <w:trPr>
          <w:cantSplit/>
          <w:trHeight w:val="124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0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124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0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124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0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124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0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124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0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pageBreakBefore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２．決定事項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752"/>
        <w:gridCol w:w="6400"/>
        <w:gridCol w:w="2258"/>
      </w:tblGrid>
      <w:tr>
        <w:trPr>
          <w:cantSplit/>
          <w:trHeight w:val="397" w:hRule="atLeast"/>
          <w:tblHeader/>
        </w:trPr>
        <w:tc>
          <w:tcPr>
            <w:tcW w:type="dxa" w:w="753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No</w:t>
            </w:r>
          </w:p>
        </w:tc>
        <w:tc>
          <w:tcPr>
            <w:tcW w:type="dxa" w:w="6399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決まったこと</w:t>
            </w:r>
          </w:p>
        </w:tc>
        <w:tc>
          <w:tcPr>
            <w:tcW w:type="dxa" w:w="2259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備考</w:t>
            </w:r>
          </w:p>
        </w:tc>
      </w:tr>
      <w:tr>
        <w:trPr>
          <w:cantSplit/>
          <w:trHeight w:val="624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9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624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9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624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9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624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9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624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9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３．宿題（次の会議までにやること）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752"/>
        <w:gridCol w:w="4517"/>
        <w:gridCol w:w="1505"/>
        <w:gridCol w:w="1694"/>
        <w:gridCol w:w="941"/>
      </w:tblGrid>
      <w:tr>
        <w:trPr>
          <w:cantSplit/>
          <w:trHeight w:val="397" w:hRule="atLeast"/>
          <w:tblHeader/>
        </w:trPr>
        <w:tc>
          <w:tcPr>
            <w:tcW w:type="dxa" w:w="753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No</w:t>
            </w:r>
          </w:p>
        </w:tc>
        <w:tc>
          <w:tcPr>
            <w:tcW w:type="dxa" w:w="451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内容</w:t>
            </w:r>
          </w:p>
        </w:tc>
        <w:tc>
          <w:tcPr>
            <w:tcW w:type="dxa" w:w="150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担当</w:t>
            </w:r>
          </w:p>
        </w:tc>
        <w:tc>
          <w:tcPr>
            <w:tcW w:type="dxa" w:w="169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期限</w:t>
            </w:r>
          </w:p>
        </w:tc>
        <w:tc>
          <w:tcPr>
            <w:tcW w:type="dxa" w:w="941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済</w:t>
            </w:r>
          </w:p>
        </w:tc>
      </w:tr>
      <w:tr>
        <w:trPr>
          <w:cantSplit/>
          <w:trHeight w:val="56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51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50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6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9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51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50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6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9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51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50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6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9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51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50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6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9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51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50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6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9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４．次回の予定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070"/>
        <w:gridCol w:w="7341"/>
      </w:tblGrid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日時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日（　　）　　時　　分から</w:t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場所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主な議題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cantSplit/>
          <w:trHeight w:val="1701" w:hRule="atLeast"/>
        </w:trPr>
        <w:tc>
          <w:tcPr>
            <w:tcW w:type="dxa" w:w="9411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/>
                <w:sz w:val="20"/>
              </w:rPr>
              <w:t>そのほか・連絡事項</w:t>
            </w:r>
          </w:p>
        </w:tc>
      </w:tr>
    </w:tbl>
    <w:p>
      <w:pPr>
        <w:spacing w:after="40"/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打合せや会議の内容を記録する議事録です。決まったことと、宿題（担当と期限）がひと目で分かる構成にしています。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・会議の前に、会議の名称・日時・場所・出席者を書いておくと、当日は議論の記録に集中できます。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・「決定事項」と「宿題」は、会議の終わりに読み上げて確認すると、あとで食い違いが起きにくくなります。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・議事録は、次の会議の前に、できれば数日のうちに、出席者へ送ります。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・会議の資料は、この議事録の後ろに添えるか、ファイルの名前を備考に書いておきます。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・会社法にもとづく株主総会・取締役会の議事録は、この書式の対象ではありません。一般の打合せや会議の記録用です。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+/3lQvcQbqDgo5fjG4bxnYnNatoe/awEz3UiQC4PY3Lg7SBh5tcm1SM7I/NOXd00B3sa2d1RPMaQRbN9KkYBrw==" w:salt="EPycwBhzQMZLKefbzeMY7w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2026-10-11T13:19:02Z</dcterms:created>
  <dcterms:modified xsi:type="dcterms:W3CDTF">2026-10-11T13:19:02Z</dcterms:modified>
  <cp:category>大家のプーさん（ooya the Pooh）</cp:category>
</cp:coreProperties>
</file>