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2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5"/>
        </w:rPr>
        <w:t>○○○○株式会社</w:t>
        <w:br/>
      </w:r>
      <w:r>
        <w:rPr>
          <w:rFonts w:ascii="游明朝" w:hAnsi="游明朝" w:eastAsia="游明朝" w:cs="游明朝"/>
          <w:b w:val="0"/>
          <w:sz w:val="25"/>
        </w:rPr>
        <w:t>○○部　○○○○　様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2"/>
        </w:rPr>
        <w:t>○○○○株式会社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2"/>
        </w:rPr>
        <w:t>○○部　○○○○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御　礼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>拝啓　時下ますますご清栄のこととお慶び申し上げます。平素は格別のご高配を賜り、厚くお礼申し上げます。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さて、先日はご多忙のなか、貴重なお時間をいただき、誠にありがとうございました。○○についてのお話を詳しくうかがうことができ、大変勉強になりました。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とくに、○○というお言葉が印象に残っております。いただいたご助言は、今後の○○に活かしてまいります。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今後とも、変わらぬご指導のほど、よろしくお願い申し上げます。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まずは書中にて、お礼かたがたご挨拶申し上げます。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2"/>
        </w:rPr>
        <w:t>敬具</w:t>
      </w:r>
    </w:p>
    <w:p>
      <w:pPr>
        <w:keepNext/>
        <w:pageBreakBefore/>
        <w:spacing w:after="40" w:before="120"/>
        <w:jc w:val="left"/>
      </w:pPr>
      <w:r>
        <w:rPr>
          <w:rFonts w:ascii="游明朝" w:hAnsi="游明朝" w:eastAsia="游明朝" w:cs="游明朝"/>
          <w:b/>
          <w:sz w:val="23"/>
        </w:rPr>
        <w:t>場面別の文例（1ページ目の「さて、」から始まる段落と差し替えます）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3"/>
        </w:rPr>
        <w:t>１．契約をいただいたとき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さて、このたびは○○のご契約を賜り、誠にありがとうございました。数ある中から、弊社をお選びいただいたことを、大変ありがたく存じております。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お約束いたしました内容は、責任をもって果たしてまいります。ご不明な点やお気づきのことがございましたら、いつでもお知らせください。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3"/>
        </w:rPr>
        <w:t>２．ご紹介をいただいたとき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さて、このたびは、○○様をご紹介いただき、誠にありがとうございました。お忙しいなか、お心にかけてくださいましたことに、心より感謝申し上げます。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ご紹介いただいた○○様とは、先日お目にかかり、お話をうかがいました。その後の経過につきましては、あらためてご報告申し上げます。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3"/>
        </w:rPr>
        <w:t>３．お品物をいただいたとき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さて、このたびは結構なお品をお贈りくださり、誠にありがとうございました。さっそく、○○をいただきました。社員一同、おいしくいただいております。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お心遣いに、あつく御礼申し上げます。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3"/>
        </w:rPr>
        <w:t>４．セミナーや説明会にご参加いただいたとき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さて、先日は、弊社の○○セミナーにご参加くださり、誠にありがとうございました。ご多忙のなか、最後までお聞きくださったことを、うれしく存じます。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  <w:t xml:space="preserve">　ご不明な点や、もっと詳しくお知りになりたいことがございましたら、下記までご連絡ください。次回の開催が決まりましたら、あらためてご案内申し上げます。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2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3"/>
        </w:rPr>
        <w:t>書くときの心がけ</w:t>
      </w:r>
    </w:p>
    <w:p>
      <w:pPr>
        <w:spacing w:after="20"/>
        <w:ind w:left="22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・できるだけ早く出します。時間がたつと、お礼の気持ちが伝わりにくくなります。</w:t>
      </w:r>
    </w:p>
    <w:p>
      <w:pPr>
        <w:spacing w:after="20"/>
        <w:ind w:left="22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・お礼の内容を、具体的に書きます。「お話が参考になりました」より、「○○のお話が参考になりました」のほうが、気持ちが届きます。</w:t>
      </w:r>
    </w:p>
    <w:p>
      <w:pPr>
        <w:spacing w:after="20"/>
        <w:ind w:left="22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・お願いごとを、重ねて書きすぎないようにします。お礼状は、お礼を伝えるための手紙です。</w:t>
      </w:r>
    </w:p>
    <w:p>
      <w:pPr>
        <w:spacing w:after="20"/>
        <w:ind w:left="220" w:hanging="220"/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2"/>
        </w:rPr>
        <w:t>・「時下」は、季節を問わず使える挨拶です。季節の言葉を入れたいときは、「拝啓　新緑の候、」のように書きます。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2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2"/>
        </w:rPr>
        <w:t>訪問や契約、紹介などのお礼を伝える手紙です。場面ごとの文例があるので、書き出しに迷いません。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2"/>
        </w:rPr>
        <w:t>■ 使い方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・1ページ目は、訪問のあとのお礼状の例です。「○○」の部分を、実際の内容に書き換えます。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・契約・紹介・贈り物・セミナー参加のお礼は、2ページ目の文例を使います。1ページ目の「さて、」から始まる段落を、文例に差し替えてください。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・「ありがとうございました」だけでなく、何がありがたかったのかを一言書き添えると、気持ちが伝わります。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・お礼状は、できるだけ早く出します。訪問や契約の翌日から数日のうちが目安です。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2"/>
        </w:rPr>
        <w:t>■ ご利用の条件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・このひな形は、ご自身のお仕事や暮らしの中で、自由に書き換えてお使いいただけます。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・ひな形そのもの（このファイル）の再配布・販売・ほかのサイトへの転載は、ご遠慮ください。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2"/>
        </w:rPr>
        <w:t>■ ご注意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90" w:hanging="220"/>
        <w:jc w:val="left"/>
      </w:pPr>
      <w:r>
        <w:rPr>
          <w:rFonts w:ascii="游明朝" w:hAnsi="游明朝" w:eastAsia="游明朝" w:cs="游明朝"/>
          <w:b w:val="0"/>
          <w:sz w:val="22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G491ks79Ai5YY03r7hOFY0LDQ2JBTYwHAJUOg51l6PGQ519Y9OlI3pc5qaQETUyOzsoFlN7MWH9EurIi9xH5AA==" w:salt="PJErph2San2A4a6mQHqijw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お礼状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2026-10-11T13:19:01Z</dcterms:created>
  <dcterms:modified xsi:type="dcterms:W3CDTF">2026-10-11T13:19:01Z</dcterms:modified>
  <cp:category>大家のプーさん（ooya the Pooh）</cp:category>
</cp:coreProperties>
</file>