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p>
      <w:pPr>
        <w:keepNext/>
        <w:spacing w:after="200" w:before="200"/>
        <w:jc w:val="center"/>
      </w:pPr>
      <w:r>
        <w:rPr>
          <w:rFonts w:ascii="游ゴシック" w:hAnsi="游ゴシック" w:eastAsia="游ゴシック" w:cs="游ゴシック"/>
          <w:b/>
          <w:sz w:val="52"/>
        </w:rPr>
        <w:t>FAX送付状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sz w:val="24"/>
        </w:rPr>
        <w:t xml:space="preserve">　　　　年　　月　　日</w:t>
      </w:r>
    </w:p>
    <w:p>
      <w:pPr>
        <w:jc w:val="left"/>
      </w:pPr>
      <w:r>
        <w:rPr>
          <w:rFonts w:ascii="游ゴシック" w:hAnsi="游ゴシック" w:eastAsia="游ゴシック" w:cs="游ゴシック"/>
          <w:b w:val="0"/>
          <w:sz w:val="24"/>
        </w:rPr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7300"/>
      </w:tblGrid>
      <w:tr>
        <w:trPr>
          <w:cantSplit/>
          <w:trHeight w:val="850" w:hRule="atLeast"/>
        </w:trPr>
        <w:tc>
          <w:tcPr>
            <w:tcW w:type="dxa" w:w="256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/>
                <w:sz w:val="23"/>
              </w:rPr>
              <w:t>宛先</w:t>
              <w:br/>
            </w:r>
            <w:r>
              <w:rPr>
                <w:rFonts w:ascii="游ゴシック" w:hAnsi="游ゴシック" w:eastAsia="游ゴシック" w:cs="游ゴシック"/>
                <w:b/>
                <w:sz w:val="23"/>
              </w:rPr>
              <w:t>（会社名・氏名）</w:t>
            </w:r>
          </w:p>
        </w:tc>
        <w:tc>
          <w:tcPr>
            <w:tcW w:type="dxa" w:w="730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○○○○株式会社　○○部</w:t>
              <w:br/>
            </w: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○○○○　様</w:t>
            </w:r>
          </w:p>
        </w:tc>
      </w:tr>
      <w:tr>
        <w:trPr>
          <w:cantSplit/>
          <w:trHeight w:val="850" w:hRule="atLeast"/>
        </w:trPr>
        <w:tc>
          <w:tcPr>
            <w:tcW w:type="dxa" w:w="256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/>
                <w:sz w:val="23"/>
              </w:rPr>
              <w:t>FAX番号</w:t>
            </w:r>
          </w:p>
        </w:tc>
        <w:tc>
          <w:tcPr>
            <w:tcW w:type="dxa" w:w="730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○○○-○○○○-○○○○</w:t>
            </w:r>
          </w:p>
        </w:tc>
      </w:tr>
      <w:tr>
        <w:trPr>
          <w:cantSplit/>
          <w:trHeight w:val="850" w:hRule="atLeast"/>
        </w:trPr>
        <w:tc>
          <w:tcPr>
            <w:tcW w:type="dxa" w:w="256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/>
                <w:sz w:val="23"/>
              </w:rPr>
              <w:t>差出人</w:t>
              <w:br/>
            </w:r>
            <w:r>
              <w:rPr>
                <w:rFonts w:ascii="游ゴシック" w:hAnsi="游ゴシック" w:eastAsia="游ゴシック" w:cs="游ゴシック"/>
                <w:b/>
                <w:sz w:val="23"/>
              </w:rPr>
              <w:t>（会社名・氏名）</w:t>
            </w:r>
          </w:p>
        </w:tc>
        <w:tc>
          <w:tcPr>
            <w:tcW w:type="dxa" w:w="730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○○○○株式会社　○○部</w:t>
              <w:br/>
            </w: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○○○○</w:t>
            </w:r>
          </w:p>
        </w:tc>
      </w:tr>
      <w:tr>
        <w:trPr>
          <w:cantSplit/>
          <w:trHeight w:val="850" w:hRule="atLeast"/>
        </w:trPr>
        <w:tc>
          <w:tcPr>
            <w:tcW w:type="dxa" w:w="256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/>
                <w:sz w:val="23"/>
              </w:rPr>
              <w:t>差出人の連絡先</w:t>
            </w:r>
          </w:p>
        </w:tc>
        <w:tc>
          <w:tcPr>
            <w:tcW w:type="dxa" w:w="730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FAX　○○○-○○○○-○○○○</w:t>
              <w:br/>
            </w: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TEL　○○○-○○○○-○○○○</w:t>
            </w:r>
          </w:p>
        </w:tc>
      </w:tr>
      <w:tr>
        <w:trPr>
          <w:cantSplit/>
          <w:trHeight w:val="850" w:hRule="atLeast"/>
        </w:trPr>
        <w:tc>
          <w:tcPr>
            <w:tcW w:type="dxa" w:w="256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/>
                <w:sz w:val="23"/>
              </w:rPr>
              <w:t>送付枚数</w:t>
            </w:r>
          </w:p>
        </w:tc>
        <w:tc>
          <w:tcPr>
            <w:tcW w:type="dxa" w:w="730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この送付状を含めて　　　　　　枚</w:t>
            </w:r>
          </w:p>
        </w:tc>
      </w:tr>
      <w:tr>
        <w:trPr>
          <w:cantSplit/>
          <w:trHeight w:val="850" w:hRule="atLeast"/>
        </w:trPr>
        <w:tc>
          <w:tcPr>
            <w:tcW w:type="dxa" w:w="256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/>
                <w:sz w:val="23"/>
              </w:rPr>
              <w:t>件名</w:t>
            </w:r>
          </w:p>
        </w:tc>
        <w:tc>
          <w:tcPr>
            <w:tcW w:type="dxa" w:w="730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 w:val="0"/>
                <w:sz w:val="23"/>
              </w:rPr>
            </w:r>
          </w:p>
        </w:tc>
      </w:tr>
    </w:tbl>
    <w:p>
      <w:pPr>
        <w:spacing w:after="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7300"/>
      </w:tblGrid>
      <w:tr>
        <w:trPr>
          <w:cantSplit/>
          <w:trHeight w:val="1474" w:hRule="atLeast"/>
        </w:trPr>
        <w:tc>
          <w:tcPr>
            <w:tcW w:type="dxa" w:w="2565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/>
                <w:sz w:val="23"/>
              </w:rPr>
              <w:t>お願い</w:t>
            </w:r>
          </w:p>
        </w:tc>
        <w:tc>
          <w:tcPr>
            <w:tcW w:type="dxa" w:w="7300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□ 至急　　　□ ご返信をお願いします</w:t>
              <w:br/>
            </w: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□ ご確認ください　　□ ご検討ください</w:t>
              <w:br/>
            </w:r>
            <w:r>
              <w:rPr>
                <w:rFonts w:ascii="游ゴシック" w:hAnsi="游ゴシック" w:eastAsia="游ゴシック" w:cs="游ゴシック"/>
                <w:b w:val="0"/>
                <w:sz w:val="23"/>
              </w:rPr>
              <w:t>□ ご回覧ください　　□ 受信後にお電話ください</w:t>
            </w:r>
          </w:p>
        </w:tc>
      </w:tr>
    </w:tbl>
    <w:p>
      <w:pPr>
        <w:spacing w:after="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  <w:trHeight w:val="3515" w:hRule="atLeast"/>
        </w:trPr>
        <w:tc>
          <w:tcPr>
            <w:tcW w:type="dxa" w:w="9865"/>
            <w:vAlign w:val="top"/>
          </w:tcPr>
          <w:p>
            <w:pPr>
              <w:spacing w:after="0"/>
            </w:pPr>
            <w:r>
              <w:rPr>
                <w:rFonts w:ascii="游ゴシック" w:hAnsi="游ゴシック" w:eastAsia="游ゴシック" w:cs="游ゴシック"/>
                <w:b/>
                <w:sz w:val="23"/>
              </w:rPr>
              <w:t>通信欄（ご連絡事項）</w:t>
            </w:r>
          </w:p>
        </w:tc>
      </w:tr>
    </w:tbl>
    <w:p>
      <w:pPr>
        <w:spacing w:after="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</w:r>
    </w:p>
    <w:p>
      <w:pPr>
        <w:jc w:val="left"/>
        <w:sectPr>
          <w:footerReference w:type="default" r:id="rId9"/>
          <w:pgSz w:w="11906" w:h="16838"/>
          <w:pgMar w:top="850" w:right="1020" w:bottom="850" w:left="1020" w:header="720" w:footer="720" w:gutter="0"/>
          <w:cols w:space="720"/>
          <w:formProt w:val="false"/>
          <w:docGrid w:linePitch="360"/>
        </w:sectPr>
      </w:pPr>
      <w:r>
        <w:rPr>
          <w:rFonts w:ascii="游ゴシック" w:hAnsi="游ゴシック" w:eastAsia="游ゴシック" w:cs="游ゴシック"/>
          <w:b w:val="0"/>
          <w:sz w:val="22"/>
        </w:rPr>
        <w:t>【お願い】届いた枚数が上の枚数と違うときや、文字が読み取りにくいときは、お手数ですが、上記の電話番号までご連絡ください。また、誤ってお受け取りになった場合は、お手数ですが、同じ番号までご連絡のうえ、お受け取りの書類を破棄してくださいますようお願いいたします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ゴシック" w:hAnsi="游ゴシック" w:eastAsia="游ゴシック" w:cs="游ゴシック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4"/>
        </w:rPr>
        <w:t>■ この書類について</w:t>
      </w:r>
    </w:p>
    <w:p>
      <w:pPr>
        <w:ind w:left="17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FAXで送るときの表紙です。送付枚数と連絡先を大きく書けて、至急や返信が必要かどうかのチェック欄もあります。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4"/>
        </w:rPr>
        <w:t>■ 使い方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・宛先・FAX番号・差出人・送付枚数を書き込みます。送付枚数は、この送付状を含めた枚数です。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・文字を大きめにし、ゴシック体にしてあります。FAXで送ると、細い線や小さな文字はかすれやすいので、書き込むときも、濃いペンで大きめの字を使うと読みやすくなります。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・「通信欄」には、用件を短く書きます。長くなるときは、別の紙に書いて、この送付状と一緒に送ります。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・送る前に、FAX番号をもう一度、見直してください。番号の押し間違いは、情報が別の相手に届く原因になります。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4"/>
        </w:rPr>
        <w:t>■ ご利用の条件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・このひな形は、ご自身のお仕事や暮らしの中で、自由に書き換えてお使いいただけます。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・ひな形そのもの（このファイル）の再配布・販売・ほかのサイトへの転載は、ご遠慮ください。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4"/>
        </w:rPr>
        <w:t>■ ご注意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410" w:hanging="240"/>
        <w:jc w:val="left"/>
      </w:pPr>
      <w:r>
        <w:rPr>
          <w:rFonts w:ascii="游ゴシック" w:hAnsi="游ゴシック" w:eastAsia="游ゴシック" w:cs="游ゴシック"/>
          <w:b w:val="0"/>
          <w:sz w:val="24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RGoqso9mam8qa9Cp7nX0ksJCEWsxN4ZMwgeMv74qfiNrevn52kg6yPpMvfRQMTU9fi76wLA7IHHJpsME/s0eIw==" w:salt="qvgocZvH8XOYkTgGJkGUjA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ゴシック" w:hAnsi="游ゴシック" w:eastAsia="游ゴシック" w:cs="游ゴシック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FAX送付状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2026-10-11T13:19:01Z</dcterms:created>
  <dcterms:modified xsi:type="dcterms:W3CDTF">2026-10-11T13:19:01Z</dcterms:modified>
  <cp:category>大家のプーさん（ooya the Pooh）</cp:category>
</cp:coreProperties>
</file>