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>
    <v:background id="_x0000_s1025" o:bwmode="white" o:targetscreensize="1024,768">
      <v:fill r:id="rId11" o:title="provided by ooya the Pooh" type="frame"/>
    </v:background>
  </w:background>
  <w:body>
    <w:p>
      <w:pPr>
        <w:jc w:val="right"/>
      </w:pPr>
      <w:r>
        <w:rPr>
          <w:rFonts w:ascii="游明朝" w:hAnsi="游明朝" w:eastAsia="游明朝" w:cs="游明朝"/>
          <w:b w:val="0"/>
          <w:sz w:val="21"/>
        </w:rPr>
        <w:t xml:space="preserve">　　　　年　　月　　日</w:t>
      </w:r>
    </w:p>
    <w:p>
      <w:pPr>
        <w:spacing w:after="80"/>
        <w:jc w:val="left"/>
      </w:pPr>
      <w:r>
        <w:rPr>
          <w:rFonts w:ascii="游明朝" w:hAnsi="游明朝" w:eastAsia="游明朝" w:cs="游明朝"/>
          <w:b w:val="0"/>
          <w:sz w:val="24"/>
        </w:rPr>
        <w:t>○○○○株式会社</w:t>
        <w:br/>
      </w:r>
      <w:r>
        <w:rPr>
          <w:rFonts w:ascii="游明朝" w:hAnsi="游明朝" w:eastAsia="游明朝" w:cs="游明朝"/>
          <w:b w:val="0"/>
          <w:sz w:val="24"/>
        </w:rPr>
        <w:t>○○部　○○○○　様</w:t>
      </w:r>
    </w:p>
    <w:p>
      <w:pPr>
        <w:jc w:val="right"/>
      </w:pPr>
      <w:r>
        <w:rPr>
          <w:rFonts w:ascii="游明朝" w:hAnsi="游明朝" w:eastAsia="游明朝" w:cs="游明朝"/>
          <w:b w:val="0"/>
          <w:sz w:val="21"/>
        </w:rPr>
        <w:t>○○○○株式会社</w:t>
      </w:r>
    </w:p>
    <w:p>
      <w:pPr>
        <w:jc w:val="right"/>
      </w:pPr>
      <w:r>
        <w:rPr>
          <w:rFonts w:ascii="游明朝" w:hAnsi="游明朝" w:eastAsia="游明朝" w:cs="游明朝"/>
          <w:b w:val="0"/>
          <w:sz w:val="21"/>
        </w:rPr>
        <w:t>〒○○○-○○○○　○○県○○市○○町○－○－○</w:t>
      </w:r>
    </w:p>
    <w:p>
      <w:pPr>
        <w:jc w:val="right"/>
      </w:pPr>
      <w:r>
        <w:rPr>
          <w:rFonts w:ascii="游明朝" w:hAnsi="游明朝" w:eastAsia="游明朝" w:cs="游明朝"/>
          <w:b w:val="0"/>
          <w:sz w:val="21"/>
        </w:rPr>
        <w:t>TEL ○○○-○○○○-○○○○</w:t>
      </w:r>
    </w:p>
    <w:p>
      <w:pPr>
        <w:jc w:val="right"/>
      </w:pPr>
      <w:r>
        <w:rPr>
          <w:rFonts w:ascii="游明朝" w:hAnsi="游明朝" w:eastAsia="游明朝" w:cs="游明朝"/>
          <w:b w:val="0"/>
          <w:sz w:val="21"/>
        </w:rPr>
        <w:t>担当　○○○○</w:t>
      </w:r>
    </w:p>
    <w:p>
      <w:pPr>
        <w:keepNext/>
        <w:spacing w:after="200" w:before="200"/>
        <w:jc w:val="center"/>
      </w:pPr>
      <w:r>
        <w:rPr>
          <w:rFonts w:ascii="游明朝" w:hAnsi="游明朝" w:eastAsia="游明朝" w:cs="游明朝"/>
          <w:b/>
          <w:sz w:val="32"/>
        </w:rPr>
        <w:t>書類送付のご案内</w:t>
      </w:r>
    </w:p>
    <w:p>
      <w:pPr>
        <w:jc w:val="left"/>
      </w:pPr>
      <w:r>
        <w:rPr>
          <w:rFonts w:ascii="游明朝" w:hAnsi="游明朝" w:eastAsia="游明朝" w:cs="游明朝"/>
          <w:b w:val="0"/>
          <w:sz w:val="21"/>
        </w:rPr>
        <w:t>拝啓　時下ますますご清栄のこととお慶び申し上げます。平素は格別のお引き立てを賜り、厚くお礼申し上げます。</w:t>
      </w:r>
    </w:p>
    <w:p>
      <w:pPr>
        <w:jc w:val="left"/>
      </w:pPr>
      <w:r>
        <w:rPr>
          <w:rFonts w:ascii="游明朝" w:hAnsi="游明朝" w:eastAsia="游明朝" w:cs="游明朝"/>
          <w:b w:val="0"/>
          <w:sz w:val="21"/>
        </w:rPr>
        <w:t xml:space="preserve">　さて、下記の書類をお送りいたします。お手数ですが、ご査収くださいますようお願い申し上げます。</w:t>
      </w:r>
    </w:p>
    <w:p>
      <w:pPr>
        <w:jc w:val="left"/>
      </w:pPr>
      <w:r>
        <w:rPr>
          <w:rFonts w:ascii="游明朝" w:hAnsi="游明朝" w:eastAsia="游明朝" w:cs="游明朝"/>
          <w:b w:val="0"/>
          <w:sz w:val="21"/>
        </w:rPr>
        <w:t xml:space="preserve">　ご不明な点やお気づきのことがございましたら、下記の担当までお気軽にご連絡ください。</w:t>
      </w:r>
    </w:p>
    <w:p>
      <w:pPr>
        <w:jc w:val="left"/>
      </w:pPr>
      <w:r>
        <w:rPr>
          <w:rFonts w:ascii="游明朝" w:hAnsi="游明朝" w:eastAsia="游明朝" w:cs="游明朝"/>
          <w:b w:val="0"/>
          <w:sz w:val="21"/>
        </w:rPr>
        <w:t xml:space="preserve">　まずは書中にて、書類送付のご案内を申し上げます。</w:t>
      </w:r>
    </w:p>
    <w:p>
      <w:pPr>
        <w:jc w:val="right"/>
      </w:pPr>
      <w:r>
        <w:rPr>
          <w:rFonts w:ascii="游明朝" w:hAnsi="游明朝" w:eastAsia="游明朝" w:cs="游明朝"/>
          <w:b w:val="0"/>
          <w:sz w:val="21"/>
        </w:rPr>
        <w:t>敬具</w:t>
      </w:r>
    </w:p>
    <w:p>
      <w:pPr>
        <w:spacing w:after="120" w:before="120"/>
        <w:jc w:val="center"/>
      </w:pPr>
      <w:r>
        <w:rPr>
          <w:rFonts w:ascii="游明朝" w:hAnsi="游明朝" w:eastAsia="游明朝" w:cs="游明朝"/>
          <w:b w:val="0"/>
          <w:sz w:val="21"/>
        </w:rPr>
        <w:t>記</w:t>
      </w:r>
    </w:p>
    <w:tbl>
      <w:tblPr>
        <w:tblStyle w:val="TableGrid"/>
        <w:tblW w:type="dxa" w:w="9412"/>
        <w:jc w:val="center"/>
        <w:tblLayout w:type="fixed"/>
        <w:tblLook w:firstColumn="1" w:firstRow="1" w:lastColumn="0" w:lastRow="0" w:noHBand="0" w:noVBand="1" w:val="04A0"/>
      </w:tblPr>
      <w:tblGrid>
        <w:gridCol w:w="752"/>
        <w:gridCol w:w="4894"/>
        <w:gridCol w:w="1129"/>
        <w:gridCol w:w="2635"/>
      </w:tblGrid>
      <w:tr>
        <w:trPr>
          <w:cantSplit/>
          <w:trHeight w:val="397" w:hRule="atLeast"/>
          <w:tblHeader/>
        </w:trPr>
        <w:tc>
          <w:tcPr>
            <w:tcW w:type="dxa" w:w="753"/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游明朝" w:hAnsi="游明朝" w:eastAsia="游明朝" w:cs="游明朝"/>
                <w:b/>
                <w:sz w:val="20"/>
              </w:rPr>
              <w:t>No</w:t>
            </w:r>
          </w:p>
        </w:tc>
        <w:tc>
          <w:tcPr>
            <w:tcW w:type="dxa" w:w="4894"/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游明朝" w:hAnsi="游明朝" w:eastAsia="游明朝" w:cs="游明朝"/>
                <w:b/>
                <w:sz w:val="20"/>
              </w:rPr>
              <w:t>書類名・品名</w:t>
            </w:r>
          </w:p>
        </w:tc>
        <w:tc>
          <w:tcPr>
            <w:tcW w:type="dxa" w:w="1129"/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游明朝" w:hAnsi="游明朝" w:eastAsia="游明朝" w:cs="游明朝"/>
                <w:b/>
                <w:sz w:val="20"/>
              </w:rPr>
              <w:t>部数</w:t>
            </w:r>
          </w:p>
        </w:tc>
        <w:tc>
          <w:tcPr>
            <w:tcW w:type="dxa" w:w="2635"/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游明朝" w:hAnsi="游明朝" w:eastAsia="游明朝" w:cs="游明朝"/>
                <w:b/>
                <w:sz w:val="20"/>
              </w:rPr>
              <w:t>備考</w:t>
            </w:r>
          </w:p>
        </w:tc>
      </w:tr>
      <w:tr>
        <w:trPr>
          <w:cantSplit/>
          <w:trHeight w:val="425" w:hRule="atLeast"/>
        </w:trPr>
        <w:tc>
          <w:tcPr>
            <w:tcW w:type="dxa" w:w="753"/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游明朝" w:hAnsi="游明朝" w:eastAsia="游明朝" w:cs="游明朝"/>
                <w:b w:val="0"/>
                <w:sz w:val="20"/>
              </w:rPr>
            </w:r>
          </w:p>
        </w:tc>
        <w:tc>
          <w:tcPr>
            <w:tcW w:type="dxa" w:w="4894"/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游明朝" w:hAnsi="游明朝" w:eastAsia="游明朝" w:cs="游明朝"/>
                <w:b w:val="0"/>
                <w:sz w:val="20"/>
              </w:rPr>
            </w:r>
          </w:p>
        </w:tc>
        <w:tc>
          <w:tcPr>
            <w:tcW w:type="dxa" w:w="1129"/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游明朝" w:hAnsi="游明朝" w:eastAsia="游明朝" w:cs="游明朝"/>
                <w:b w:val="0"/>
                <w:sz w:val="20"/>
              </w:rPr>
            </w:r>
          </w:p>
        </w:tc>
        <w:tc>
          <w:tcPr>
            <w:tcW w:type="dxa" w:w="2635"/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游明朝" w:hAnsi="游明朝" w:eastAsia="游明朝" w:cs="游明朝"/>
                <w:b w:val="0"/>
                <w:sz w:val="20"/>
              </w:rPr>
            </w:r>
          </w:p>
        </w:tc>
      </w:tr>
      <w:tr>
        <w:trPr>
          <w:cantSplit/>
          <w:trHeight w:val="425" w:hRule="atLeast"/>
        </w:trPr>
        <w:tc>
          <w:tcPr>
            <w:tcW w:type="dxa" w:w="753"/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游明朝" w:hAnsi="游明朝" w:eastAsia="游明朝" w:cs="游明朝"/>
                <w:b w:val="0"/>
                <w:sz w:val="20"/>
              </w:rPr>
            </w:r>
          </w:p>
        </w:tc>
        <w:tc>
          <w:tcPr>
            <w:tcW w:type="dxa" w:w="4894"/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游明朝" w:hAnsi="游明朝" w:eastAsia="游明朝" w:cs="游明朝"/>
                <w:b w:val="0"/>
                <w:sz w:val="20"/>
              </w:rPr>
            </w:r>
          </w:p>
        </w:tc>
        <w:tc>
          <w:tcPr>
            <w:tcW w:type="dxa" w:w="1129"/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游明朝" w:hAnsi="游明朝" w:eastAsia="游明朝" w:cs="游明朝"/>
                <w:b w:val="0"/>
                <w:sz w:val="20"/>
              </w:rPr>
            </w:r>
          </w:p>
        </w:tc>
        <w:tc>
          <w:tcPr>
            <w:tcW w:type="dxa" w:w="2635"/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游明朝" w:hAnsi="游明朝" w:eastAsia="游明朝" w:cs="游明朝"/>
                <w:b w:val="0"/>
                <w:sz w:val="20"/>
              </w:rPr>
            </w:r>
          </w:p>
        </w:tc>
      </w:tr>
      <w:tr>
        <w:trPr>
          <w:cantSplit/>
          <w:trHeight w:val="425" w:hRule="atLeast"/>
        </w:trPr>
        <w:tc>
          <w:tcPr>
            <w:tcW w:type="dxa" w:w="753"/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游明朝" w:hAnsi="游明朝" w:eastAsia="游明朝" w:cs="游明朝"/>
                <w:b w:val="0"/>
                <w:sz w:val="20"/>
              </w:rPr>
            </w:r>
          </w:p>
        </w:tc>
        <w:tc>
          <w:tcPr>
            <w:tcW w:type="dxa" w:w="4894"/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游明朝" w:hAnsi="游明朝" w:eastAsia="游明朝" w:cs="游明朝"/>
                <w:b w:val="0"/>
                <w:sz w:val="20"/>
              </w:rPr>
            </w:r>
          </w:p>
        </w:tc>
        <w:tc>
          <w:tcPr>
            <w:tcW w:type="dxa" w:w="1129"/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游明朝" w:hAnsi="游明朝" w:eastAsia="游明朝" w:cs="游明朝"/>
                <w:b w:val="0"/>
                <w:sz w:val="20"/>
              </w:rPr>
            </w:r>
          </w:p>
        </w:tc>
        <w:tc>
          <w:tcPr>
            <w:tcW w:type="dxa" w:w="2635"/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游明朝" w:hAnsi="游明朝" w:eastAsia="游明朝" w:cs="游明朝"/>
                <w:b w:val="0"/>
                <w:sz w:val="20"/>
              </w:rPr>
            </w:r>
          </w:p>
        </w:tc>
      </w:tr>
      <w:tr>
        <w:trPr>
          <w:cantSplit/>
          <w:trHeight w:val="425" w:hRule="atLeast"/>
        </w:trPr>
        <w:tc>
          <w:tcPr>
            <w:tcW w:type="dxa" w:w="753"/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游明朝" w:hAnsi="游明朝" w:eastAsia="游明朝" w:cs="游明朝"/>
                <w:b w:val="0"/>
                <w:sz w:val="20"/>
              </w:rPr>
            </w:r>
          </w:p>
        </w:tc>
        <w:tc>
          <w:tcPr>
            <w:tcW w:type="dxa" w:w="4894"/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游明朝" w:hAnsi="游明朝" w:eastAsia="游明朝" w:cs="游明朝"/>
                <w:b w:val="0"/>
                <w:sz w:val="20"/>
              </w:rPr>
            </w:r>
          </w:p>
        </w:tc>
        <w:tc>
          <w:tcPr>
            <w:tcW w:type="dxa" w:w="1129"/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游明朝" w:hAnsi="游明朝" w:eastAsia="游明朝" w:cs="游明朝"/>
                <w:b w:val="0"/>
                <w:sz w:val="20"/>
              </w:rPr>
            </w:r>
          </w:p>
        </w:tc>
        <w:tc>
          <w:tcPr>
            <w:tcW w:type="dxa" w:w="2635"/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游明朝" w:hAnsi="游明朝" w:eastAsia="游明朝" w:cs="游明朝"/>
                <w:b w:val="0"/>
                <w:sz w:val="20"/>
              </w:rPr>
            </w:r>
          </w:p>
        </w:tc>
      </w:tr>
      <w:tr>
        <w:trPr>
          <w:cantSplit/>
          <w:trHeight w:val="425" w:hRule="atLeast"/>
        </w:trPr>
        <w:tc>
          <w:tcPr>
            <w:tcW w:type="dxa" w:w="753"/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游明朝" w:hAnsi="游明朝" w:eastAsia="游明朝" w:cs="游明朝"/>
                <w:b w:val="0"/>
                <w:sz w:val="20"/>
              </w:rPr>
            </w:r>
          </w:p>
        </w:tc>
        <w:tc>
          <w:tcPr>
            <w:tcW w:type="dxa" w:w="4894"/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游明朝" w:hAnsi="游明朝" w:eastAsia="游明朝" w:cs="游明朝"/>
                <w:b w:val="0"/>
                <w:sz w:val="20"/>
              </w:rPr>
            </w:r>
          </w:p>
        </w:tc>
        <w:tc>
          <w:tcPr>
            <w:tcW w:type="dxa" w:w="1129"/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游明朝" w:hAnsi="游明朝" w:eastAsia="游明朝" w:cs="游明朝"/>
                <w:b w:val="0"/>
                <w:sz w:val="20"/>
              </w:rPr>
            </w:r>
          </w:p>
        </w:tc>
        <w:tc>
          <w:tcPr>
            <w:tcW w:type="dxa" w:w="2635"/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游明朝" w:hAnsi="游明朝" w:eastAsia="游明朝" w:cs="游明朝"/>
                <w:b w:val="0"/>
                <w:sz w:val="20"/>
              </w:rPr>
            </w:r>
          </w:p>
        </w:tc>
      </w:tr>
    </w:tbl>
    <w:p>
      <w:pPr>
        <w:spacing w:after="40"/>
        <w:jc w:val="left"/>
      </w:pPr>
      <w:r>
        <w:rPr>
          <w:rFonts w:ascii="游明朝" w:hAnsi="游明朝" w:eastAsia="游明朝" w:cs="游明朝"/>
          <w:b w:val="0"/>
          <w:sz w:val="21"/>
        </w:rPr>
      </w:r>
    </w:p>
    <w:tbl>
      <w:tblPr>
        <w:tblStyle w:val="TableGrid"/>
        <w:tblW w:type="dxa" w:w="9412"/>
        <w:jc w:val="center"/>
        <w:tblLayout w:type="fixed"/>
        <w:tblLook w:firstColumn="1" w:firstRow="1" w:lastColumn="0" w:lastRow="0" w:noHBand="0" w:noVBand="1" w:val="04A0"/>
      </w:tblPr>
      <w:tblGrid>
        <w:gridCol w:w="2070"/>
        <w:gridCol w:w="7341"/>
      </w:tblGrid>
      <w:tr>
        <w:trPr>
          <w:cantSplit/>
          <w:trHeight w:val="510" w:hRule="atLeast"/>
        </w:trPr>
        <w:tc>
          <w:tcPr>
            <w:tcW w:type="dxa" w:w="2070"/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游明朝" w:hAnsi="游明朝" w:eastAsia="游明朝" w:cs="游明朝"/>
                <w:b w:val="0"/>
                <w:sz w:val="20"/>
              </w:rPr>
              <w:t>送付日</w:t>
            </w:r>
          </w:p>
        </w:tc>
        <w:tc>
          <w:tcPr>
            <w:tcW w:type="dxa" w:w="7341"/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游明朝" w:hAnsi="游明朝" w:eastAsia="游明朝" w:cs="游明朝"/>
                <w:b w:val="0"/>
                <w:sz w:val="20"/>
              </w:rPr>
              <w:t xml:space="preserve">　　　　年　　月　　日</w:t>
            </w:r>
          </w:p>
        </w:tc>
      </w:tr>
      <w:tr>
        <w:trPr>
          <w:cantSplit/>
          <w:trHeight w:val="510" w:hRule="atLeast"/>
        </w:trPr>
        <w:tc>
          <w:tcPr>
            <w:tcW w:type="dxa" w:w="2070"/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游明朝" w:hAnsi="游明朝" w:eastAsia="游明朝" w:cs="游明朝"/>
                <w:b w:val="0"/>
                <w:sz w:val="20"/>
              </w:rPr>
              <w:t>送付の方法</w:t>
            </w:r>
          </w:p>
        </w:tc>
        <w:tc>
          <w:tcPr>
            <w:tcW w:type="dxa" w:w="7341"/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游明朝" w:hAnsi="游明朝" w:eastAsia="游明朝" w:cs="游明朝"/>
                <w:b w:val="0"/>
                <w:sz w:val="20"/>
              </w:rPr>
              <w:t>□ 郵便　　□ 宅配便　　□ 持参　　□ その他（　　　　　　）</w:t>
            </w:r>
          </w:p>
        </w:tc>
      </w:tr>
      <w:tr>
        <w:trPr>
          <w:cantSplit/>
          <w:trHeight w:val="510" w:hRule="atLeast"/>
        </w:trPr>
        <w:tc>
          <w:tcPr>
            <w:tcW w:type="dxa" w:w="2070"/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游明朝" w:hAnsi="游明朝" w:eastAsia="游明朝" w:cs="游明朝"/>
                <w:b w:val="0"/>
                <w:sz w:val="20"/>
              </w:rPr>
              <w:t>ご返送</w:t>
            </w:r>
          </w:p>
        </w:tc>
        <w:tc>
          <w:tcPr>
            <w:tcW w:type="dxa" w:w="7341"/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游明朝" w:hAnsi="游明朝" w:eastAsia="游明朝" w:cs="游明朝"/>
                <w:b w:val="0"/>
                <w:sz w:val="20"/>
              </w:rPr>
              <w:t>□ 返送は不要です</w:t>
              <w:br/>
            </w:r>
            <w:r>
              <w:rPr>
                <w:rFonts w:ascii="游明朝" w:hAnsi="游明朝" w:eastAsia="游明朝" w:cs="游明朝"/>
                <w:b w:val="0"/>
                <w:sz w:val="20"/>
              </w:rPr>
              <w:t>□ ご返送をお願いします（期限：　　　　年　　月　　日）</w:t>
            </w:r>
          </w:p>
        </w:tc>
      </w:tr>
      <w:tr>
        <w:trPr>
          <w:cantSplit/>
          <w:trHeight w:val="510" w:hRule="atLeast"/>
        </w:trPr>
        <w:tc>
          <w:tcPr>
            <w:tcW w:type="dxa" w:w="2070"/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游明朝" w:hAnsi="游明朝" w:eastAsia="游明朝" w:cs="游明朝"/>
                <w:b w:val="0"/>
                <w:sz w:val="20"/>
              </w:rPr>
              <w:t>連絡先</w:t>
            </w:r>
          </w:p>
        </w:tc>
        <w:tc>
          <w:tcPr>
            <w:tcW w:type="dxa" w:w="7341"/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游明朝" w:hAnsi="游明朝" w:eastAsia="游明朝" w:cs="游明朝"/>
                <w:b w:val="0"/>
                <w:sz w:val="20"/>
              </w:rPr>
              <w:t>担当　○○○○　　TEL ○○○-○○○○-○○○○</w:t>
              <w:br/>
            </w:r>
            <w:r>
              <w:rPr>
                <w:rFonts w:ascii="游明朝" w:hAnsi="游明朝" w:eastAsia="游明朝" w:cs="游明朝"/>
                <w:b w:val="0"/>
                <w:sz w:val="20"/>
              </w:rPr>
              <w:t>メール　○○○○@○○○○</w:t>
            </w:r>
          </w:p>
        </w:tc>
      </w:tr>
    </w:tbl>
    <w:p>
      <w:pPr>
        <w:spacing w:after="40"/>
        <w:jc w:val="left"/>
      </w:pPr>
      <w:r>
        <w:rPr>
          <w:rFonts w:ascii="游明朝" w:hAnsi="游明朝" w:eastAsia="游明朝" w:cs="游明朝"/>
          <w:b w:val="0"/>
          <w:sz w:val="21"/>
        </w:rPr>
      </w:r>
    </w:p>
    <w:tbl>
      <w:tblPr>
        <w:tblStyle w:val="TableGrid"/>
        <w:tblW w:type="dxa" w:w="9412"/>
        <w:jc w:val="center"/>
        <w:tblLayout w:type="fixed"/>
        <w:tblLook w:firstColumn="1" w:firstRow="1" w:lastColumn="0" w:lastRow="0" w:noHBand="0" w:noVBand="1" w:val="04A0"/>
      </w:tblPr>
      <w:tblGrid>
        <w:gridCol w:w="9412"/>
      </w:tblGrid>
      <w:tr>
        <w:trPr>
          <w:cantSplit/>
          <w:trHeight w:val="907" w:hRule="atLeast"/>
        </w:trPr>
        <w:tc>
          <w:tcPr>
            <w:tcW w:type="dxa" w:w="9411"/>
            <w:vAlign w:val="top"/>
          </w:tcPr>
          <w:p>
            <w:pPr>
              <w:spacing w:after="0"/>
            </w:pPr>
            <w:r>
              <w:rPr>
                <w:rFonts w:ascii="游明朝" w:hAnsi="游明朝" w:eastAsia="游明朝" w:cs="游明朝"/>
                <w:b/>
                <w:sz w:val="20"/>
              </w:rPr>
              <w:t>備考・ひとこと</w:t>
            </w:r>
          </w:p>
        </w:tc>
      </w:tr>
    </w:tbl>
    <w:p>
      <w:pPr>
        <w:spacing w:after="40"/>
        <w:jc w:val="left"/>
      </w:pPr>
      <w:r>
        <w:rPr>
          <w:rFonts w:ascii="游明朝" w:hAnsi="游明朝" w:eastAsia="游明朝" w:cs="游明朝"/>
          <w:b w:val="0"/>
          <w:sz w:val="21"/>
        </w:rPr>
      </w:r>
    </w:p>
    <w:p>
      <w:pPr>
        <w:spacing w:before="80"/>
        <w:jc w:val="right"/>
      </w:pPr>
      <w:r>
        <w:rPr>
          <w:rFonts w:ascii="游明朝" w:hAnsi="游明朝" w:eastAsia="游明朝" w:cs="游明朝"/>
          <w:b w:val="0"/>
          <w:sz w:val="21"/>
        </w:rPr>
        <w:t>以上</w:t>
      </w:r>
    </w:p>
    <w:p>
      <w:pPr>
        <w:keepNext/>
        <w:pageBreakBefore/>
        <w:spacing w:after="40" w:before="120"/>
        <w:jc w:val="left"/>
      </w:pPr>
      <w:r>
        <w:rPr>
          <w:rFonts w:ascii="游明朝" w:hAnsi="游明朝" w:eastAsia="游明朝" w:cs="游明朝"/>
          <w:b/>
          <w:sz w:val="22"/>
        </w:rPr>
        <w:t>【文面の差し替え例】（このページは送りません）</w:t>
      </w:r>
    </w:p>
    <w:p>
      <w:pPr>
        <w:jc w:val="left"/>
      </w:pPr>
      <w:r>
        <w:rPr>
          <w:rFonts w:ascii="游明朝" w:hAnsi="游明朝" w:eastAsia="游明朝" w:cs="游明朝"/>
          <w:b w:val="0"/>
          <w:color w:val="404040"/>
          <w:sz w:val="18"/>
        </w:rPr>
        <w:t>本文の「さて、」から「ご挨拶申し上げます。」までを、送る相手に合わせて差し替えます。</w:t>
      </w:r>
    </w:p>
    <w:p>
      <w:pPr>
        <w:jc w:val="left"/>
      </w:pPr>
      <w:r>
        <w:rPr>
          <w:rFonts w:ascii="游明朝" w:hAnsi="游明朝" w:eastAsia="游明朝" w:cs="游明朝"/>
          <w:b w:val="0"/>
          <w:sz w:val="21"/>
        </w:rPr>
      </w:r>
    </w:p>
    <w:p>
      <w:pPr>
        <w:keepNext/>
        <w:spacing w:after="40" w:before="120"/>
        <w:jc w:val="left"/>
      </w:pPr>
      <w:r>
        <w:rPr>
          <w:rFonts w:ascii="游明朝" w:hAnsi="游明朝" w:eastAsia="游明朝" w:cs="游明朝"/>
          <w:b/>
          <w:sz w:val="22"/>
        </w:rPr>
        <w:t>１．親しい取引先へ（やわらかい言い方）</w:t>
      </w:r>
    </w:p>
    <w:p>
      <w:pPr>
        <w:jc w:val="left"/>
      </w:pPr>
      <w:r>
        <w:rPr>
          <w:rFonts w:ascii="游明朝" w:hAnsi="游明朝" w:eastAsia="游明朝" w:cs="游明朝"/>
          <w:b w:val="0"/>
          <w:sz w:val="21"/>
        </w:rPr>
        <w:t xml:space="preserve">　いつもお世話になっております。ご依頼いただきました書類を、お送りいたします。お忙しいところ恐れ入りますが、ご確認のほど、よろしくお願いいたします。ご不明な点がございましたら、遠慮なくお知らせください。</w:t>
      </w:r>
    </w:p>
    <w:p>
      <w:pPr>
        <w:jc w:val="left"/>
      </w:pPr>
      <w:r>
        <w:rPr>
          <w:rFonts w:ascii="游明朝" w:hAnsi="游明朝" w:eastAsia="游明朝" w:cs="游明朝"/>
          <w:b w:val="0"/>
          <w:sz w:val="21"/>
        </w:rPr>
      </w:r>
    </w:p>
    <w:p>
      <w:pPr>
        <w:keepNext/>
        <w:spacing w:after="40" w:before="120"/>
        <w:jc w:val="left"/>
      </w:pPr>
      <w:r>
        <w:rPr>
          <w:rFonts w:ascii="游明朝" w:hAnsi="游明朝" w:eastAsia="游明朝" w:cs="游明朝"/>
          <w:b/>
          <w:sz w:val="22"/>
        </w:rPr>
        <w:t>２．個人の方へ（知人・近所の方・手続きの相手など）</w:t>
      </w:r>
    </w:p>
    <w:p>
      <w:pPr>
        <w:jc w:val="left"/>
      </w:pPr>
      <w:r>
        <w:rPr>
          <w:rFonts w:ascii="游明朝" w:hAnsi="游明朝" w:eastAsia="游明朝" w:cs="游明朝"/>
          <w:b w:val="0"/>
          <w:sz w:val="21"/>
        </w:rPr>
        <w:t xml:space="preserve">　先日はお世話になり、ありがとうございました。お約束していた書類を、同封いたしました。お手数ですが、ご確認くださいますようお願いいたします。何かございましたら、下記の連絡先までお知らせください。</w:t>
      </w:r>
    </w:p>
    <w:p>
      <w:pPr>
        <w:jc w:val="left"/>
      </w:pPr>
      <w:r>
        <w:rPr>
          <w:rFonts w:ascii="游明朝" w:hAnsi="游明朝" w:eastAsia="游明朝" w:cs="游明朝"/>
          <w:b w:val="0"/>
          <w:sz w:val="21"/>
        </w:rPr>
      </w:r>
    </w:p>
    <w:p>
      <w:pPr>
        <w:keepNext/>
        <w:spacing w:after="40" w:before="120"/>
        <w:jc w:val="left"/>
      </w:pPr>
      <w:r>
        <w:rPr>
          <w:rFonts w:ascii="游明朝" w:hAnsi="游明朝" w:eastAsia="游明朝" w:cs="游明朝"/>
          <w:b/>
          <w:sz w:val="22"/>
        </w:rPr>
        <w:t>３．署名・押印をお願いして、返送してもらうとき</w:t>
      </w:r>
    </w:p>
    <w:p>
      <w:pPr>
        <w:jc w:val="left"/>
      </w:pPr>
      <w:r>
        <w:rPr>
          <w:rFonts w:ascii="游明朝" w:hAnsi="游明朝" w:eastAsia="游明朝" w:cs="游明朝"/>
          <w:b w:val="0"/>
          <w:sz w:val="21"/>
        </w:rPr>
        <w:t xml:space="preserve">　下記の書類をお送りいたします。お手数ですが、内容をご確認のうえ、ご署名・ご捺印をいただき、同封の返信用封筒にて、　　　月　　　日までにご返送くださいますようお願い申し上げます。</w:t>
      </w:r>
    </w:p>
    <w:p>
      <w:pPr>
        <w:jc w:val="left"/>
      </w:pPr>
      <w:r>
        <w:rPr>
          <w:rFonts w:ascii="游明朝" w:hAnsi="游明朝" w:eastAsia="游明朝" w:cs="游明朝"/>
          <w:b w:val="0"/>
          <w:sz w:val="21"/>
        </w:rPr>
      </w:r>
    </w:p>
    <w:p>
      <w:pPr>
        <w:keepNext/>
        <w:spacing w:after="40" w:before="120"/>
        <w:jc w:val="left"/>
      </w:pPr>
      <w:r>
        <w:rPr>
          <w:rFonts w:ascii="游明朝" w:hAnsi="游明朝" w:eastAsia="游明朝" w:cs="游明朝"/>
          <w:b/>
          <w:sz w:val="22"/>
        </w:rPr>
        <w:t>送る前の確認</w:t>
      </w:r>
    </w:p>
    <w:p>
      <w:pPr>
        <w:spacing w:after="20"/>
        <w:ind w:left="210" w:hanging="210"/>
        <w:jc w:val="left"/>
      </w:pPr>
      <w:r>
        <w:rPr>
          <w:rFonts w:ascii="游明朝" w:hAnsi="游明朝" w:eastAsia="游明朝" w:cs="游明朝"/>
          <w:b w:val="0"/>
          <w:sz w:val="21"/>
        </w:rPr>
        <w:t>・表に書いた書類と部数が、封筒の中身と合っているかを、封をする前に確かめます。</w:t>
      </w:r>
    </w:p>
    <w:p>
      <w:pPr>
        <w:spacing w:after="20"/>
        <w:ind w:left="210" w:hanging="210"/>
        <w:jc w:val="left"/>
      </w:pPr>
      <w:r>
        <w:rPr>
          <w:rFonts w:ascii="游明朝" w:hAnsi="游明朝" w:eastAsia="游明朝" w:cs="游明朝"/>
          <w:b w:val="0"/>
          <w:sz w:val="21"/>
        </w:rPr>
        <w:t>・宛名の会社名・部署名・「御中」「様」の使い分けに誤りがないかを確認します。会社や部署に宛てるときは「御中」、個人に宛てるときは「様」です。</w:t>
      </w:r>
    </w:p>
    <w:p>
      <w:pPr>
        <w:spacing w:after="20"/>
        <w:ind w:left="210" w:hanging="210"/>
        <w:jc w:val="left"/>
        <w:sectPr>
          <w:footerReference w:type="default" r:id="rId9"/>
          <w:pgSz w:w="11906" w:h="16838"/>
          <w:pgMar w:top="1134" w:right="1247" w:bottom="1134" w:left="1247" w:header="720" w:footer="720" w:gutter="0"/>
          <w:cols w:space="720"/>
          <w:formProt w:val="false"/>
          <w:docGrid w:linePitch="360"/>
        </w:sectPr>
      </w:pPr>
      <w:r>
        <w:rPr>
          <w:rFonts w:ascii="游明朝" w:hAnsi="游明朝" w:eastAsia="游明朝" w:cs="游明朝"/>
          <w:b w:val="0"/>
          <w:sz w:val="21"/>
        </w:rPr>
        <w:t>・契約書、個人情報を含む書類などは、送った記録が残る方法（書留、追跡できる配送など）で送ります。</w:t>
      </w:r>
    </w:p>
    <w:p>
      <w:pPr>
        <w:spacing w:after="0"/>
        <w:jc w:val="left"/>
      </w:pPr>
      <w:r>
        <w:rPr>
          <w:rFonts w:ascii="游ゴシック" w:hAnsi="游ゴシック" w:eastAsia="游ゴシック" w:cs="游ゴシック"/>
          <w:b/>
          <w:color w:val="404040"/>
          <w:sz w:val="20"/>
        </w:rPr>
        <w:t>大家のプーさん　事務の書類ひな形集</w:t>
      </w:r>
    </w:p>
    <w:p>
      <w:pPr>
        <w:spacing w:after="40" w:before="40"/>
        <w:jc w:val="left"/>
      </w:pPr>
      <w:r>
        <w:rPr>
          <w:rFonts w:ascii="游ゴシック" w:hAnsi="游ゴシック" w:eastAsia="游ゴシック" w:cs="游ゴシック"/>
          <w:b/>
          <w:sz w:val="28"/>
        </w:rPr>
        <w:t>このひな形について</w:t>
      </w:r>
    </w:p>
    <w:p>
      <w:pPr>
        <w:spacing w:after="160"/>
        <w:jc w:val="left"/>
      </w:pPr>
      <w:r>
        <w:rPr>
          <w:rFonts w:ascii="游明朝" w:hAnsi="游明朝" w:eastAsia="游明朝" w:cs="游明朝"/>
          <w:b w:val="0"/>
          <w:color w:val="404040"/>
          <w:sz w:val="18"/>
        </w:rPr>
        <w:t>（このページは説明用です。印刷するときは、本文のページだけを選んで印刷してください）</w:t>
      </w:r>
    </w:p>
    <w:p>
      <w:pPr>
        <w:spacing w:before="80"/>
        <w:jc w:val="left"/>
      </w:pPr>
      <w:r>
        <w:rPr>
          <w:rFonts w:ascii="游ゴシック" w:hAnsi="游ゴシック" w:eastAsia="游ゴシック" w:cs="游ゴシック"/>
          <w:b/>
          <w:sz w:val="21"/>
        </w:rPr>
        <w:t>■ この書類について</w:t>
      </w:r>
    </w:p>
    <w:p>
      <w:pPr>
        <w:ind w:left="170"/>
        <w:jc w:val="left"/>
      </w:pPr>
      <w:r>
        <w:rPr>
          <w:rFonts w:ascii="游明朝" w:hAnsi="游明朝" w:eastAsia="游明朝" w:cs="游明朝"/>
          <w:b w:val="0"/>
          <w:sz w:val="21"/>
        </w:rPr>
        <w:t>書類を送るときに添える、基本の送付状です。何を何部送ったかを記せて、お仕事にも個人のやりとりにも使えます。</w:t>
      </w:r>
    </w:p>
    <w:p>
      <w:pPr>
        <w:spacing w:before="120"/>
        <w:jc w:val="left"/>
      </w:pPr>
      <w:r>
        <w:rPr>
          <w:rFonts w:ascii="游ゴシック" w:hAnsi="游ゴシック" w:eastAsia="游ゴシック" w:cs="游ゴシック"/>
          <w:b/>
          <w:sz w:val="21"/>
        </w:rPr>
        <w:t>■ 使い方</w:t>
      </w:r>
    </w:p>
    <w:p>
      <w:pPr>
        <w:spacing w:after="20"/>
        <w:ind w:left="380" w:hanging="210"/>
        <w:jc w:val="left"/>
      </w:pPr>
      <w:r>
        <w:rPr>
          <w:rFonts w:ascii="游明朝" w:hAnsi="游明朝" w:eastAsia="游明朝" w:cs="游明朝"/>
          <w:b w:val="0"/>
          <w:sz w:val="21"/>
        </w:rPr>
        <w:t>・宛名・差出人・書類名・部数を書き換えて使います。書類は、送付状を一番上にして重ね、封筒に入れます。</w:t>
      </w:r>
    </w:p>
    <w:p>
      <w:pPr>
        <w:spacing w:after="20"/>
        <w:ind w:left="380" w:hanging="210"/>
        <w:jc w:val="left"/>
      </w:pPr>
      <w:r>
        <w:rPr>
          <w:rFonts w:ascii="游明朝" w:hAnsi="游明朝" w:eastAsia="游明朝" w:cs="游明朝"/>
          <w:b w:val="0"/>
          <w:sz w:val="21"/>
        </w:rPr>
        <w:t>・返送してほしいときは、返送の欄にチェックを入れ、期限を書きます。返信用の封筒（切手つき）を同封すると、相手の手間が減ります。</w:t>
      </w:r>
    </w:p>
    <w:p>
      <w:pPr>
        <w:spacing w:after="20"/>
        <w:ind w:left="380" w:hanging="210"/>
        <w:jc w:val="left"/>
      </w:pPr>
      <w:r>
        <w:rPr>
          <w:rFonts w:ascii="游明朝" w:hAnsi="游明朝" w:eastAsia="游明朝" w:cs="游明朝"/>
          <w:b w:val="0"/>
          <w:sz w:val="21"/>
        </w:rPr>
        <w:t>・2ページ目に、やわらかい言い方や、個人の方に送るときの文例があります。送る相手に合わせて、本文を差し替えてください。</w:t>
      </w:r>
    </w:p>
    <w:p>
      <w:pPr>
        <w:spacing w:after="20"/>
        <w:ind w:left="380" w:hanging="210"/>
        <w:jc w:val="left"/>
      </w:pPr>
      <w:r>
        <w:rPr>
          <w:rFonts w:ascii="游明朝" w:hAnsi="游明朝" w:eastAsia="游明朝" w:cs="游明朝"/>
          <w:b w:val="0"/>
          <w:sz w:val="21"/>
        </w:rPr>
        <w:t>・契約書や個人情報を含む書類は、送った記録が残る方法で送り、送付日を控えておきます。</w:t>
      </w:r>
    </w:p>
    <w:p>
      <w:pPr>
        <w:spacing w:before="120"/>
        <w:jc w:val="left"/>
      </w:pPr>
      <w:r>
        <w:rPr>
          <w:rFonts w:ascii="游ゴシック" w:hAnsi="游ゴシック" w:eastAsia="游ゴシック" w:cs="游ゴシック"/>
          <w:b/>
          <w:sz w:val="21"/>
        </w:rPr>
        <w:t>■ ご利用の条件</w:t>
      </w:r>
    </w:p>
    <w:p>
      <w:pPr>
        <w:spacing w:after="20"/>
        <w:ind w:left="380" w:hanging="210"/>
        <w:jc w:val="left"/>
      </w:pPr>
      <w:r>
        <w:rPr>
          <w:rFonts w:ascii="游明朝" w:hAnsi="游明朝" w:eastAsia="游明朝" w:cs="游明朝"/>
          <w:b w:val="0"/>
          <w:sz w:val="21"/>
        </w:rPr>
        <w:t>・このひな形は、ご自身のお仕事や暮らしの中で、自由に書き換えてお使いいただけます。</w:t>
      </w:r>
    </w:p>
    <w:p>
      <w:pPr>
        <w:spacing w:after="20"/>
        <w:ind w:left="380" w:hanging="210"/>
        <w:jc w:val="left"/>
      </w:pPr>
      <w:r>
        <w:rPr>
          <w:rFonts w:ascii="游明朝" w:hAnsi="游明朝" w:eastAsia="游明朝" w:cs="游明朝"/>
          <w:b w:val="0"/>
          <w:sz w:val="21"/>
        </w:rPr>
        <w:t>・ひな形そのもの（このファイル）の再配布・販売・ほかのサイトへの転載は、ご遠慮ください。</w:t>
      </w:r>
    </w:p>
    <w:p>
      <w:pPr>
        <w:spacing w:after="20"/>
        <w:ind w:left="380" w:hanging="210"/>
        <w:jc w:val="left"/>
      </w:pPr>
      <w:r>
        <w:rPr>
          <w:rFonts w:ascii="游明朝" w:hAnsi="游明朝" w:eastAsia="游明朝" w:cs="游明朝"/>
          <w:b w:val="0"/>
          <w:sz w:val="21"/>
        </w:rPr>
        <w:t>・このページと、各ページの下にある提供元の表記は、書き換えられないようにしてあります。各ページの下の表記は、Wordで開いたときの画面にだけ出て、印刷には出ません。</w:t>
      </w:r>
    </w:p>
    <w:p>
      <w:pPr>
        <w:spacing w:before="120"/>
        <w:jc w:val="left"/>
      </w:pPr>
      <w:r>
        <w:rPr>
          <w:rFonts w:ascii="游ゴシック" w:hAnsi="游ゴシック" w:eastAsia="游ゴシック" w:cs="游ゴシック"/>
          <w:b/>
          <w:sz w:val="21"/>
        </w:rPr>
        <w:t>■ ご注意</w:t>
      </w:r>
    </w:p>
    <w:p>
      <w:pPr>
        <w:spacing w:after="20"/>
        <w:ind w:left="380" w:hanging="210"/>
        <w:jc w:val="left"/>
      </w:pPr>
      <w:r>
        <w:rPr>
          <w:rFonts w:ascii="游明朝" w:hAnsi="游明朝" w:eastAsia="游明朝" w:cs="游明朝"/>
          <w:b w:val="0"/>
          <w:sz w:val="21"/>
        </w:rPr>
        <w:t>・このひな形は、一般的な場面を想定した参考書式です。お使いになる前に、内容がご自身の状況に合っているかをご確認いただき、必要に応じて書き換えてください。</w:t>
      </w:r>
    </w:p>
    <w:p>
      <w:pPr>
        <w:spacing w:after="20"/>
        <w:ind w:left="380" w:hanging="210"/>
        <w:jc w:val="left"/>
      </w:pPr>
      <w:r>
        <w:rPr>
          <w:rFonts w:ascii="游明朝" w:hAnsi="游明朝" w:eastAsia="游明朝" w:cs="游明朝"/>
          <w:b w:val="0"/>
          <w:sz w:val="21"/>
        </w:rPr>
        <w:t>・契約・法律・税金に関わる書類は、使う前に弁護士・司法書士・税理士などの専門家にご相談いただくと安心です。</w:t>
      </w:r>
    </w:p>
    <w:p>
      <w:pPr>
        <w:spacing w:after="20"/>
        <w:ind w:left="380" w:hanging="210"/>
        <w:jc w:val="left"/>
      </w:pPr>
      <w:r>
        <w:rPr>
          <w:rFonts w:ascii="游明朝" w:hAnsi="游明朝" w:eastAsia="游明朝" w:cs="游明朝"/>
          <w:b w:val="0"/>
          <w:sz w:val="21"/>
        </w:rPr>
        <w:t>・このひな形を使ったことで生じた損害については、責任を負いかねます。あらかじめご了承ください。</w:t>
      </w:r>
    </w:p>
    <w:p>
      <w:pPr>
        <w:spacing w:before="280"/>
        <w:jc w:val="right"/>
      </w:pPr>
      <w:r>
        <w:rPr>
          <w:rFonts w:ascii="游ゴシック" w:hAnsi="游ゴシック" w:eastAsia="游ゴシック" w:cs="游ゴシック"/>
          <w:b/>
          <w:sz w:val="20"/>
        </w:rPr>
        <w:t>フォーマットのご提供：大家のプーさん（無断での複製・転載を禁じます）</w:t>
      </w:r>
    </w:p>
    <w:p>
      <w:pPr>
        <w:jc w:val="right"/>
      </w:pPr>
      <w:r>
        <w:rPr>
          <w:rFonts w:ascii="游ゴシック" w:hAnsi="游ゴシック" w:eastAsia="游ゴシック" w:cs="游ゴシック"/>
          <w:b w:val="0"/>
          <w:color w:val="404040"/>
          <w:sz w:val="17"/>
        </w:rPr>
        <w:t>Format provided by ooya the Pooh. Unauthorized reproduction or redistribution is prohibited.</w:t>
      </w:r>
    </w:p>
    <w:sectPr w:rsidR="00FC693F" w:rsidRPr="0006063C" w:rsidSect="00034616">
      <w:footerReference w:type="default" r:id="rId10"/>
      <w:pgSz w:w="11906" w:h="16838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 w:after="0" w:line="240" w:lineRule="auto"/>
      <w:jc w:val="center"/>
    </w:pPr>
    <w:r>
      <w:rPr>
        <w:rFonts w:ascii="游ゴシック" w:hAnsi="游ゴシック" w:eastAsia="游ゴシック" w:cs="游ゴシック"/>
        <w:vanish/>
        <w:color w:val="808080"/>
        <w:sz w:val="14"/>
      </w:rPr>
      <w:t>フォーマットのご提供：大家のプーさん（無断での複製・転載を禁じます）</w:t>
    </w:r>
    <w:r>
      <w:rPr>
        <w:vanish/>
      </w:rPr>
      <w:br/>
    </w:r>
    <w:r>
      <w:rPr>
        <w:rFonts w:ascii="游ゴシック" w:hAnsi="游ゴシック" w:eastAsia="游ゴシック" w:cs="游ゴシック"/>
        <w:vanish/>
        <w:color w:val="808080"/>
        <w:sz w:val="12"/>
      </w:rPr>
      <w:t>Format provided by ooya the Pooh. Unauthorized reproduction or redistribution is prohibited.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 w:after="0" w:line="240" w:lineRule="auto"/>
      <w:jc w:val="center"/>
    </w:pPr>
    <w:r>
      <w:rPr>
        <w:rFonts w:ascii="游ゴシック" w:hAnsi="游ゴシック" w:eastAsia="游ゴシック" w:cs="游ゴシック"/>
        <w:vanish/>
        <w:color w:val="808080"/>
        <w:sz w:val="14"/>
      </w:rPr>
      <w:t>フォーマットのご提供：大家のプーさん（無断での複製・転載を禁じます）</w:t>
    </w:r>
    <w:r>
      <w:rPr>
        <w:vanish/>
      </w:rPr>
      <w:br/>
    </w:r>
    <w:r>
      <w:rPr>
        <w:rFonts w:ascii="游ゴシック" w:hAnsi="游ゴシック" w:eastAsia="游ゴシック" w:cs="游ゴシック"/>
        <w:vanish/>
        <w:color w:val="808080"/>
        <w:sz w:val="12"/>
      </w:rPr>
      <w:t>Format provided by ooya the Pooh. Unauthorized reproduction or redistribution is prohibited.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00"/>
  <w:displayBackgroundShape/>
  <w:proofState w:spelling="clean" w:grammar="clean"/>
  <w:documentProtection w:edit="forms" w:enforcement="1" w:cryptProviderType="rsaAES" w:cryptAlgorithmClass="hash" w:cryptAlgorithmType="typeAny" w:cryptAlgorithmSid="14" w:cryptSpinCount="100000" w:hash="u1yDVCqjNU7C1ATeYYiiGlWEkxZpTC08fohYXf7Sg+DhpSEEYlnTJQ6T605f90zR5MjrmhzA0peWR6EfrAxUIQ==" w:salt="Hy8nAjzENa9z98X0K/ageA==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40" w:line="288" w:lineRule="auto"/>
    </w:pPr>
    <w:rPr>
      <w:rFonts w:ascii="游明朝" w:hAnsi="游明朝" w:eastAsia="游明朝" w:cs="游明朝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Relationship Id="rId1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>大家のプーさん（ooya the Pooh）</Company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送付状（書類送付のご案内）</dc:title>
  <dc:subject/>
  <dc:creator>大家のプーさん</dc:creator>
  <cp:keywords>大家のプーさん, ooya the Pooh</cp:keywords>
  <dc:description>フォーマットのご提供：大家のプーさん（無断での複製・転載を禁じます） / Format provided by ooya the Pooh. Unauthorized reproduction or redistribution is prohibited.</dc:description>
  <cp:lastModifiedBy>大家のプーさん</cp:lastModifiedBy>
  <cp:revision>1</cp:revision>
  <dcterms:created xsi:type="dcterms:W3CDTF">2026-10-11T13:19:01Z</dcterms:created>
  <dcterms:modified xsi:type="dcterms:W3CDTF">2026-10-11T13:19:01Z</dcterms:modified>
  <cp:category>大家のプーさん（ooya the Pooh）</cp:category>
</cp:coreProperties>
</file>