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>
    <v:background id="_x0000_s1025" o:bwmode="white" o:targetscreensize="1024,768">
      <v:fill r:id="rId11" o:title="provided by ooya the Pooh" type="frame"/>
    </v:background>
  </w:background>
  <w:body>
    <w:p>
      <w:pPr>
        <w:jc w:val="right"/>
      </w:pPr>
      <w:r>
        <w:rPr>
          <w:rFonts w:ascii="游明朝" w:hAnsi="游明朝" w:eastAsia="游明朝" w:cs="游明朝"/>
          <w:b w:val="0"/>
          <w:sz w:val="21"/>
        </w:rPr>
        <w:t xml:space="preserve">　　　　年　　月　　日</w:t>
      </w:r>
    </w:p>
    <w:p>
      <w:pPr>
        <w:spacing w:after="80"/>
        <w:jc w:val="left"/>
      </w:pPr>
      <w:r>
        <w:rPr>
          <w:rFonts w:ascii="游明朝" w:hAnsi="游明朝" w:eastAsia="游明朝" w:cs="游明朝"/>
          <w:b w:val="0"/>
          <w:sz w:val="24"/>
        </w:rPr>
        <w:t>○○○○　様</w:t>
      </w:r>
    </w:p>
    <w:p>
      <w:pPr>
        <w:jc w:val="right"/>
      </w:pPr>
      <w:r>
        <w:rPr>
          <w:rFonts w:ascii="游明朝" w:hAnsi="游明朝" w:eastAsia="游明朝" w:cs="游明朝"/>
          <w:b w:val="0"/>
          <w:sz w:val="21"/>
        </w:rPr>
        <w:t>事業所の所在地　○○県○○市○○町○－○－○</w:t>
      </w:r>
    </w:p>
    <w:p>
      <w:pPr>
        <w:jc w:val="right"/>
      </w:pPr>
      <w:r>
        <w:rPr>
          <w:rFonts w:ascii="游明朝" w:hAnsi="游明朝" w:eastAsia="游明朝" w:cs="游明朝"/>
          <w:b w:val="0"/>
          <w:sz w:val="21"/>
        </w:rPr>
        <w:t>事業所の名称　○○○○株式会社</w:t>
      </w:r>
    </w:p>
    <w:p>
      <w:pPr>
        <w:jc w:val="right"/>
      </w:pPr>
      <w:r>
        <w:rPr>
          <w:rFonts w:ascii="游明朝" w:hAnsi="游明朝" w:eastAsia="游明朝" w:cs="游明朝"/>
          <w:b w:val="0"/>
          <w:sz w:val="21"/>
        </w:rPr>
        <w:t>使用者の職氏名　代表取締役　○○○○　　印</w:t>
      </w:r>
    </w:p>
    <w:p>
      <w:pPr>
        <w:keepNext/>
        <w:spacing w:after="200" w:before="200"/>
        <w:jc w:val="center"/>
      </w:pPr>
      <w:r>
        <w:rPr>
          <w:rFonts w:ascii="游明朝" w:hAnsi="游明朝" w:eastAsia="游明朝" w:cs="游明朝"/>
          <w:b/>
          <w:sz w:val="32"/>
        </w:rPr>
        <w:t>退　職　証　明　書</w:t>
      </w:r>
    </w:p>
    <w:p>
      <w:pPr>
        <w:jc w:val="left"/>
      </w:pPr>
      <w:r>
        <w:rPr>
          <w:rFonts w:ascii="游明朝" w:hAnsi="游明朝" w:eastAsia="游明朝" w:cs="游明朝"/>
          <w:b w:val="0"/>
          <w:sz w:val="21"/>
        </w:rPr>
        <w:t xml:space="preserve">　あなたからのご請求に基づき、下記の事項について、相違ないことを証明します。</w:t>
      </w:r>
    </w:p>
    <w:p>
      <w:pPr>
        <w:spacing w:after="120" w:before="120"/>
        <w:jc w:val="center"/>
      </w:pPr>
      <w:r>
        <w:rPr>
          <w:rFonts w:ascii="游明朝" w:hAnsi="游明朝" w:eastAsia="游明朝" w:cs="游明朝"/>
          <w:b w:val="0"/>
          <w:sz w:val="21"/>
        </w:rPr>
        <w:t>記</w:t>
      </w:r>
    </w:p>
    <w:tbl>
      <w:tblPr>
        <w:tblStyle w:val="TableGrid"/>
        <w:tblW w:type="dxa" w:w="9412"/>
        <w:jc w:val="center"/>
        <w:tblLayout w:type="fixed"/>
        <w:tblLook w:firstColumn="1" w:firstRow="1" w:lastColumn="0" w:lastRow="0" w:noHBand="0" w:noVBand="1" w:val="04A0"/>
      </w:tblPr>
      <w:tblGrid>
        <w:gridCol w:w="2258"/>
        <w:gridCol w:w="847"/>
        <w:gridCol w:w="6306"/>
      </w:tblGrid>
      <w:tr>
        <w:trPr>
          <w:cantSplit/>
          <w:trHeight w:val="397" w:hRule="atLeast"/>
          <w:tblHeader/>
        </w:trPr>
        <w:tc>
          <w:tcPr>
            <w:tcW w:type="dxa" w:w="2259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游明朝" w:hAnsi="游明朝" w:eastAsia="游明朝" w:cs="游明朝"/>
                <w:b/>
                <w:sz w:val="20"/>
              </w:rPr>
              <w:t>証明する事項</w:t>
            </w:r>
          </w:p>
        </w:tc>
        <w:tc>
          <w:tcPr>
            <w:tcW w:type="dxa" w:w="847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游明朝" w:hAnsi="游明朝" w:eastAsia="游明朝" w:cs="游明朝"/>
                <w:b/>
                <w:sz w:val="20"/>
              </w:rPr>
              <w:t>請求</w:t>
            </w:r>
          </w:p>
        </w:tc>
        <w:tc>
          <w:tcPr>
            <w:tcW w:type="dxa" w:w="6305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游明朝" w:hAnsi="游明朝" w:eastAsia="游明朝" w:cs="游明朝"/>
                <w:b/>
                <w:sz w:val="20"/>
              </w:rPr>
              <w:t>内容</w:t>
            </w:r>
          </w:p>
        </w:tc>
      </w:tr>
      <w:tr>
        <w:trPr>
          <w:cantSplit/>
          <w:trHeight w:val="624" w:hRule="atLeast"/>
        </w:trPr>
        <w:tc>
          <w:tcPr>
            <w:tcW w:type="dxa" w:w="2259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使用期間</w:t>
            </w:r>
          </w:p>
        </w:tc>
        <w:tc>
          <w:tcPr>
            <w:tcW w:type="dxa" w:w="847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  <w:tc>
          <w:tcPr>
            <w:tcW w:type="dxa" w:w="6305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 xml:space="preserve">　　　　年　　月　　日　から　　　　年　　月　　日　まで</w:t>
            </w:r>
          </w:p>
        </w:tc>
      </w:tr>
      <w:tr>
        <w:trPr>
          <w:cantSplit/>
          <w:trHeight w:val="624" w:hRule="atLeast"/>
        </w:trPr>
        <w:tc>
          <w:tcPr>
            <w:tcW w:type="dxa" w:w="2259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業務の種類</w:t>
            </w:r>
          </w:p>
        </w:tc>
        <w:tc>
          <w:tcPr>
            <w:tcW w:type="dxa" w:w="847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  <w:tc>
          <w:tcPr>
            <w:tcW w:type="dxa" w:w="6305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</w:tr>
      <w:tr>
        <w:trPr>
          <w:cantSplit/>
          <w:trHeight w:val="624" w:hRule="atLeast"/>
        </w:trPr>
        <w:tc>
          <w:tcPr>
            <w:tcW w:type="dxa" w:w="2259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その事業における地位</w:t>
            </w:r>
          </w:p>
        </w:tc>
        <w:tc>
          <w:tcPr>
            <w:tcW w:type="dxa" w:w="847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  <w:tc>
          <w:tcPr>
            <w:tcW w:type="dxa" w:w="6305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</w:tr>
      <w:tr>
        <w:trPr>
          <w:cantSplit/>
          <w:trHeight w:val="624" w:hRule="atLeast"/>
        </w:trPr>
        <w:tc>
          <w:tcPr>
            <w:tcW w:type="dxa" w:w="2259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賃金</w:t>
            </w:r>
          </w:p>
        </w:tc>
        <w:tc>
          <w:tcPr>
            <w:tcW w:type="dxa" w:w="847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  <w:tc>
          <w:tcPr>
            <w:tcW w:type="dxa" w:w="6305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退職時の月額　　　　　　　円</w:t>
              <w:br/>
            </w:r>
            <w:r>
              <w:rPr>
                <w:rFonts w:ascii="游明朝" w:hAnsi="游明朝" w:eastAsia="游明朝" w:cs="游明朝"/>
                <w:b w:val="0"/>
                <w:sz w:val="20"/>
              </w:rPr>
              <w:t>（内訳：基本給　　　　　　円、　　　手当　　　　　円）</w:t>
            </w:r>
          </w:p>
        </w:tc>
      </w:tr>
      <w:tr>
        <w:trPr>
          <w:cantSplit/>
          <w:trHeight w:val="624" w:hRule="atLeast"/>
        </w:trPr>
        <w:tc>
          <w:tcPr>
            <w:tcW w:type="dxa" w:w="2259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退職の事由</w:t>
            </w:r>
          </w:p>
        </w:tc>
        <w:tc>
          <w:tcPr>
            <w:tcW w:type="dxa" w:w="847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  <w:tc>
          <w:tcPr>
            <w:tcW w:type="dxa" w:w="6305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下の「退職の事由」のうち、該当するものに印を付けます</w:t>
            </w:r>
          </w:p>
        </w:tc>
      </w:tr>
    </w:tbl>
    <w:p>
      <w:pPr>
        <w:spacing w:after="40"/>
        <w:jc w:val="left"/>
      </w:pPr>
      <w:r>
        <w:rPr>
          <w:rFonts w:ascii="游明朝" w:hAnsi="游明朝" w:eastAsia="游明朝" w:cs="游明朝"/>
          <w:b w:val="0"/>
          <w:sz w:val="21"/>
        </w:rPr>
      </w:r>
    </w:p>
    <w:p>
      <w:pPr>
        <w:keepNext/>
        <w:spacing w:after="40" w:before="120"/>
        <w:jc w:val="left"/>
      </w:pPr>
      <w:r>
        <w:rPr>
          <w:rFonts w:ascii="游明朝" w:hAnsi="游明朝" w:eastAsia="游明朝" w:cs="游明朝"/>
          <w:b/>
          <w:sz w:val="22"/>
        </w:rPr>
        <w:t>退職の事由</w:t>
      </w:r>
    </w:p>
    <w:p>
      <w:pPr>
        <w:spacing w:after="20"/>
        <w:ind w:left="420" w:hanging="420"/>
        <w:jc w:val="left"/>
      </w:pPr>
      <w:r>
        <w:rPr>
          <w:rFonts w:ascii="游明朝" w:hAnsi="游明朝" w:eastAsia="游明朝" w:cs="游明朝"/>
          <w:b w:val="0"/>
          <w:sz w:val="21"/>
        </w:rPr>
        <w:t>□　あなたの自己都合による退職</w:t>
      </w:r>
    </w:p>
    <w:p>
      <w:pPr>
        <w:spacing w:after="20"/>
        <w:ind w:left="420" w:hanging="420"/>
        <w:jc w:val="left"/>
      </w:pPr>
      <w:r>
        <w:rPr>
          <w:rFonts w:ascii="游明朝" w:hAnsi="游明朝" w:eastAsia="游明朝" w:cs="游明朝"/>
          <w:b w:val="0"/>
          <w:sz w:val="21"/>
        </w:rPr>
        <w:t>□　当社の勧奨による退職</w:t>
      </w:r>
    </w:p>
    <w:p>
      <w:pPr>
        <w:spacing w:after="20"/>
        <w:ind w:left="420" w:hanging="420"/>
        <w:jc w:val="left"/>
      </w:pPr>
      <w:r>
        <w:rPr>
          <w:rFonts w:ascii="游明朝" w:hAnsi="游明朝" w:eastAsia="游明朝" w:cs="游明朝"/>
          <w:b w:val="0"/>
          <w:sz w:val="21"/>
        </w:rPr>
        <w:t>□　定年による退職</w:t>
      </w:r>
    </w:p>
    <w:p>
      <w:pPr>
        <w:spacing w:after="20"/>
        <w:ind w:left="420" w:hanging="420"/>
        <w:jc w:val="left"/>
      </w:pPr>
      <w:r>
        <w:rPr>
          <w:rFonts w:ascii="游明朝" w:hAnsi="游明朝" w:eastAsia="游明朝" w:cs="游明朝"/>
          <w:b w:val="0"/>
          <w:sz w:val="21"/>
        </w:rPr>
        <w:t>□　契約期間の満了による退職</w:t>
      </w:r>
    </w:p>
    <w:p>
      <w:pPr>
        <w:spacing w:after="20"/>
        <w:ind w:left="420" w:hanging="420"/>
        <w:jc w:val="left"/>
      </w:pPr>
      <w:r>
        <w:rPr>
          <w:rFonts w:ascii="游明朝" w:hAnsi="游明朝" w:eastAsia="游明朝" w:cs="游明朝"/>
          <w:b w:val="0"/>
          <w:sz w:val="21"/>
        </w:rPr>
        <w:t>□　移籍出向による退職</w:t>
      </w:r>
    </w:p>
    <w:p>
      <w:pPr>
        <w:spacing w:after="20"/>
        <w:ind w:left="420" w:hanging="420"/>
        <w:jc w:val="left"/>
      </w:pPr>
      <w:r>
        <w:rPr>
          <w:rFonts w:ascii="游明朝" w:hAnsi="游明朝" w:eastAsia="游明朝" w:cs="游明朝"/>
          <w:b w:val="0"/>
          <w:sz w:val="21"/>
        </w:rPr>
        <w:t>□　その他（具体的に：　　　　　　　　　　　　　　　　　　　　　　）</w:t>
      </w:r>
    </w:p>
    <w:p>
      <w:pPr>
        <w:spacing w:after="20"/>
        <w:ind w:left="420" w:hanging="420"/>
        <w:jc w:val="left"/>
      </w:pPr>
      <w:r>
        <w:rPr>
          <w:rFonts w:ascii="游明朝" w:hAnsi="游明朝" w:eastAsia="游明朝" w:cs="游明朝"/>
          <w:b w:val="0"/>
          <w:sz w:val="21"/>
        </w:rPr>
        <w:t>□　解雇（下欄の理由による）</w:t>
      </w:r>
    </w:p>
    <w:p>
      <w:pPr>
        <w:keepNext/>
        <w:spacing w:after="40" w:before="120"/>
        <w:jc w:val="left"/>
      </w:pPr>
      <w:r>
        <w:rPr>
          <w:rFonts w:ascii="游明朝" w:hAnsi="游明朝" w:eastAsia="游明朝" w:cs="游明朝"/>
          <w:b/>
          <w:sz w:val="22"/>
        </w:rPr>
        <w:t>解雇の理由（解雇の場合で、理由の証明を請求されたときのみ記入）</w:t>
      </w:r>
    </w:p>
    <w:tbl>
      <w:tblPr>
        <w:tblStyle w:val="TableGrid"/>
        <w:tblW w:type="dxa" w:w="9412"/>
        <w:jc w:val="center"/>
        <w:tblLayout w:type="fixed"/>
        <w:tblLook w:firstColumn="1" w:firstRow="1" w:lastColumn="0" w:lastRow="0" w:noHBand="0" w:noVBand="1" w:val="04A0"/>
      </w:tblPr>
      <w:tblGrid>
        <w:gridCol w:w="9412"/>
      </w:tblGrid>
      <w:tr>
        <w:trPr>
          <w:cantSplit/>
          <w:trHeight w:val="1701" w:hRule="atLeast"/>
        </w:trPr>
        <w:tc>
          <w:tcPr>
            <w:tcW w:type="dxa" w:w="9411"/>
            <w:vAlign w:val="top"/>
          </w:tcPr>
          <w:p>
            <w:pPr>
              <w:spacing w:after="0"/>
            </w:pPr>
            <w:r>
              <w:rPr>
                <w:rFonts w:ascii="游明朝" w:hAnsi="游明朝" w:eastAsia="游明朝" w:cs="游明朝"/>
                <w:b/>
                <w:sz w:val="20"/>
              </w:rPr>
              <w:t>就業規則の該当条項と、その条項に該当するとした具体的な事実</w:t>
            </w:r>
          </w:p>
          <w:p>
            <w:r>
              <w:rPr>
                <w:rFonts w:ascii="游明朝" w:hAnsi="游明朝" w:eastAsia="游明朝" w:cs="游明朝"/>
                <w:b w:val="0"/>
                <w:sz w:val="20"/>
              </w:rPr>
              <w:t>就業規則第　　条第　　項（　　　　　　　　　　　　　　　）に該当したため</w:t>
            </w:r>
          </w:p>
          <w:p>
            <w:r>
              <w:rPr>
                <w:rFonts w:ascii="游明朝" w:hAnsi="游明朝" w:eastAsia="游明朝" w:cs="游明朝"/>
                <w:b w:val="0"/>
                <w:sz w:val="20"/>
              </w:rPr>
              <w:t>具体的な事実：</w:t>
            </w:r>
          </w:p>
        </w:tc>
      </w:tr>
    </w:tbl>
    <w:p>
      <w:pPr>
        <w:spacing w:after="40"/>
        <w:jc w:val="left"/>
      </w:pPr>
      <w:r>
        <w:rPr>
          <w:rFonts w:ascii="游明朝" w:hAnsi="游明朝" w:eastAsia="游明朝" w:cs="游明朝"/>
          <w:b w:val="0"/>
          <w:sz w:val="21"/>
        </w:rPr>
      </w:r>
    </w:p>
    <w:p>
      <w:pPr>
        <w:spacing w:before="80"/>
        <w:jc w:val="right"/>
      </w:pPr>
      <w:r>
        <w:rPr>
          <w:rFonts w:ascii="游明朝" w:hAnsi="游明朝" w:eastAsia="游明朝" w:cs="游明朝"/>
          <w:b w:val="0"/>
          <w:sz w:val="21"/>
        </w:rPr>
        <w:t>以上</w:t>
      </w:r>
    </w:p>
    <w:p>
      <w:pPr>
        <w:jc w:val="left"/>
      </w:pPr>
      <w:r>
        <w:rPr>
          <w:rFonts w:ascii="游明朝" w:hAnsi="游明朝" w:eastAsia="游明朝" w:cs="游明朝"/>
          <w:b w:val="0"/>
          <w:color w:val="404040"/>
          <w:sz w:val="18"/>
        </w:rPr>
        <w:t>※この証明書は、ご請求のあった事項のみを証明しています。ご請求のなかった事項は記入していません。</w:t>
      </w:r>
    </w:p>
    <w:p>
      <w:pPr>
        <w:jc w:val="left"/>
        <w:sectPr>
          <w:footerReference w:type="default" r:id="rId9"/>
          <w:pgSz w:w="11906" w:h="16838"/>
          <w:pgMar w:top="1134" w:right="1247" w:bottom="1134" w:left="1247" w:header="720" w:footer="720" w:gutter="0"/>
          <w:cols w:space="720"/>
          <w:formProt w:val="false"/>
          <w:docGrid w:linePitch="360"/>
        </w:sectPr>
      </w:pPr>
      <w:r>
        <w:rPr>
          <w:rFonts w:ascii="游明朝" w:hAnsi="游明朝" w:eastAsia="游明朝" w:cs="游明朝"/>
          <w:b w:val="0"/>
          <w:color w:val="404040"/>
          <w:sz w:val="18"/>
        </w:rPr>
        <w:t>※解雇の場合で、解雇の理由の証明をご請求されなかったときは、「解雇の理由」の欄は記入していません。</w:t>
      </w:r>
    </w:p>
    <w:p>
      <w:pPr>
        <w:spacing w:after="0"/>
        <w:jc w:val="left"/>
      </w:pPr>
      <w:r>
        <w:rPr>
          <w:rFonts w:ascii="游ゴシック" w:hAnsi="游ゴシック" w:eastAsia="游ゴシック" w:cs="游ゴシック"/>
          <w:b/>
          <w:color w:val="404040"/>
          <w:sz w:val="20"/>
        </w:rPr>
        <w:t>大家のプーさん　事務の書類ひな形集</w:t>
      </w:r>
    </w:p>
    <w:p>
      <w:pPr>
        <w:spacing w:after="40" w:before="40"/>
        <w:jc w:val="left"/>
      </w:pPr>
      <w:r>
        <w:rPr>
          <w:rFonts w:ascii="游ゴシック" w:hAnsi="游ゴシック" w:eastAsia="游ゴシック" w:cs="游ゴシック"/>
          <w:b/>
          <w:sz w:val="28"/>
        </w:rPr>
        <w:t>このひな形について</w:t>
      </w:r>
    </w:p>
    <w:p>
      <w:pPr>
        <w:spacing w:after="160"/>
        <w:jc w:val="left"/>
      </w:pPr>
      <w:r>
        <w:rPr>
          <w:rFonts w:ascii="游明朝" w:hAnsi="游明朝" w:eastAsia="游明朝" w:cs="游明朝"/>
          <w:b w:val="0"/>
          <w:color w:val="404040"/>
          <w:sz w:val="18"/>
        </w:rPr>
        <w:t>（このページは説明用です。印刷するときは、本文のページだけを選んで印刷してください）</w:t>
      </w:r>
    </w:p>
    <w:p>
      <w:pPr>
        <w:spacing w:before="80"/>
        <w:jc w:val="left"/>
      </w:pPr>
      <w:r>
        <w:rPr>
          <w:rFonts w:ascii="游ゴシック" w:hAnsi="游ゴシック" w:eastAsia="游ゴシック" w:cs="游ゴシック"/>
          <w:b/>
          <w:sz w:val="21"/>
        </w:rPr>
        <w:t>■ この書類について</w:t>
      </w:r>
    </w:p>
    <w:p>
      <w:pPr>
        <w:ind w:left="170"/>
        <w:jc w:val="left"/>
      </w:pPr>
      <w:r>
        <w:rPr>
          <w:rFonts w:ascii="游明朝" w:hAnsi="游明朝" w:eastAsia="游明朝" w:cs="游明朝"/>
          <w:b w:val="0"/>
          <w:sz w:val="21"/>
        </w:rPr>
        <w:t>退職した方から請求があったときに会社が交付する証明書です。使用期間・業務の種類・地位・賃金・退職の事由のうち、請求された項目だけを記入する形にしています。</w:t>
      </w:r>
    </w:p>
    <w:p>
      <w:pPr>
        <w:spacing w:before="120"/>
        <w:jc w:val="left"/>
      </w:pPr>
      <w:r>
        <w:rPr>
          <w:rFonts w:ascii="游ゴシック" w:hAnsi="游ゴシック" w:eastAsia="游ゴシック" w:cs="游ゴシック"/>
          <w:b/>
          <w:sz w:val="21"/>
        </w:rPr>
        <w:t>■ 使い方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・退職した方から請求のあった項目の「請求」欄に○を付け、その項目だけを記入してください。請求のない項目は空欄のままにするか、斜線を引きます。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退職の事由は、あてはまるものを一つ選んで□に印を付けます。解雇の場合で、本人から理由の証明も求められたときは、「解雇の理由」の欄に就業規則の条項と、その条項に当たるとした具体的な事実を書きます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・請求を受けたら、遅滞なく交付します。退職から時間がたってから請求されることもありますので、在籍中の記録は保管しておくと安心です。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・ハローワークの手続きで使う「離職票」とは別の書類です。離職票は、雇用保険の資格喪失の手続きとあわせて用意します。</w:t>
      </w:r>
    </w:p>
    <w:p>
      <w:pPr>
        <w:spacing w:before="120"/>
        <w:jc w:val="left"/>
      </w:pPr>
      <w:r>
        <w:rPr>
          <w:rFonts w:ascii="游ゴシック" w:hAnsi="游ゴシック" w:eastAsia="游ゴシック" w:cs="游ゴシック"/>
          <w:b/>
          <w:sz w:val="21"/>
        </w:rPr>
        <w:t>■ ご利用の条件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・このひな形は、ご自身のお仕事や暮らしの中で、自由に書き換えてお使いいただけます。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・ひな形そのもの（このファイル）の再配布・販売・ほかのサイトへの転載は、ご遠慮ください。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・このページと、各ページの下にある提供元の表記は、書き換えられないようにしてあります。各ページの下の表記は、Wordで開いたときの画面にだけ出て、印刷には出ません。</w:t>
      </w:r>
    </w:p>
    <w:p>
      <w:pPr>
        <w:spacing w:before="120"/>
        <w:jc w:val="left"/>
      </w:pPr>
      <w:r>
        <w:rPr>
          <w:rFonts w:ascii="游ゴシック" w:hAnsi="游ゴシック" w:eastAsia="游ゴシック" w:cs="游ゴシック"/>
          <w:b/>
          <w:sz w:val="21"/>
        </w:rPr>
        <w:t>■ ご注意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・労働基準法22条により、退職した方から請求があったときは遅滞なく交付する必要があり、本人が請求していない事項を書き入れてはいけません。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・このひな形は、一般的な場面を想定した参考書式です。お使いになる前に、内容がご自身の状況に合っているかをご確認いただき、必要に応じて書き換えてください。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・契約・法律・税金に関わる書類は、使う前に弁護士・司法書士・税理士などの専門家にご相談いただくと安心です。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・このひな形を使ったことで生じた損害については、責任を負いかねます。あらかじめご了承ください。</w:t>
      </w:r>
    </w:p>
    <w:p>
      <w:pPr>
        <w:spacing w:before="280"/>
        <w:jc w:val="right"/>
      </w:pPr>
      <w:r>
        <w:rPr>
          <w:rFonts w:ascii="游ゴシック" w:hAnsi="游ゴシック" w:eastAsia="游ゴシック" w:cs="游ゴシック"/>
          <w:b/>
          <w:sz w:val="20"/>
        </w:rPr>
        <w:t>フォーマットのご提供：大家のプーさん（無断での複製・転載を禁じます）</w:t>
      </w:r>
    </w:p>
    <w:p>
      <w:pPr>
        <w:jc w:val="right"/>
      </w:pPr>
      <w:r>
        <w:rPr>
          <w:rFonts w:ascii="游ゴシック" w:hAnsi="游ゴシック" w:eastAsia="游ゴシック" w:cs="游ゴシック"/>
          <w:b w:val="0"/>
          <w:color w:val="404040"/>
          <w:sz w:val="17"/>
        </w:rPr>
        <w:t>Format provided by ooya the Pooh. Unauthorized reproduction or redistribution is prohibited.</w:t>
      </w:r>
    </w:p>
    <w:sectPr w:rsidR="00FC693F" w:rsidRPr="0006063C" w:rsidSect="00034616"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</w:pPr>
    <w:r>
      <w:rPr>
        <w:rFonts w:ascii="游ゴシック" w:hAnsi="游ゴシック" w:eastAsia="游ゴシック" w:cs="游ゴシック"/>
        <w:vanish/>
        <w:color w:val="808080"/>
        <w:sz w:val="14"/>
      </w:rPr>
      <w:t>フォーマットのご提供：大家のプーさん（無断での複製・転載を禁じます）</w:t>
    </w:r>
    <w:r>
      <w:rPr>
        <w:vanish/>
      </w:rPr>
      <w:br/>
    </w:r>
    <w:r>
      <w:rPr>
        <w:rFonts w:ascii="游ゴシック" w:hAnsi="游ゴシック" w:eastAsia="游ゴシック" w:cs="游ゴシック"/>
        <w:vanish/>
        <w:color w:val="808080"/>
        <w:sz w:val="12"/>
      </w:rPr>
      <w:t>Format provided by ooya the Pooh. Unauthorized reproduction or redistribution is prohibited.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</w:pPr>
    <w:r>
      <w:rPr>
        <w:rFonts w:ascii="游ゴシック" w:hAnsi="游ゴシック" w:eastAsia="游ゴシック" w:cs="游ゴシック"/>
        <w:vanish/>
        <w:color w:val="808080"/>
        <w:sz w:val="14"/>
      </w:rPr>
      <w:t>フォーマットのご提供：大家のプーさん（無断での複製・転載を禁じます）</w:t>
    </w:r>
    <w:r>
      <w:rPr>
        <w:vanish/>
      </w:rPr>
      <w:br/>
    </w:r>
    <w:r>
      <w:rPr>
        <w:rFonts w:ascii="游ゴシック" w:hAnsi="游ゴシック" w:eastAsia="游ゴシック" w:cs="游ゴシック"/>
        <w:vanish/>
        <w:color w:val="808080"/>
        <w:sz w:val="12"/>
      </w:rPr>
      <w:t>Format provided by ooya the Pooh. Unauthorized reproduction or redistribution is prohibited.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displayBackgroundShape/>
  <w:proofState w:spelling="clean" w:grammar="clean"/>
  <w:documentProtection w:edit="forms" w:enforcement="1" w:cryptProviderType="rsaAES" w:cryptAlgorithmClass="hash" w:cryptAlgorithmType="typeAny" w:cryptAlgorithmSid="14" w:cryptSpinCount="100000" w:hash="pZ2skq38SEiPQWfA9g/hvRP6ZbZ1S/TOkun6asI7Aempc6On8rqTTIHOloZwtFDcZaR2gP66Qk3tZgo0edi6/g==" w:salt="ua5+tQivQmLu2VkqCZc7rA==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40" w:line="288" w:lineRule="auto"/>
    </w:pPr>
    <w:rPr>
      <w:rFonts w:ascii="游明朝" w:hAnsi="游明朝" w:eastAsia="游明朝" w:cs="游明朝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大家のプーさん（ooya the Pooh）</Company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退職証明書</dc:title>
  <dc:subject/>
  <dc:creator>大家のプーさん</dc:creator>
  <cp:keywords>大家のプーさん, ooya the Pooh</cp:keywords>
  <dc:description>フォーマットのご提供：大家のプーさん（無断での複製・転載を禁じます） / Format provided by ooya the Pooh. Unauthorized reproduction or redistribution is prohibited.</dc:description>
  <cp:lastModifiedBy>大家のプーさん</cp:lastModifiedBy>
  <cp:revision>1</cp:revision>
  <dcterms:created xsi:type="dcterms:W3CDTF">2026-10-11T13:18:20Z</dcterms:created>
  <dcterms:modified xsi:type="dcterms:W3CDTF">2026-10-11T13:18:20Z</dcterms:modified>
  <cp:category>大家のプーさん（ooya the Pooh）</cp:category>
</cp:coreProperties>
</file>