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tbl>
      <w:tblPr>
        <w:tblStyle w:val="TableGrid"/>
        <w:tblW w:type="auto" w:w="0"/>
        <w:jc w:val="left"/>
        <w:tblLayout w:type="fixed"/>
        <w:tblLook w:firstColumn="1" w:firstRow="1" w:lastColumn="0" w:lastRow="0" w:noHBand="0" w:noVBand="1" w:val="04A0"/>
      </w:tblPr>
      <w:tblGrid>
        <w:gridCol w:w="1360"/>
      </w:tblGrid>
      <w:tr>
        <w:trPr>
          <w:trHeight w:val="1587" w:hRule="atLeast"/>
        </w:trPr>
        <w:tc>
          <w:tcPr>
            <w:tcW w:type="dxa" w:w="1361"/>
            <w:vAlign w:val="center"/>
          </w:tcPr>
          <w:p>
            <w:pPr>
              <w:spacing w:after="0" w:before="0"/>
              <w:jc w:val="center"/>
            </w:pPr>
            <w:r>
              <w:rPr>
                <w:rFonts w:ascii="游明朝" w:hAnsi="游明朝" w:eastAsia="游明朝" w:cs="游明朝"/>
                <w:b w:val="0"/>
                <w:color w:val="404040"/>
                <w:sz w:val="17"/>
              </w:rPr>
              <w:t>収入</w:t>
              <w:br/>
            </w:r>
            <w:r>
              <w:rPr>
                <w:rFonts w:ascii="游明朝" w:hAnsi="游明朝" w:eastAsia="游明朝" w:cs="游明朝"/>
                <w:b w:val="0"/>
                <w:color w:val="404040"/>
                <w:sz w:val="17"/>
              </w:rPr>
              <w:t>印紙</w:t>
            </w:r>
          </w:p>
        </w:tc>
      </w:tr>
    </w:tbl>
    <w:p>
      <w:pPr>
        <w:spacing w:after="40"/>
        <w:jc w:val="left"/>
      </w:pPr>
      <w:r>
        <w:rPr>
          <w:rFonts w:ascii="游明朝" w:hAnsi="游明朝" w:eastAsia="游明朝" w:cs="游明朝"/>
          <w:b w:val="0"/>
          <w:sz w:val="21"/>
        </w:rPr>
      </w:r>
    </w:p>
    <w:p>
      <w:pPr>
        <w:keepNext/>
        <w:spacing w:after="200" w:before="200"/>
        <w:jc w:val="center"/>
      </w:pPr>
      <w:r>
        <w:rPr>
          <w:rFonts w:ascii="游明朝" w:hAnsi="游明朝" w:eastAsia="游明朝" w:cs="游明朝"/>
          <w:b/>
          <w:sz w:val="32"/>
        </w:rPr>
        <w:t>業務委託契約書</w:t>
      </w:r>
    </w:p>
    <w:p>
      <w:pPr>
        <w:jc w:val="left"/>
      </w:pPr>
      <w:r>
        <w:rPr>
          <w:rFonts w:ascii="游明朝" w:hAnsi="游明朝" w:eastAsia="游明朝" w:cs="游明朝"/>
          <w:b w:val="0"/>
          <w:sz w:val="21"/>
        </w:rPr>
        <w:t xml:space="preserve">　○○○○（以下「甲」という。）と○○○○（以下「乙」という。）は、甲が乙に業務を委託することについて、次のとおり契約（以下「本契約」という。）を締結する。</w:t>
      </w:r>
    </w:p>
    <w:p>
      <w:pPr>
        <w:keepNext/>
        <w:spacing w:after="20" w:before="100"/>
        <w:jc w:val="left"/>
      </w:pPr>
      <w:r>
        <w:rPr>
          <w:rFonts w:ascii="游明朝" w:hAnsi="游明朝" w:eastAsia="游明朝" w:cs="游明朝"/>
          <w:b w:val="0"/>
          <w:sz w:val="21"/>
        </w:rPr>
        <w:t>第１条（目的）</w:t>
      </w:r>
    </w:p>
    <w:p>
      <w:pPr>
        <w:spacing w:after="40"/>
        <w:ind w:left="210"/>
        <w:jc w:val="left"/>
      </w:pPr>
      <w:r>
        <w:rPr>
          <w:rFonts w:ascii="游明朝" w:hAnsi="游明朝" w:eastAsia="游明朝" w:cs="游明朝"/>
          <w:b w:val="0"/>
          <w:sz w:val="21"/>
        </w:rPr>
        <w:t>甲は乙に対し、第2条に定める業務（以下「本業務」という。）を委託し、乙はこれを受託する。</w:t>
      </w:r>
    </w:p>
    <w:p>
      <w:pPr>
        <w:keepNext/>
        <w:spacing w:after="20" w:before="100"/>
        <w:jc w:val="left"/>
      </w:pPr>
      <w:r>
        <w:rPr>
          <w:rFonts w:ascii="游明朝" w:hAnsi="游明朝" w:eastAsia="游明朝" w:cs="游明朝"/>
          <w:b w:val="0"/>
          <w:sz w:val="21"/>
        </w:rPr>
        <w:t>第２条（業務の内容）</w:t>
      </w:r>
    </w:p>
    <w:p>
      <w:pPr>
        <w:spacing w:after="40"/>
        <w:ind w:left="210"/>
        <w:jc w:val="left"/>
      </w:pPr>
      <w:r>
        <w:rPr>
          <w:rFonts w:ascii="游明朝" w:hAnsi="游明朝" w:eastAsia="游明朝" w:cs="游明朝"/>
          <w:b w:val="0"/>
          <w:sz w:val="21"/>
        </w:rPr>
        <w:t>本業務の内容は、次のとおりとする。納期、納入場所その他の詳細は、別紙「取引条件」に定める。</w:t>
      </w:r>
    </w:p>
    <w:p>
      <w:pPr>
        <w:spacing w:after="20"/>
        <w:ind w:left="840" w:hanging="630"/>
        <w:jc w:val="left"/>
      </w:pPr>
      <w:r>
        <w:rPr>
          <w:rFonts w:ascii="游明朝" w:hAnsi="游明朝" w:eastAsia="游明朝" w:cs="游明朝"/>
          <w:b w:val="0"/>
          <w:sz w:val="21"/>
        </w:rPr>
        <w:t>（1）○○○○に関する○○○○の作成</w:t>
      </w:r>
    </w:p>
    <w:p>
      <w:pPr>
        <w:spacing w:after="20"/>
        <w:ind w:left="840" w:hanging="630"/>
        <w:jc w:val="left"/>
      </w:pPr>
      <w:r>
        <w:rPr>
          <w:rFonts w:ascii="游明朝" w:hAnsi="游明朝" w:eastAsia="游明朝" w:cs="游明朝"/>
          <w:b w:val="0"/>
          <w:sz w:val="21"/>
        </w:rPr>
        <w:t>（2）○○○○</w:t>
      </w:r>
    </w:p>
    <w:p>
      <w:pPr>
        <w:spacing w:after="40"/>
        <w:ind w:left="420" w:hanging="420"/>
        <w:jc w:val="left"/>
      </w:pPr>
      <w:r>
        <w:rPr>
          <w:rFonts w:ascii="游明朝" w:hAnsi="游明朝" w:eastAsia="游明朝" w:cs="游明朝"/>
          <w:b w:val="0"/>
          <w:sz w:val="21"/>
        </w:rPr>
        <w:t>２　本業務の内容を変更する必要が生じたときは、甲乙協議のうえ、書面（電子メールを含む。以下同じ。）により変更の内容を確認する。</w:t>
      </w:r>
    </w:p>
    <w:p>
      <w:pPr>
        <w:keepNext/>
        <w:spacing w:after="20" w:before="100"/>
        <w:jc w:val="left"/>
      </w:pPr>
      <w:r>
        <w:rPr>
          <w:rFonts w:ascii="游明朝" w:hAnsi="游明朝" w:eastAsia="游明朝" w:cs="游明朝"/>
          <w:b w:val="0"/>
          <w:sz w:val="21"/>
        </w:rPr>
        <w:t>第３条（契約期間）</w:t>
      </w:r>
    </w:p>
    <w:p>
      <w:pPr>
        <w:spacing w:after="40"/>
        <w:ind w:left="210"/>
        <w:jc w:val="left"/>
      </w:pPr>
      <w:r>
        <w:rPr>
          <w:rFonts w:ascii="游明朝" w:hAnsi="游明朝" w:eastAsia="游明朝" w:cs="游明朝"/>
          <w:b w:val="0"/>
          <w:sz w:val="21"/>
        </w:rPr>
        <w:t>本契約の期間は、　　　　年　　月　　日から　　　　年　　月　　日までとする。</w:t>
      </w:r>
    </w:p>
    <w:p>
      <w:pPr>
        <w:spacing w:after="40"/>
        <w:ind w:left="420" w:hanging="420"/>
        <w:jc w:val="left"/>
      </w:pPr>
      <w:r>
        <w:rPr>
          <w:rFonts w:ascii="游明朝" w:hAnsi="游明朝" w:eastAsia="游明朝" w:cs="游明朝"/>
          <w:b w:val="0"/>
          <w:sz w:val="21"/>
        </w:rPr>
        <w:t>２　期間満了の1か月前までに甲乙いずれからも書面による申出がないときは、本契約は同一の条件でさらに1年間更新されるものとし、以後も同様とする。</w:t>
      </w:r>
    </w:p>
    <w:p>
      <w:pPr>
        <w:keepNext/>
        <w:spacing w:after="20" w:before="100"/>
        <w:jc w:val="left"/>
      </w:pPr>
      <w:r>
        <w:rPr>
          <w:rFonts w:ascii="游明朝" w:hAnsi="游明朝" w:eastAsia="游明朝" w:cs="游明朝"/>
          <w:b w:val="0"/>
          <w:sz w:val="21"/>
        </w:rPr>
        <w:t>第４条（業務の遂行方法）</w:t>
      </w:r>
    </w:p>
    <w:p>
      <w:pPr>
        <w:spacing w:after="40"/>
        <w:ind w:left="210"/>
        <w:jc w:val="left"/>
      </w:pPr>
      <w:r>
        <w:rPr>
          <w:rFonts w:ascii="游明朝" w:hAnsi="游明朝" w:eastAsia="游明朝" w:cs="游明朝"/>
          <w:b w:val="0"/>
          <w:sz w:val="21"/>
        </w:rPr>
        <w:t>乙は、自らの裁量と責任により本業務を遂行するものとし、甲は、乙に対し、業務の遂行方法、場所および時間について具体的な指揮命令を行わない。</w:t>
      </w:r>
    </w:p>
    <w:p>
      <w:pPr>
        <w:spacing w:after="40"/>
        <w:ind w:left="420" w:hanging="420"/>
        <w:jc w:val="left"/>
      </w:pPr>
      <w:r>
        <w:rPr>
          <w:rFonts w:ascii="游明朝" w:hAnsi="游明朝" w:eastAsia="游明朝" w:cs="游明朝"/>
          <w:b w:val="0"/>
          <w:sz w:val="21"/>
        </w:rPr>
        <w:t>２　甲は、本業務の遂行に必要な資料・情報を乙に提供し、乙は、これを本業務の目的以外に使用しない。</w:t>
      </w:r>
    </w:p>
    <w:p>
      <w:pPr>
        <w:spacing w:after="40"/>
        <w:ind w:left="420" w:hanging="420"/>
        <w:jc w:val="left"/>
      </w:pPr>
      <w:r>
        <w:rPr>
          <w:rFonts w:ascii="游明朝" w:hAnsi="游明朝" w:eastAsia="游明朝" w:cs="游明朝"/>
          <w:b w:val="0"/>
          <w:sz w:val="21"/>
        </w:rPr>
        <w:t>３　乙は、本業務の進捗について、甲の求めに応じて報告する。</w:t>
      </w:r>
    </w:p>
    <w:p>
      <w:pPr>
        <w:keepNext/>
        <w:spacing w:after="20" w:before="100"/>
        <w:jc w:val="left"/>
      </w:pPr>
      <w:r>
        <w:rPr>
          <w:rFonts w:ascii="游明朝" w:hAnsi="游明朝" w:eastAsia="游明朝" w:cs="游明朝"/>
          <w:b w:val="0"/>
          <w:sz w:val="21"/>
        </w:rPr>
        <w:t>第５条（納入と検査）</w:t>
      </w:r>
    </w:p>
    <w:p>
      <w:pPr>
        <w:spacing w:after="40"/>
        <w:ind w:left="210"/>
        <w:jc w:val="left"/>
      </w:pPr>
      <w:r>
        <w:rPr>
          <w:rFonts w:ascii="游明朝" w:hAnsi="游明朝" w:eastAsia="游明朝" w:cs="游明朝"/>
          <w:b w:val="0"/>
          <w:sz w:val="21"/>
        </w:rPr>
        <w:t>乙は、別紙に定める納期までに、別紙に定める方法により成果物を甲に納入する。</w:t>
      </w:r>
    </w:p>
    <w:p>
      <w:pPr>
        <w:spacing w:after="40"/>
        <w:ind w:left="420" w:hanging="420"/>
        <w:jc w:val="left"/>
      </w:pPr>
      <w:r>
        <w:rPr>
          <w:rFonts w:ascii="游明朝" w:hAnsi="游明朝" w:eastAsia="游明朝" w:cs="游明朝"/>
          <w:b w:val="0"/>
          <w:sz w:val="21"/>
        </w:rPr>
        <w:t>２　甲は、成果物を受領した日から○日以内に検査を行い、その結果を乙に通知する。期間内に通知がないときは、成果物は検査に合格したものとみなす。</w:t>
      </w:r>
    </w:p>
    <w:p>
      <w:pPr>
        <w:spacing w:after="40"/>
        <w:ind w:left="420" w:hanging="420"/>
        <w:jc w:val="left"/>
      </w:pPr>
      <w:r>
        <w:rPr>
          <w:rFonts w:ascii="游明朝" w:hAnsi="游明朝" w:eastAsia="游明朝" w:cs="游明朝"/>
          <w:b w:val="0"/>
          <w:sz w:val="21"/>
        </w:rPr>
        <w:t>３　検査の結果、成果物が本契約の内容に適合しないときは、乙は、甲乙協議のうえ定めた期限までに、自己の費用で修正して再納入する。</w:t>
      </w:r>
    </w:p>
    <w:p>
      <w:pPr>
        <w:keepNext/>
        <w:spacing w:after="20" w:before="100"/>
        <w:jc w:val="left"/>
      </w:pPr>
      <w:r>
        <w:rPr>
          <w:rFonts w:ascii="游明朝" w:hAnsi="游明朝" w:eastAsia="游明朝" w:cs="游明朝"/>
          <w:b w:val="0"/>
          <w:sz w:val="21"/>
        </w:rPr>
        <w:t>第６条（報酬）</w:t>
      </w:r>
    </w:p>
    <w:p>
      <w:pPr>
        <w:spacing w:after="40"/>
        <w:ind w:left="210"/>
        <w:jc w:val="left"/>
      </w:pPr>
      <w:r>
        <w:rPr>
          <w:rFonts w:ascii="游明朝" w:hAnsi="游明朝" w:eastAsia="游明朝" w:cs="游明朝"/>
          <w:b w:val="0"/>
          <w:sz w:val="21"/>
        </w:rPr>
        <w:t>甲は乙に対し、本業務の報酬として、別紙に定める額（消費税および地方消費税を含む。）を支払う。</w:t>
      </w:r>
    </w:p>
    <w:p>
      <w:pPr>
        <w:spacing w:after="40"/>
        <w:ind w:left="420" w:hanging="420"/>
        <w:jc w:val="left"/>
      </w:pPr>
      <w:r>
        <w:rPr>
          <w:rFonts w:ascii="游明朝" w:hAnsi="游明朝" w:eastAsia="游明朝" w:cs="游明朝"/>
          <w:b w:val="0"/>
          <w:sz w:val="21"/>
        </w:rPr>
        <w:t>２　甲は、成果物を受領した日（役務の提供を受ける業務にあっては、役務の提供を受けた日）から起算して60日以内の、別紙に定める支払期日までに、乙の指定する銀行口座に振り込む方法により報酬を支払う。振込手数料は甲の負担とする。</w:t>
      </w:r>
    </w:p>
    <w:p>
      <w:pPr>
        <w:spacing w:after="40"/>
        <w:ind w:left="420" w:hanging="420"/>
        <w:jc w:val="left"/>
      </w:pPr>
      <w:r>
        <w:rPr>
          <w:rFonts w:ascii="游明朝" w:hAnsi="游明朝" w:eastAsia="游明朝" w:cs="游明朝"/>
          <w:b w:val="0"/>
          <w:sz w:val="21"/>
        </w:rPr>
        <w:t>３　甲は、乙の責めに帰すべき事由がない限り、定めた報酬の額を減額しない。</w:t>
      </w:r>
    </w:p>
    <w:p>
      <w:pPr>
        <w:keepNext/>
        <w:spacing w:after="20" w:before="100"/>
        <w:jc w:val="left"/>
      </w:pPr>
      <w:r>
        <w:rPr>
          <w:rFonts w:ascii="游明朝" w:hAnsi="游明朝" w:eastAsia="游明朝" w:cs="游明朝"/>
          <w:b w:val="0"/>
          <w:sz w:val="21"/>
        </w:rPr>
        <w:t>第７条（経費）</w:t>
      </w:r>
    </w:p>
    <w:p>
      <w:pPr>
        <w:spacing w:after="40"/>
        <w:ind w:left="210"/>
        <w:jc w:val="left"/>
      </w:pPr>
      <w:r>
        <w:rPr>
          <w:rFonts w:ascii="游明朝" w:hAnsi="游明朝" w:eastAsia="游明朝" w:cs="游明朝"/>
          <w:b w:val="0"/>
          <w:sz w:val="21"/>
        </w:rPr>
        <w:t>本業務の遂行に要する費用は、乙の負担とする。ただし、甲が事前に書面で承認した交通費、材料費その他の費用は、甲が実費を負担する。</w:t>
      </w:r>
    </w:p>
    <w:p>
      <w:pPr>
        <w:keepNext/>
        <w:spacing w:after="20" w:before="100"/>
        <w:jc w:val="left"/>
      </w:pPr>
      <w:r>
        <w:rPr>
          <w:rFonts w:ascii="游明朝" w:hAnsi="游明朝" w:eastAsia="游明朝" w:cs="游明朝"/>
          <w:b w:val="0"/>
          <w:sz w:val="21"/>
        </w:rPr>
        <w:t>第８条（成果物の権利）</w:t>
      </w:r>
    </w:p>
    <w:p>
      <w:pPr>
        <w:spacing w:after="40"/>
        <w:ind w:left="210"/>
        <w:jc w:val="left"/>
      </w:pPr>
      <w:r>
        <w:rPr>
          <w:rFonts w:ascii="游明朝" w:hAnsi="游明朝" w:eastAsia="游明朝" w:cs="游明朝"/>
          <w:b w:val="0"/>
          <w:sz w:val="21"/>
        </w:rPr>
        <w:t>成果物に関する著作権（著作権法第27条および第28条に定める権利を含む。）その他の知的財産権は、報酬の支払いが完了したときに、乙から甲に移転する。</w:t>
      </w:r>
    </w:p>
    <w:p>
      <w:pPr>
        <w:spacing w:after="40"/>
        <w:ind w:left="420" w:hanging="420"/>
        <w:jc w:val="left"/>
      </w:pPr>
      <w:r>
        <w:rPr>
          <w:rFonts w:ascii="游明朝" w:hAnsi="游明朝" w:eastAsia="游明朝" w:cs="游明朝"/>
          <w:b w:val="0"/>
          <w:sz w:val="21"/>
        </w:rPr>
        <w:t>２　乙は、甲および甲の指定する者に対し、成果物について著作者人格権を行使しない。</w:t>
      </w:r>
    </w:p>
    <w:p>
      <w:pPr>
        <w:spacing w:after="40"/>
        <w:ind w:left="420" w:hanging="420"/>
        <w:jc w:val="left"/>
      </w:pPr>
      <w:r>
        <w:rPr>
          <w:rFonts w:ascii="游明朝" w:hAnsi="游明朝" w:eastAsia="游明朝" w:cs="游明朝"/>
          <w:b w:val="0"/>
          <w:sz w:val="21"/>
        </w:rPr>
        <w:t>３　乙が本契約の締結前から保有していた著作物、ノウハウ等は乙に留保され、甲は、成果物を利用するために必要な範囲でこれを利用することができる。</w:t>
      </w:r>
    </w:p>
    <w:p>
      <w:pPr>
        <w:spacing w:after="40"/>
        <w:ind w:left="420" w:hanging="420"/>
        <w:jc w:val="left"/>
      </w:pPr>
      <w:r>
        <w:rPr>
          <w:rFonts w:ascii="游明朝" w:hAnsi="游明朝" w:eastAsia="游明朝" w:cs="游明朝"/>
          <w:b w:val="0"/>
          <w:sz w:val="21"/>
        </w:rPr>
        <w:t>４　乙は、成果物が第三者の権利を侵害しないことを保証する。</w:t>
      </w:r>
    </w:p>
    <w:p>
      <w:pPr>
        <w:keepNext/>
        <w:spacing w:after="20" w:before="100"/>
        <w:jc w:val="left"/>
      </w:pPr>
      <w:r>
        <w:rPr>
          <w:rFonts w:ascii="游明朝" w:hAnsi="游明朝" w:eastAsia="游明朝" w:cs="游明朝"/>
          <w:b w:val="0"/>
          <w:sz w:val="21"/>
        </w:rPr>
        <w:t>第９条（秘密保持）</w:t>
      </w:r>
    </w:p>
    <w:p>
      <w:pPr>
        <w:spacing w:after="40"/>
        <w:ind w:left="210"/>
        <w:jc w:val="left"/>
      </w:pPr>
      <w:r>
        <w:rPr>
          <w:rFonts w:ascii="游明朝" w:hAnsi="游明朝" w:eastAsia="游明朝" w:cs="游明朝"/>
          <w:b w:val="0"/>
          <w:sz w:val="21"/>
        </w:rPr>
        <w:t>甲および乙は、本契約に関連して知り得た相手方の技術上または営業上の情報および個人情報を、相手方の事前の書面による承諾なく第三者に開示し、または漏えいしてはならず、本業務の目的以外に使用してはならない。</w:t>
      </w:r>
    </w:p>
    <w:p>
      <w:pPr>
        <w:spacing w:after="40"/>
        <w:ind w:left="420" w:hanging="420"/>
        <w:jc w:val="left"/>
      </w:pPr>
      <w:r>
        <w:rPr>
          <w:rFonts w:ascii="游明朝" w:hAnsi="游明朝" w:eastAsia="游明朝" w:cs="游明朝"/>
          <w:b w:val="0"/>
          <w:sz w:val="21"/>
        </w:rPr>
        <w:t>２　前項の義務は、本契約の終了後○年間存続する。</w:t>
      </w:r>
    </w:p>
    <w:p>
      <w:pPr>
        <w:spacing w:after="40"/>
        <w:ind w:left="420" w:hanging="420"/>
        <w:jc w:val="left"/>
      </w:pPr>
      <w:r>
        <w:rPr>
          <w:rFonts w:ascii="游明朝" w:hAnsi="游明朝" w:eastAsia="游明朝" w:cs="游明朝"/>
          <w:b w:val="0"/>
          <w:sz w:val="21"/>
        </w:rPr>
        <w:t>３　甲および乙は、本契約が終了したときは、相手方から受領した資料およびデータを、相手方の指示に従って返還または廃棄する。</w:t>
      </w:r>
    </w:p>
    <w:p>
      <w:pPr>
        <w:keepNext/>
        <w:spacing w:after="20" w:before="100"/>
        <w:jc w:val="left"/>
      </w:pPr>
      <w:r>
        <w:rPr>
          <w:rFonts w:ascii="游明朝" w:hAnsi="游明朝" w:eastAsia="游明朝" w:cs="游明朝"/>
          <w:b w:val="0"/>
          <w:sz w:val="21"/>
        </w:rPr>
        <w:t>第１０条（再委託）</w:t>
      </w:r>
    </w:p>
    <w:p>
      <w:pPr>
        <w:spacing w:after="40"/>
        <w:ind w:left="210"/>
        <w:jc w:val="left"/>
      </w:pPr>
      <w:r>
        <w:rPr>
          <w:rFonts w:ascii="游明朝" w:hAnsi="游明朝" w:eastAsia="游明朝" w:cs="游明朝"/>
          <w:b w:val="0"/>
          <w:sz w:val="21"/>
        </w:rPr>
        <w:t>乙は、甲の事前の書面による承諾を得た場合を除き、本業務の全部または一部を第三者に再委託してはならない。</w:t>
      </w:r>
    </w:p>
    <w:p>
      <w:pPr>
        <w:spacing w:after="40"/>
        <w:ind w:left="420" w:hanging="420"/>
        <w:jc w:val="left"/>
      </w:pPr>
      <w:r>
        <w:rPr>
          <w:rFonts w:ascii="游明朝" w:hAnsi="游明朝" w:eastAsia="游明朝" w:cs="游明朝"/>
          <w:b w:val="0"/>
          <w:sz w:val="21"/>
        </w:rPr>
        <w:t>２　乙が再委託をしたときは、乙は、再委託先の行為について甲に対し責任を負う。</w:t>
      </w:r>
    </w:p>
    <w:p>
      <w:pPr>
        <w:keepNext/>
        <w:spacing w:after="20" w:before="100"/>
        <w:jc w:val="left"/>
      </w:pPr>
      <w:r>
        <w:rPr>
          <w:rFonts w:ascii="游明朝" w:hAnsi="游明朝" w:eastAsia="游明朝" w:cs="游明朝"/>
          <w:b w:val="0"/>
          <w:sz w:val="21"/>
        </w:rPr>
        <w:t>第１１条（中途解除・不更新の予告）</w:t>
      </w:r>
    </w:p>
    <w:p>
      <w:pPr>
        <w:spacing w:after="40"/>
        <w:ind w:left="210"/>
        <w:jc w:val="left"/>
      </w:pPr>
      <w:r>
        <w:rPr>
          <w:rFonts w:ascii="游明朝" w:hAnsi="游明朝" w:eastAsia="游明朝" w:cs="游明朝"/>
          <w:b w:val="0"/>
          <w:sz w:val="21"/>
        </w:rPr>
        <w:t>本契約の期間が6か月以上にわたる場合において、甲が期間の途中で本契約を解除し、または期間満了後に本契約を更新しないときは、甲は、少なくとも30日前までに、書面により乙にその旨を予告する。</w:t>
      </w:r>
    </w:p>
    <w:p>
      <w:pPr>
        <w:spacing w:after="40"/>
        <w:ind w:left="420" w:hanging="420"/>
        <w:jc w:val="left"/>
      </w:pPr>
      <w:r>
        <w:rPr>
          <w:rFonts w:ascii="游明朝" w:hAnsi="游明朝" w:eastAsia="游明朝" w:cs="游明朝"/>
          <w:b w:val="0"/>
          <w:sz w:val="21"/>
        </w:rPr>
        <w:t>２　前項の予告の日から本契約が終了する日までの間に、乙から理由の開示を求められたときは、甲は、遅滞なくこれを開示する。</w:t>
      </w:r>
    </w:p>
    <w:p>
      <w:pPr>
        <w:keepNext/>
        <w:spacing w:after="20" w:before="100"/>
        <w:jc w:val="left"/>
      </w:pPr>
      <w:r>
        <w:rPr>
          <w:rFonts w:ascii="游明朝" w:hAnsi="游明朝" w:eastAsia="游明朝" w:cs="游明朝"/>
          <w:b w:val="0"/>
          <w:sz w:val="21"/>
        </w:rPr>
        <w:t>第１２条（解除）</w:t>
      </w:r>
    </w:p>
    <w:p>
      <w:pPr>
        <w:spacing w:after="40"/>
        <w:ind w:left="210"/>
        <w:jc w:val="left"/>
      </w:pPr>
      <w:r>
        <w:rPr>
          <w:rFonts w:ascii="游明朝" w:hAnsi="游明朝" w:eastAsia="游明朝" w:cs="游明朝"/>
          <w:b w:val="0"/>
          <w:sz w:val="21"/>
        </w:rPr>
        <w:t>甲または乙は、相手方が次の各号のいずれかに該当したときは、本契約の全部または一部を解除することができる。</w:t>
      </w:r>
    </w:p>
    <w:p>
      <w:pPr>
        <w:spacing w:after="20"/>
        <w:ind w:left="840" w:hanging="630"/>
        <w:jc w:val="left"/>
      </w:pPr>
      <w:r>
        <w:rPr>
          <w:rFonts w:ascii="游明朝" w:hAnsi="游明朝" w:eastAsia="游明朝" w:cs="游明朝"/>
          <w:b w:val="0"/>
          <w:sz w:val="21"/>
        </w:rPr>
        <w:t>（1）本契約に違反し、相当の期間を定めて催告しても是正されないとき</w:t>
      </w:r>
    </w:p>
    <w:p>
      <w:pPr>
        <w:spacing w:after="20"/>
        <w:ind w:left="840" w:hanging="630"/>
        <w:jc w:val="left"/>
      </w:pPr>
      <w:r>
        <w:rPr>
          <w:rFonts w:ascii="游明朝" w:hAnsi="游明朝" w:eastAsia="游明朝" w:cs="游明朝"/>
          <w:b w:val="0"/>
          <w:sz w:val="21"/>
        </w:rPr>
        <w:t>（2）支払停止、破産手続開始、民事再生手続開始その他これらに類する手続の申立てがあったとき</w:t>
      </w:r>
    </w:p>
    <w:p>
      <w:pPr>
        <w:spacing w:after="20"/>
        <w:ind w:left="840" w:hanging="630"/>
        <w:jc w:val="left"/>
      </w:pPr>
      <w:r>
        <w:rPr>
          <w:rFonts w:ascii="游明朝" w:hAnsi="游明朝" w:eastAsia="游明朝" w:cs="游明朝"/>
          <w:b w:val="0"/>
          <w:sz w:val="21"/>
        </w:rPr>
        <w:t>（3）暴力団その他の反社会的勢力であること、またはこれらと関係を有することが判明したとき</w:t>
      </w:r>
    </w:p>
    <w:p>
      <w:pPr>
        <w:spacing w:after="20"/>
        <w:ind w:left="840" w:hanging="630"/>
        <w:jc w:val="left"/>
      </w:pPr>
      <w:r>
        <w:rPr>
          <w:rFonts w:ascii="游明朝" w:hAnsi="游明朝" w:eastAsia="游明朝" w:cs="游明朝"/>
          <w:b w:val="0"/>
          <w:sz w:val="21"/>
        </w:rPr>
        <w:t>（4）その他、本契約を継続しがたい重大な事由があるとき</w:t>
      </w:r>
    </w:p>
    <w:p>
      <w:pPr>
        <w:spacing w:after="40"/>
        <w:ind w:left="420" w:hanging="420"/>
        <w:jc w:val="left"/>
      </w:pPr>
      <w:r>
        <w:rPr>
          <w:rFonts w:ascii="游明朝" w:hAnsi="游明朝" w:eastAsia="游明朝" w:cs="游明朝"/>
          <w:b w:val="0"/>
          <w:sz w:val="21"/>
        </w:rPr>
        <w:t>２　本契約が期間の途中で終了したときは、甲は、終了の日までに乙が行った本業務の割合に応じた報酬を支払う。ただし、乙の責めに帰すべき事由による解除の場合は、甲乙協議のうえ定める。</w:t>
      </w:r>
    </w:p>
    <w:p>
      <w:pPr>
        <w:keepNext/>
        <w:spacing w:after="20" w:before="100"/>
        <w:jc w:val="left"/>
      </w:pPr>
      <w:r>
        <w:rPr>
          <w:rFonts w:ascii="游明朝" w:hAnsi="游明朝" w:eastAsia="游明朝" w:cs="游明朝"/>
          <w:b w:val="0"/>
          <w:sz w:val="21"/>
        </w:rPr>
        <w:t>第１３条（損害賠償）</w:t>
      </w:r>
    </w:p>
    <w:p>
      <w:pPr>
        <w:spacing w:after="40"/>
        <w:ind w:left="210"/>
        <w:jc w:val="left"/>
      </w:pPr>
      <w:r>
        <w:rPr>
          <w:rFonts w:ascii="游明朝" w:hAnsi="游明朝" w:eastAsia="游明朝" w:cs="游明朝"/>
          <w:b w:val="0"/>
          <w:sz w:val="21"/>
        </w:rPr>
        <w:t>甲または乙は、本契約に違反して相手方に損害を与えたときは、その損害を賠償する責任を負う。</w:t>
      </w:r>
    </w:p>
    <w:p>
      <w:pPr>
        <w:spacing w:after="40"/>
        <w:ind w:left="420" w:hanging="420"/>
        <w:jc w:val="left"/>
      </w:pPr>
      <w:r>
        <w:rPr>
          <w:rFonts w:ascii="游明朝" w:hAnsi="游明朝" w:eastAsia="游明朝" w:cs="游明朝"/>
          <w:b w:val="0"/>
          <w:sz w:val="21"/>
        </w:rPr>
        <w:t>２　前項の賠償の額は、故意または重大な過失による場合を除き、本契約に基づき甲が乙に支払った報酬の額を上限とする。</w:t>
      </w:r>
    </w:p>
    <w:p>
      <w:pPr>
        <w:keepNext/>
        <w:spacing w:after="20" w:before="100"/>
        <w:jc w:val="left"/>
      </w:pPr>
      <w:r>
        <w:rPr>
          <w:rFonts w:ascii="游明朝" w:hAnsi="游明朝" w:eastAsia="游明朝" w:cs="游明朝"/>
          <w:b w:val="0"/>
          <w:sz w:val="21"/>
        </w:rPr>
        <w:t>第１４条（協議・管轄）</w:t>
      </w:r>
    </w:p>
    <w:p>
      <w:pPr>
        <w:spacing w:after="40"/>
        <w:ind w:left="210"/>
        <w:jc w:val="left"/>
      </w:pPr>
      <w:r>
        <w:rPr>
          <w:rFonts w:ascii="游明朝" w:hAnsi="游明朝" w:eastAsia="游明朝" w:cs="游明朝"/>
          <w:b w:val="0"/>
          <w:sz w:val="21"/>
        </w:rPr>
        <w:t>本契約に定めのない事項および本契約の解釈に疑義が生じた事項は、甲乙誠意をもって協議し、解決する。</w:t>
      </w:r>
    </w:p>
    <w:p>
      <w:pPr>
        <w:spacing w:after="40"/>
        <w:ind w:left="420" w:hanging="420"/>
        <w:jc w:val="left"/>
      </w:pPr>
      <w:r>
        <w:rPr>
          <w:rFonts w:ascii="游明朝" w:hAnsi="游明朝" w:eastAsia="游明朝" w:cs="游明朝"/>
          <w:b w:val="0"/>
          <w:sz w:val="21"/>
        </w:rPr>
        <w:t>２　本契約に関する紛争については、○○地方裁判所を第一審の合意管轄裁判所とする。</w:t>
      </w:r>
    </w:p>
    <w:p>
      <w:pPr>
        <w:jc w:val="left"/>
      </w:pPr>
      <w:r>
        <w:rPr>
          <w:rFonts w:ascii="游明朝" w:hAnsi="游明朝" w:eastAsia="游明朝" w:cs="游明朝"/>
          <w:b w:val="0"/>
          <w:sz w:val="21"/>
        </w:rPr>
        <w:t xml:space="preserve">　本契約の成立を証するため、本書2通を作成し、甲乙記名押印のうえ、各1通を保有する。</w:t>
      </w:r>
    </w:p>
    <w:p>
      <w:pPr>
        <w:keepNext/>
        <w:jc w:val="right"/>
      </w:pPr>
      <w:r>
        <w:rPr>
          <w:rFonts w:ascii="游明朝" w:hAnsi="游明朝" w:eastAsia="游明朝" w:cs="游明朝"/>
          <w:b w:val="0"/>
          <w:sz w:val="21"/>
        </w:rPr>
        <w:t xml:space="preserve">　　　　年　　月　　日</w:t>
      </w:r>
    </w:p>
    <w:p>
      <w:pPr>
        <w:keepNext/>
        <w:spacing w:after="0" w:before="160"/>
        <w:ind w:left="3764"/>
        <w:jc w:val="left"/>
      </w:pPr>
      <w:r>
        <w:rPr>
          <w:rFonts w:ascii="游明朝" w:hAnsi="游明朝" w:eastAsia="游明朝" w:cs="游明朝"/>
          <w:b w:val="0"/>
          <w:sz w:val="21"/>
        </w:rPr>
        <w:t>甲（委託者）</w:t>
      </w:r>
    </w:p>
    <w:tbl>
      <w:tblPr>
        <w:tblW w:type="auto" w:w="0"/>
        <w:jc w:val="right"/>
        <w:tblLayout w:type="fixed"/>
        <w:tblLook w:firstColumn="1" w:firstRow="1" w:lastColumn="0" w:lastRow="0" w:noHBand="0" w:noVBand="1" w:val="04A0"/>
      </w:tblPr>
      <w:tblGrid>
        <w:gridCol w:w="1927"/>
        <w:gridCol w:w="3209"/>
        <w:gridCol w:w="510"/>
      </w:tblGrid>
      <w:tr>
        <w:trPr>
          <w:cantSplit/>
          <w:trHeight w:val="510" w:hRule="atLeast"/>
        </w:trPr>
        <w:tc>
          <w:tcPr>
            <w:tcW w:type="dxa" w:w="1928"/>
            <w:vAlign w:val="bottom"/>
          </w:tcPr>
          <w:p>
            <w:pPr>
              <w:keepNext/>
              <w:spacing w:after="0" w:before="0"/>
              <w:jc w:val="left"/>
            </w:pPr>
            <w:r>
              <w:rPr>
                <w:rFonts w:ascii="游明朝" w:hAnsi="游明朝" w:eastAsia="游明朝" w:cs="游明朝"/>
                <w:b w:val="0"/>
                <w:sz w:val="21"/>
              </w:rPr>
              <w:t>住所</w:t>
            </w:r>
          </w:p>
        </w:tc>
        <w:tc>
          <w:tcPr>
            <w:tcW w:type="dxa" w:w="3209"/>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928"/>
            <w:vAlign w:val="bottom"/>
          </w:tcPr>
          <w:p>
            <w:pPr>
              <w:spacing w:after="0" w:before="0"/>
              <w:jc w:val="left"/>
            </w:pPr>
            <w:r>
              <w:rPr>
                <w:rFonts w:ascii="游明朝" w:hAnsi="游明朝" w:eastAsia="游明朝" w:cs="游明朝"/>
                <w:b w:val="0"/>
                <w:sz w:val="21"/>
              </w:rPr>
              <w:t>氏名または名称</w:t>
            </w:r>
          </w:p>
        </w:tc>
        <w:tc>
          <w:tcPr>
            <w:tcW w:type="dxa" w:w="3209"/>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764"/>
        <w:jc w:val="left"/>
      </w:pPr>
      <w:r>
        <w:rPr>
          <w:rFonts w:ascii="游明朝" w:hAnsi="游明朝" w:eastAsia="游明朝" w:cs="游明朝"/>
          <w:b w:val="0"/>
          <w:sz w:val="21"/>
        </w:rPr>
        <w:t>乙（受託者）</w:t>
      </w:r>
    </w:p>
    <w:tbl>
      <w:tblPr>
        <w:tblW w:type="auto" w:w="0"/>
        <w:jc w:val="right"/>
        <w:tblLayout w:type="fixed"/>
        <w:tblLook w:firstColumn="1" w:firstRow="1" w:lastColumn="0" w:lastRow="0" w:noHBand="0" w:noVBand="1" w:val="04A0"/>
      </w:tblPr>
      <w:tblGrid>
        <w:gridCol w:w="1927"/>
        <w:gridCol w:w="3209"/>
        <w:gridCol w:w="510"/>
      </w:tblGrid>
      <w:tr>
        <w:trPr>
          <w:cantSplit/>
          <w:trHeight w:val="510" w:hRule="atLeast"/>
        </w:trPr>
        <w:tc>
          <w:tcPr>
            <w:tcW w:type="dxa" w:w="1928"/>
            <w:vAlign w:val="bottom"/>
          </w:tcPr>
          <w:p>
            <w:pPr>
              <w:keepNext/>
              <w:spacing w:after="0" w:before="0"/>
              <w:jc w:val="left"/>
            </w:pPr>
            <w:r>
              <w:rPr>
                <w:rFonts w:ascii="游明朝" w:hAnsi="游明朝" w:eastAsia="游明朝" w:cs="游明朝"/>
                <w:b w:val="0"/>
                <w:sz w:val="21"/>
              </w:rPr>
              <w:t>住所</w:t>
            </w:r>
          </w:p>
        </w:tc>
        <w:tc>
          <w:tcPr>
            <w:tcW w:type="dxa" w:w="3209"/>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928"/>
            <w:vAlign w:val="bottom"/>
          </w:tcPr>
          <w:p>
            <w:pPr>
              <w:spacing w:after="0" w:before="0"/>
              <w:jc w:val="left"/>
            </w:pPr>
            <w:r>
              <w:rPr>
                <w:rFonts w:ascii="游明朝" w:hAnsi="游明朝" w:eastAsia="游明朝" w:cs="游明朝"/>
                <w:b w:val="0"/>
                <w:sz w:val="21"/>
              </w:rPr>
              <w:t>氏名</w:t>
            </w:r>
          </w:p>
        </w:tc>
        <w:tc>
          <w:tcPr>
            <w:tcW w:type="dxa" w:w="3209"/>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pPr>
      <w:r>
        <w:rPr>
          <w:rFonts w:ascii="游明朝" w:hAnsi="游明朝" w:eastAsia="游明朝" w:cs="游明朝"/>
          <w:b w:val="0"/>
          <w:sz w:val="21"/>
        </w:rPr>
      </w:r>
    </w:p>
    <w:p>
      <w:pPr>
        <w:keepNext/>
        <w:pageBreakBefore/>
        <w:spacing w:after="200" w:before="200"/>
        <w:jc w:val="center"/>
      </w:pPr>
      <w:r>
        <w:rPr>
          <w:rFonts w:ascii="游明朝" w:hAnsi="游明朝" w:eastAsia="游明朝" w:cs="游明朝"/>
          <w:b/>
          <w:sz w:val="28"/>
        </w:rPr>
        <w:t>別紙　取引条件</w:t>
      </w:r>
    </w:p>
    <w:p>
      <w:pPr>
        <w:jc w:val="left"/>
      </w:pPr>
      <w:r>
        <w:rPr>
          <w:rFonts w:ascii="游明朝" w:hAnsi="游明朝" w:eastAsia="游明朝" w:cs="游明朝"/>
          <w:b w:val="0"/>
          <w:color w:val="404040"/>
          <w:sz w:val="18"/>
        </w:rPr>
        <w:t>※フリーランス法で明示が求められている事項をまとめた別紙です。本契約書と一緒に取り交わすか、発注の際にこの内容をメール等で伝えてください。</w:t>
      </w:r>
    </w:p>
    <w:tbl>
      <w:tblPr>
        <w:tblStyle w:val="TableGrid"/>
        <w:tblW w:type="dxa" w:w="9412"/>
        <w:jc w:val="center"/>
        <w:tblLayout w:type="fixed"/>
        <w:tblLook w:firstColumn="1" w:firstRow="1" w:lastColumn="0" w:lastRow="0" w:noHBand="0" w:noVBand="1" w:val="04A0"/>
      </w:tblPr>
      <w:tblGrid>
        <w:gridCol w:w="3011"/>
        <w:gridCol w:w="6400"/>
      </w:tblGrid>
      <w:tr>
        <w:trPr>
          <w:cantSplit/>
          <w:trHeight w:val="567" w:hRule="atLeast"/>
        </w:trPr>
        <w:tc>
          <w:tcPr>
            <w:tcW w:type="dxa" w:w="3012"/>
            <w:vAlign w:val="center"/>
          </w:tcPr>
          <w:p>
            <w:pPr>
              <w:spacing w:after="0" w:before="0"/>
              <w:jc w:val="left"/>
            </w:pPr>
            <w:r>
              <w:rPr>
                <w:rFonts w:ascii="游明朝" w:hAnsi="游明朝" w:eastAsia="游明朝" w:cs="游明朝"/>
                <w:b w:val="0"/>
                <w:sz w:val="20"/>
              </w:rPr>
              <w:t>委託者（業務委託事業者）の名称</w:t>
            </w:r>
          </w:p>
        </w:tc>
        <w:tc>
          <w:tcPr>
            <w:tcW w:type="dxa" w:w="6399"/>
            <w:vAlign w:val="center"/>
          </w:tcPr>
          <w:p>
            <w:pPr>
              <w:spacing w:after="0" w:before="0"/>
              <w:jc w:val="left"/>
            </w:pPr>
            <w:r>
              <w:rPr>
                <w:rFonts w:ascii="游明朝" w:hAnsi="游明朝" w:eastAsia="游明朝" w:cs="游明朝"/>
                <w:b w:val="0"/>
                <w:sz w:val="20"/>
              </w:rPr>
              <w:t>甲：○○○○</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受託者（特定受託事業者）の名称</w:t>
            </w:r>
          </w:p>
        </w:tc>
        <w:tc>
          <w:tcPr>
            <w:tcW w:type="dxa" w:w="6399"/>
            <w:vAlign w:val="center"/>
          </w:tcPr>
          <w:p>
            <w:pPr>
              <w:spacing w:after="0" w:before="0"/>
              <w:jc w:val="left"/>
            </w:pPr>
            <w:r>
              <w:rPr>
                <w:rFonts w:ascii="游明朝" w:hAnsi="游明朝" w:eastAsia="游明朝" w:cs="游明朝"/>
                <w:b w:val="0"/>
                <w:sz w:val="20"/>
              </w:rPr>
              <w:t>乙：○○○○</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業務委託をした日</w:t>
            </w:r>
          </w:p>
        </w:tc>
        <w:tc>
          <w:tcPr>
            <w:tcW w:type="dxa" w:w="6399"/>
            <w:vAlign w:val="center"/>
          </w:tcPr>
          <w:p>
            <w:pPr>
              <w:spacing w:after="0" w:before="0"/>
              <w:jc w:val="left"/>
            </w:pPr>
            <w:r>
              <w:rPr>
                <w:rFonts w:ascii="游明朝" w:hAnsi="游明朝" w:eastAsia="游明朝" w:cs="游明朝"/>
                <w:b w:val="0"/>
                <w:sz w:val="20"/>
              </w:rPr>
              <w:t xml:space="preserve">　　　　年　　月　　日</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給付の内容（業務の内容・成果物）</w:t>
            </w:r>
          </w:p>
        </w:tc>
        <w:tc>
          <w:tcPr>
            <w:tcW w:type="dxa" w:w="6399"/>
            <w:vAlign w:val="center"/>
          </w:tcPr>
          <w:p>
            <w:pPr>
              <w:spacing w:after="0" w:before="0"/>
              <w:jc w:val="left"/>
            </w:pPr>
            <w:r>
              <w:rPr>
                <w:rFonts w:ascii="游明朝" w:hAnsi="游明朝" w:eastAsia="游明朝" w:cs="游明朝"/>
                <w:b w:val="0"/>
                <w:sz w:val="20"/>
              </w:rPr>
              <w:t>○○○○（仕様：○○○○　数量：○○）</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給付を受領する日／役務の提供を受ける日（納期）</w:t>
            </w:r>
          </w:p>
        </w:tc>
        <w:tc>
          <w:tcPr>
            <w:tcW w:type="dxa" w:w="6399"/>
            <w:vAlign w:val="center"/>
          </w:tcPr>
          <w:p>
            <w:pPr>
              <w:spacing w:after="0" w:before="0"/>
              <w:jc w:val="left"/>
            </w:pPr>
            <w:r>
              <w:rPr>
                <w:rFonts w:ascii="游明朝" w:hAnsi="游明朝" w:eastAsia="游明朝" w:cs="游明朝"/>
                <w:b w:val="0"/>
                <w:sz w:val="20"/>
              </w:rPr>
              <w:t xml:space="preserve">　　　　年　　月　　日</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給付を受領する場所／役務の提供を受ける場所</w:t>
            </w:r>
          </w:p>
        </w:tc>
        <w:tc>
          <w:tcPr>
            <w:tcW w:type="dxa" w:w="6399"/>
            <w:vAlign w:val="center"/>
          </w:tcPr>
          <w:p>
            <w:pPr>
              <w:spacing w:after="0" w:before="0"/>
              <w:jc w:val="left"/>
            </w:pPr>
            <w:r>
              <w:rPr>
                <w:rFonts w:ascii="游明朝" w:hAnsi="游明朝" w:eastAsia="游明朝" w:cs="游明朝"/>
                <w:b w:val="0"/>
                <w:sz w:val="20"/>
              </w:rPr>
              <w:t>電子メールによる納品（○○○○@○○○○）／甲の事務所（○○県○○市○○町○－○－○）</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検査を行う場合の検査完了日</w:t>
            </w:r>
          </w:p>
        </w:tc>
        <w:tc>
          <w:tcPr>
            <w:tcW w:type="dxa" w:w="6399"/>
            <w:vAlign w:val="center"/>
          </w:tcPr>
          <w:p>
            <w:pPr>
              <w:spacing w:after="0" w:before="0"/>
              <w:jc w:val="left"/>
            </w:pPr>
            <w:r>
              <w:rPr>
                <w:rFonts w:ascii="游明朝" w:hAnsi="游明朝" w:eastAsia="游明朝" w:cs="游明朝"/>
                <w:b w:val="0"/>
                <w:sz w:val="20"/>
              </w:rPr>
              <w:t>受領日から○日以内（　　　　年　　月　　日まで）</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報酬の額</w:t>
            </w:r>
          </w:p>
        </w:tc>
        <w:tc>
          <w:tcPr>
            <w:tcW w:type="dxa" w:w="6399"/>
            <w:vAlign w:val="center"/>
          </w:tcPr>
          <w:p>
            <w:pPr>
              <w:spacing w:after="0" w:before="0"/>
              <w:jc w:val="left"/>
            </w:pPr>
            <w:r>
              <w:rPr>
                <w:rFonts w:ascii="游明朝" w:hAnsi="游明朝" w:eastAsia="游明朝" w:cs="游明朝"/>
                <w:b w:val="0"/>
                <w:sz w:val="20"/>
              </w:rPr>
              <w:t>金　　　　　　　　円（うち消費税　　　　　円）</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報酬の支払期日</w:t>
            </w:r>
          </w:p>
        </w:tc>
        <w:tc>
          <w:tcPr>
            <w:tcW w:type="dxa" w:w="6399"/>
            <w:vAlign w:val="center"/>
          </w:tcPr>
          <w:p>
            <w:pPr>
              <w:spacing w:after="0" w:before="0"/>
              <w:jc w:val="left"/>
            </w:pPr>
            <w:r>
              <w:rPr>
                <w:rFonts w:ascii="游明朝" w:hAnsi="游明朝" w:eastAsia="游明朝" w:cs="游明朝"/>
                <w:b w:val="0"/>
                <w:sz w:val="20"/>
              </w:rPr>
              <w:t xml:space="preserve">　　　　年　　月　　日（受領日から60日以内）</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支払方法</w:t>
            </w:r>
          </w:p>
        </w:tc>
        <w:tc>
          <w:tcPr>
            <w:tcW w:type="dxa" w:w="6399"/>
            <w:vAlign w:val="center"/>
          </w:tcPr>
          <w:p>
            <w:pPr>
              <w:spacing w:after="0" w:before="0"/>
              <w:jc w:val="left"/>
            </w:pPr>
            <w:r>
              <w:rPr>
                <w:rFonts w:ascii="游明朝" w:hAnsi="游明朝" w:eastAsia="游明朝" w:cs="游明朝"/>
                <w:b w:val="0"/>
                <w:sz w:val="20"/>
              </w:rPr>
              <w:t>乙の指定する銀行口座への振込（振込手数料は甲の負担）</w:t>
            </w:r>
          </w:p>
        </w:tc>
      </w:tr>
      <w:tr>
        <w:trPr>
          <w:cantSplit/>
          <w:trHeight w:val="567" w:hRule="atLeast"/>
        </w:trPr>
        <w:tc>
          <w:tcPr>
            <w:tcW w:type="dxa" w:w="3012"/>
            <w:vAlign w:val="center"/>
          </w:tcPr>
          <w:p>
            <w:pPr>
              <w:spacing w:after="0" w:before="0"/>
              <w:jc w:val="left"/>
            </w:pPr>
            <w:r>
              <w:rPr>
                <w:rFonts w:ascii="游明朝" w:hAnsi="游明朝" w:eastAsia="游明朝" w:cs="游明朝"/>
                <w:b w:val="0"/>
                <w:sz w:val="20"/>
              </w:rPr>
              <w:t>再委託の場合（該当するときのみ）</w:t>
            </w:r>
          </w:p>
        </w:tc>
        <w:tc>
          <w:tcPr>
            <w:tcW w:type="dxa" w:w="6399"/>
            <w:vAlign w:val="center"/>
          </w:tcPr>
          <w:p>
            <w:pPr>
              <w:spacing w:after="0" w:before="0"/>
              <w:jc w:val="left"/>
            </w:pPr>
            <w:r>
              <w:rPr>
                <w:rFonts w:ascii="游明朝" w:hAnsi="游明朝" w:eastAsia="游明朝" w:cs="游明朝"/>
                <w:b w:val="0"/>
                <w:sz w:val="20"/>
              </w:rPr>
              <w:t>再委託である旨／元委託者の名称：○○○○／元委託者からの支払期日：　　　　年　　月　　日</w:t>
            </w:r>
          </w:p>
        </w:tc>
      </w:tr>
    </w:tbl>
    <w:p>
      <w:pPr>
        <w:spacing w:after="40"/>
        <w:jc w:val="left"/>
        <w:sectPr>
          <w:footerReference w:type="default" r:id="rId9"/>
          <w:pgSz w:w="11906" w:h="16838"/>
          <w:pgMar w:top="1134" w:right="1247" w:bottom="1134" w:left="1247" w:header="720" w:footer="720" w:gutter="0"/>
          <w:cols w:space="720"/>
          <w:formProt w:val="false"/>
          <w:docGrid w:linePitch="360"/>
        </w:sectPr>
      </w:pPr>
      <w:r>
        <w:rPr>
          <w:rFonts w:ascii="游明朝" w:hAnsi="游明朝" w:eastAsia="游明朝" w:cs="游明朝"/>
          <w:b w:val="0"/>
          <w:sz w:val="21"/>
        </w:rPr>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個人（フリーランス）の方に仕事をお願いするときの契約書です。業務の内容・報酬・支払期日など、フリーランス法で書面に示すことになっている項目を入れ、雇用と区別がつく書き方にしています。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・第2条の業務内容と別紙「取引条件」は、具体的に書き込んでください。「その他関連する業務」のような広い書き方は避け、何をいつまでに納めるかが分かるようにします。</w:t>
      </w:r>
    </w:p>
    <w:p>
      <w:pPr>
        <w:spacing w:after="20"/>
        <w:ind w:left="380" w:hanging="210"/>
        <w:jc w:val="left"/>
      </w:pPr>
      <w:r>
        <w:rPr>
          <w:rFonts w:ascii="游明朝" w:hAnsi="游明朝" w:eastAsia="游明朝" w:cs="游明朝"/>
          <w:b w:val="0"/>
          <w:sz w:val="21"/>
        </w:rPr>
        <w:t>・報酬の支払期日は、成果物を受け取った日（役務の提供を受けた日）から60日以内で定めます。「検収後○日」とする場合も、受領日から60日を超えないようにしてください。</w:t>
      </w:r>
    </w:p>
    <w:p>
      <w:pPr>
        <w:spacing w:after="20"/>
        <w:ind w:left="380" w:hanging="210"/>
        <w:jc w:val="left"/>
      </w:pPr>
      <w:r>
        <w:rPr>
          <w:rFonts w:ascii="游明朝" w:hAnsi="游明朝" w:eastAsia="游明朝" w:cs="游明朝"/>
          <w:b w:val="0"/>
          <w:sz w:val="21"/>
        </w:rPr>
        <w:t>・働く場所や時間を指定したり、細かく指示を出したりすると、契約の名前にかかわらず雇用（労働者）と判断されることがあります。第4条の趣旨に沿った運用をお願いします。</w:t>
      </w:r>
    </w:p>
    <w:p>
      <w:pPr>
        <w:spacing w:after="20"/>
        <w:ind w:left="380" w:hanging="210"/>
        <w:jc w:val="left"/>
      </w:pPr>
      <w:r>
        <w:rPr>
          <w:rFonts w:ascii="游明朝" w:hAnsi="游明朝" w:eastAsia="游明朝" w:cs="游明朝"/>
          <w:b w:val="0"/>
          <w:sz w:val="21"/>
        </w:rPr>
        <w:t>・契約が6か月以上になる場合、途中で解除するときや更新しないときは30日前までの予告が必要です（第11条）。</w:t>
      </w:r>
    </w:p>
    <w:p>
      <w:pPr>
        <w:spacing w:after="20"/>
        <w:ind w:left="380" w:hanging="210"/>
        <w:jc w:val="left"/>
      </w:pPr>
      <w:r>
        <w:rPr>
          <w:rFonts w:ascii="游明朝" w:hAnsi="游明朝" w:eastAsia="游明朝" w:cs="游明朝"/>
          <w:b w:val="0"/>
          <w:sz w:val="21"/>
        </w:rPr>
        <w:t>・契約書の取り交わしが間に合わないときも、発注したらすぐにメール等で別紙の内容を伝えておくと、明示の義務を満たせます。</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フリーランス法（特定受託事業者に係る取引の適正化等に関する法律、2024年11月施行）により、個人への業務委託では取引条件の書面等での明示や、受領から60日以内の支払期日などが求められます（2026年10月時点）。請負に当たる内容や継続的な取引の基本契約は収入印紙が必要になることがありますので、最新の法令をご確認ください。</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5f58rxetIKm6WiPuHO5rqlSc5sUd2hbTBVVp9IihB0PdNDCPoQ8LjZivZfn5bBxgMAfnbB7zD+5HuKZK/N62Gw==" w:salt="LOYZ7U0IMBoVzyf8zkmGCg=="/>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業務委託契約書（個人への委託）</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2026-10-11T13:18:05Z</dcterms:created>
  <dcterms:modified xsi:type="dcterms:W3CDTF">2026-10-11T13:18:05Z</dcterms:modified>
  <cp:category>大家のプーさん（ooya the Pooh）</cp:category>
</cp:coreProperties>
</file>