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>
    <v:background id="_x0000_s1025" o:bwmode="white" o:targetscreensize="1024,768">
      <v:fill r:id="rId11" o:title="provided by ooya the Pooh" type="frame"/>
    </v:background>
  </w:background>
  <w:body>
    <w:p>
      <w:pPr>
        <w:jc w:val="right"/>
      </w:pPr>
      <w:r>
        <w:rPr>
          <w:rFonts w:ascii="游明朝" w:hAnsi="游明朝" w:eastAsia="游明朝" w:cs="游明朝"/>
          <w:b w:val="0"/>
          <w:sz w:val="21"/>
        </w:rPr>
        <w:t xml:space="preserve">　　　　年　　月　　日</w:t>
      </w:r>
    </w:p>
    <w:p>
      <w:pPr>
        <w:spacing w:after="80"/>
        <w:jc w:val="left"/>
      </w:pPr>
      <w:r>
        <w:rPr>
          <w:rFonts w:ascii="游明朝" w:hAnsi="游明朝" w:eastAsia="游明朝" w:cs="游明朝"/>
          <w:b w:val="0"/>
          <w:sz w:val="24"/>
        </w:rPr>
        <w:t>○○○○株式会社　御中</w:t>
      </w:r>
    </w:p>
    <w:p>
      <w:pPr>
        <w:jc w:val="right"/>
      </w:pPr>
      <w:r>
        <w:rPr>
          <w:rFonts w:ascii="游明朝" w:hAnsi="游明朝" w:eastAsia="游明朝" w:cs="游明朝"/>
          <w:b w:val="0"/>
          <w:sz w:val="21"/>
        </w:rPr>
        <w:t>○○○○（発行者名）</w:t>
      </w:r>
    </w:p>
    <w:p>
      <w:pPr>
        <w:jc w:val="right"/>
      </w:pPr>
      <w:r>
        <w:rPr>
          <w:rFonts w:ascii="游明朝" w:hAnsi="游明朝" w:eastAsia="游明朝" w:cs="游明朝"/>
          <w:b w:val="0"/>
          <w:sz w:val="21"/>
        </w:rPr>
        <w:t>担当　○○○○</w:t>
      </w:r>
    </w:p>
    <w:p>
      <w:pPr>
        <w:jc w:val="right"/>
      </w:pPr>
      <w:r>
        <w:rPr>
          <w:rFonts w:ascii="游明朝" w:hAnsi="游明朝" w:eastAsia="游明朝" w:cs="游明朝"/>
          <w:b w:val="0"/>
          <w:sz w:val="21"/>
        </w:rPr>
        <w:t>TEL ○○○-○○○○-○○○○</w:t>
      </w:r>
    </w:p>
    <w:p>
      <w:pPr>
        <w:keepNext/>
        <w:spacing w:after="200" w:before="200"/>
        <w:jc w:val="center"/>
      </w:pPr>
      <w:r>
        <w:rPr>
          <w:rFonts w:ascii="游明朝" w:hAnsi="游明朝" w:eastAsia="游明朝" w:cs="游明朝"/>
          <w:b/>
          <w:sz w:val="32"/>
        </w:rPr>
        <w:t>請求書送付のご案内</w:t>
      </w:r>
    </w:p>
    <w:p>
      <w:pPr>
        <w:jc w:val="left"/>
      </w:pPr>
      <w:r>
        <w:rPr>
          <w:rFonts w:ascii="游明朝" w:hAnsi="游明朝" w:eastAsia="游明朝" w:cs="游明朝"/>
          <w:b w:val="0"/>
          <w:sz w:val="21"/>
        </w:rPr>
        <w:t>拝啓　時下ますますご清栄のこととお慶び申し上げます。平素は格別のお引き立てを賜り、厚くお礼申し上げます。</w:t>
      </w:r>
    </w:p>
    <w:p>
      <w:pPr>
        <w:jc w:val="left"/>
      </w:pPr>
      <w:r>
        <w:rPr>
          <w:rFonts w:ascii="游明朝" w:hAnsi="游明朝" w:eastAsia="游明朝" w:cs="游明朝"/>
          <w:b w:val="0"/>
          <w:sz w:val="21"/>
        </w:rPr>
        <w:t xml:space="preserve">　さて、下記のとおり、ご請求申し上げます。請求書を同封いたしましたので、ご査収くださいますようお願い申し上げます。</w:t>
      </w:r>
    </w:p>
    <w:p>
      <w:pPr>
        <w:jc w:val="left"/>
      </w:pPr>
      <w:r>
        <w:rPr>
          <w:rFonts w:ascii="游明朝" w:hAnsi="游明朝" w:eastAsia="游明朝" w:cs="游明朝"/>
          <w:b w:val="0"/>
          <w:sz w:val="21"/>
        </w:rPr>
        <w:t xml:space="preserve">　お忙しいところ恐れ入りますが、お支払期限までに、下記の口座へお振込みくださいますようお願いいたします。なお、振込手数料につきましては、お手数ながら貴社にてご負担くださいますよう、お願い申し上げます。</w:t>
      </w:r>
    </w:p>
    <w:p>
      <w:pPr>
        <w:jc w:val="left"/>
      </w:pPr>
      <w:r>
        <w:rPr>
          <w:rFonts w:ascii="游明朝" w:hAnsi="游明朝" w:eastAsia="游明朝" w:cs="游明朝"/>
          <w:b w:val="0"/>
          <w:sz w:val="21"/>
        </w:rPr>
        <w:t xml:space="preserve">　ご不明な点がございましたら、下記の担当までお気軽にお問い合わせください。今後とも変わらぬお引き立てを賜りますよう、お願い申し上げます。</w:t>
      </w:r>
    </w:p>
    <w:p>
      <w:pPr>
        <w:jc w:val="left"/>
      </w:pPr>
      <w:r>
        <w:rPr>
          <w:rFonts w:ascii="游明朝" w:hAnsi="游明朝" w:eastAsia="游明朝" w:cs="游明朝"/>
          <w:b w:val="0"/>
          <w:sz w:val="21"/>
        </w:rPr>
        <w:t xml:space="preserve">　まずは書中にてご案内申し上げます。</w:t>
      </w:r>
    </w:p>
    <w:p>
      <w:pPr>
        <w:jc w:val="right"/>
      </w:pPr>
      <w:r>
        <w:rPr>
          <w:rFonts w:ascii="游明朝" w:hAnsi="游明朝" w:eastAsia="游明朝" w:cs="游明朝"/>
          <w:b w:val="0"/>
          <w:sz w:val="21"/>
        </w:rPr>
        <w:t>敬具</w:t>
      </w:r>
    </w:p>
    <w:p>
      <w:pPr>
        <w:spacing w:after="120" w:before="120"/>
        <w:jc w:val="center"/>
      </w:pPr>
      <w:r>
        <w:rPr>
          <w:rFonts w:ascii="游明朝" w:hAnsi="游明朝" w:eastAsia="游明朝" w:cs="游明朝"/>
          <w:b w:val="0"/>
          <w:sz w:val="21"/>
        </w:rPr>
        <w:t>記</w:t>
      </w:r>
    </w:p>
    <w:tbl>
      <w:tblPr>
        <w:tblStyle w:val="TableGrid"/>
        <w:tblW w:type="dxa" w:w="9412"/>
        <w:jc w:val="center"/>
        <w:tblLayout w:type="fixed"/>
        <w:tblLook w:firstColumn="1" w:firstRow="1" w:lastColumn="0" w:lastRow="0" w:noHBand="0" w:noVBand="1" w:val="04A0"/>
      </w:tblPr>
      <w:tblGrid>
        <w:gridCol w:w="2635"/>
        <w:gridCol w:w="6776"/>
      </w:tblGrid>
      <w:tr>
        <w:trPr>
          <w:cantSplit/>
          <w:trHeight w:val="567" w:hRule="atLeast"/>
        </w:trPr>
        <w:tc>
          <w:tcPr>
            <w:tcW w:type="dxa" w:w="26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請求書番号</w:t>
            </w:r>
          </w:p>
        </w:tc>
        <w:tc>
          <w:tcPr>
            <w:tcW w:type="dxa" w:w="6776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第　　　　　　号</w:t>
            </w:r>
          </w:p>
        </w:tc>
      </w:tr>
      <w:tr>
        <w:trPr>
          <w:cantSplit/>
          <w:trHeight w:val="567" w:hRule="atLeast"/>
        </w:trPr>
        <w:tc>
          <w:tcPr>
            <w:tcW w:type="dxa" w:w="26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ご請求金額</w:t>
            </w:r>
          </w:p>
        </w:tc>
        <w:tc>
          <w:tcPr>
            <w:tcW w:type="dxa" w:w="6776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金　　　　　　　　　　円（消費税を含む）</w:t>
            </w:r>
          </w:p>
        </w:tc>
      </w:tr>
      <w:tr>
        <w:trPr>
          <w:cantSplit/>
          <w:trHeight w:val="567" w:hRule="atLeast"/>
        </w:trPr>
        <w:tc>
          <w:tcPr>
            <w:tcW w:type="dxa" w:w="26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お支払期限</w:t>
            </w:r>
          </w:p>
        </w:tc>
        <w:tc>
          <w:tcPr>
            <w:tcW w:type="dxa" w:w="6776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 xml:space="preserve">　　　　年　　月　　日</w:t>
            </w:r>
          </w:p>
        </w:tc>
      </w:tr>
      <w:tr>
        <w:trPr>
          <w:cantSplit/>
          <w:trHeight w:val="567" w:hRule="atLeast"/>
        </w:trPr>
        <w:tc>
          <w:tcPr>
            <w:tcW w:type="dxa" w:w="26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お振込先</w:t>
            </w:r>
          </w:p>
        </w:tc>
        <w:tc>
          <w:tcPr>
            <w:tcW w:type="dxa" w:w="6776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○○銀行　○○支店　普通　○○○○○○○</w:t>
              <w:br/>
            </w:r>
            <w:r>
              <w:rPr>
                <w:rFonts w:ascii="游明朝" w:hAnsi="游明朝" w:eastAsia="游明朝" w:cs="游明朝"/>
                <w:b w:val="0"/>
                <w:sz w:val="20"/>
              </w:rPr>
              <w:t>口座名義　○○○○</w:t>
            </w:r>
          </w:p>
        </w:tc>
      </w:tr>
      <w:tr>
        <w:trPr>
          <w:cantSplit/>
          <w:trHeight w:val="567" w:hRule="atLeast"/>
        </w:trPr>
        <w:tc>
          <w:tcPr>
            <w:tcW w:type="dxa" w:w="26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同封書類</w:t>
            </w:r>
          </w:p>
        </w:tc>
        <w:tc>
          <w:tcPr>
            <w:tcW w:type="dxa" w:w="6776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請求書　　　通</w:t>
            </w:r>
          </w:p>
        </w:tc>
      </w:tr>
      <w:tr>
        <w:trPr>
          <w:cantSplit/>
          <w:trHeight w:val="567" w:hRule="atLeast"/>
        </w:trPr>
        <w:tc>
          <w:tcPr>
            <w:tcW w:type="dxa" w:w="26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お問い合わせ先</w:t>
            </w:r>
          </w:p>
        </w:tc>
        <w:tc>
          <w:tcPr>
            <w:tcW w:type="dxa" w:w="6776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担当　○○○○　　TEL ○○○-○○○○-○○○○</w:t>
            </w:r>
          </w:p>
        </w:tc>
      </w:tr>
    </w:tbl>
    <w:p>
      <w:pPr>
        <w:spacing w:after="40"/>
        <w:jc w:val="left"/>
      </w:pPr>
      <w:r>
        <w:rPr>
          <w:rFonts w:ascii="游明朝" w:hAnsi="游明朝" w:eastAsia="游明朝" w:cs="游明朝"/>
          <w:b w:val="0"/>
          <w:sz w:val="21"/>
        </w:rPr>
      </w:r>
    </w:p>
    <w:p>
      <w:pPr>
        <w:spacing w:before="80"/>
        <w:jc w:val="right"/>
      </w:pPr>
      <w:r>
        <w:rPr>
          <w:rFonts w:ascii="游明朝" w:hAnsi="游明朝" w:eastAsia="游明朝" w:cs="游明朝"/>
          <w:b w:val="0"/>
          <w:sz w:val="21"/>
        </w:rPr>
        <w:t>以上</w:t>
      </w:r>
    </w:p>
    <w:p>
      <w:pPr>
        <w:keepNext/>
        <w:pageBreakBefore/>
        <w:spacing w:after="40" w:before="120"/>
        <w:jc w:val="left"/>
      </w:pPr>
      <w:r>
        <w:rPr>
          <w:rFonts w:ascii="游明朝" w:hAnsi="游明朝" w:eastAsia="游明朝" w:cs="游明朝"/>
          <w:b/>
          <w:sz w:val="22"/>
        </w:rPr>
        <w:t>【メール本文用】</w:t>
      </w:r>
    </w:p>
    <w:p>
      <w:pPr>
        <w:jc w:val="left"/>
      </w:pPr>
      <w:r>
        <w:rPr>
          <w:rFonts w:ascii="游明朝" w:hAnsi="游明朝" w:eastAsia="游明朝" w:cs="游明朝"/>
          <w:b w:val="0"/>
          <w:color w:val="404040"/>
          <w:sz w:val="18"/>
        </w:rPr>
        <w:t>※ メールで送るときは、下の枠の文面を本文に貼りつけてお使いください。請求書はPDFにして添付します。件名には、請求の月や請求書番号を入れておくと、受け取った方が探しやすくなります。</w:t>
      </w:r>
    </w:p>
    <w:p>
      <w:pPr>
        <w:jc w:val="left"/>
      </w:pPr>
      <w:r>
        <w:rPr>
          <w:rFonts w:ascii="游明朝" w:hAnsi="游明朝" w:eastAsia="游明朝" w:cs="游明朝"/>
          <w:b w:val="0"/>
          <w:sz w:val="21"/>
        </w:rPr>
      </w:r>
    </w:p>
    <w:tbl>
      <w:tblPr>
        <w:tblStyle w:val="TableGrid"/>
        <w:tblW w:type="dxa" w:w="9412"/>
        <w:jc w:val="center"/>
        <w:tblLayout w:type="fixed"/>
        <w:tblLook w:firstColumn="1" w:firstRow="1" w:lastColumn="0" w:lastRow="0" w:noHBand="0" w:noVBand="1" w:val="04A0"/>
      </w:tblPr>
      <w:tblGrid>
        <w:gridCol w:w="9412"/>
      </w:tblGrid>
      <w:tr>
        <w:trPr>
          <w:cantSplit/>
          <w:trHeight w:val="7087" w:hRule="atLeast"/>
        </w:trPr>
        <w:tc>
          <w:tcPr>
            <w:tcW w:type="dxa" w:w="9411"/>
            <w:vAlign w:val="top"/>
          </w:tcPr>
          <w:p>
            <w:pPr>
              <w:spacing w:after="0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  <w:p>
            <w:r>
              <w:rPr>
                <w:rFonts w:ascii="游明朝" w:hAnsi="游明朝" w:eastAsia="游明朝" w:cs="游明朝"/>
                <w:b w:val="0"/>
                <w:sz w:val="20"/>
              </w:rPr>
              <w:t>件名：請求書送付のご案内（○○月分）　○○○○（発行者名）</w:t>
            </w:r>
          </w:p>
          <w:p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  <w:p>
            <w:r>
              <w:rPr>
                <w:rFonts w:ascii="游明朝" w:hAnsi="游明朝" w:eastAsia="游明朝" w:cs="游明朝"/>
                <w:b w:val="0"/>
                <w:sz w:val="20"/>
              </w:rPr>
              <w:t>○○○○株式会社</w:t>
            </w:r>
          </w:p>
          <w:p>
            <w:r>
              <w:rPr>
                <w:rFonts w:ascii="游明朝" w:hAnsi="游明朝" w:eastAsia="游明朝" w:cs="游明朝"/>
                <w:b w:val="0"/>
                <w:sz w:val="20"/>
              </w:rPr>
              <w:t>○○○○　様</w:t>
            </w:r>
          </w:p>
          <w:p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  <w:p>
            <w:r>
              <w:rPr>
                <w:rFonts w:ascii="游明朝" w:hAnsi="游明朝" w:eastAsia="游明朝" w:cs="游明朝"/>
                <w:b w:val="0"/>
                <w:sz w:val="20"/>
              </w:rPr>
              <w:t>いつもお世話になっております。○○○○の○○○○です。</w:t>
            </w:r>
          </w:p>
          <w:p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  <w:p>
            <w:r>
              <w:rPr>
                <w:rFonts w:ascii="游明朝" w:hAnsi="游明朝" w:eastAsia="游明朝" w:cs="游明朝"/>
                <w:b w:val="0"/>
                <w:sz w:val="20"/>
              </w:rPr>
              <w:t>○○月分の請求書をお送りいたします。お手数をおかけしますが、添付のファイルをご確認くださいますようお願いいたします。</w:t>
            </w:r>
          </w:p>
          <w:p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  <w:p>
            <w:r>
              <w:rPr>
                <w:rFonts w:ascii="游明朝" w:hAnsi="游明朝" w:eastAsia="游明朝" w:cs="游明朝"/>
                <w:b w:val="0"/>
                <w:sz w:val="20"/>
              </w:rPr>
              <w:t xml:space="preserve">　請求書番号　：</w:t>
            </w:r>
          </w:p>
          <w:p>
            <w:r>
              <w:rPr>
                <w:rFonts w:ascii="游明朝" w:hAnsi="游明朝" w:eastAsia="游明朝" w:cs="游明朝"/>
                <w:b w:val="0"/>
                <w:sz w:val="20"/>
              </w:rPr>
              <w:t xml:space="preserve">　ご請求金額　：　　　　　　円（消費税を含む）</w:t>
            </w:r>
          </w:p>
          <w:p>
            <w:r>
              <w:rPr>
                <w:rFonts w:ascii="游明朝" w:hAnsi="游明朝" w:eastAsia="游明朝" w:cs="游明朝"/>
                <w:b w:val="0"/>
                <w:sz w:val="20"/>
              </w:rPr>
              <w:t xml:space="preserve">　お支払期限　：　　　　年　　月　　日</w:t>
            </w:r>
          </w:p>
          <w:p>
            <w:r>
              <w:rPr>
                <w:rFonts w:ascii="游明朝" w:hAnsi="游明朝" w:eastAsia="游明朝" w:cs="游明朝"/>
                <w:b w:val="0"/>
                <w:sz w:val="20"/>
              </w:rPr>
              <w:t xml:space="preserve">　お振込先　　：　○○銀行　○○支店　普通　○○○○○○○　口座名義　○○○○</w:t>
            </w:r>
          </w:p>
          <w:p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  <w:p>
            <w:r>
              <w:rPr>
                <w:rFonts w:ascii="游明朝" w:hAnsi="游明朝" w:eastAsia="游明朝" w:cs="游明朝"/>
                <w:b w:val="0"/>
                <w:sz w:val="20"/>
              </w:rPr>
              <w:t>振込手数料は、恐れ入りますが貴社にてご負担くださいますよう、お願い申し上げます。</w:t>
            </w:r>
          </w:p>
          <w:p>
            <w:r>
              <w:rPr>
                <w:rFonts w:ascii="游明朝" w:hAnsi="游明朝" w:eastAsia="游明朝" w:cs="游明朝"/>
                <w:b w:val="0"/>
                <w:sz w:val="20"/>
              </w:rPr>
              <w:t>ご不明な点がございましたら、お気軽にご連絡ください。</w:t>
            </w:r>
          </w:p>
          <w:p>
            <w:r>
              <w:rPr>
                <w:rFonts w:ascii="游明朝" w:hAnsi="游明朝" w:eastAsia="游明朝" w:cs="游明朝"/>
                <w:b w:val="0"/>
                <w:sz w:val="20"/>
              </w:rPr>
              <w:t>今後ともよろしくお願い申し上げます。</w:t>
            </w:r>
          </w:p>
          <w:p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  <w:p>
            <w:r>
              <w:rPr>
                <w:rFonts w:ascii="游明朝" w:hAnsi="游明朝" w:eastAsia="游明朝" w:cs="游明朝"/>
                <w:b w:val="0"/>
                <w:sz w:val="20"/>
              </w:rPr>
              <w:t>――――――――――――――――――――</w:t>
            </w:r>
          </w:p>
          <w:p>
            <w:r>
              <w:rPr>
                <w:rFonts w:ascii="游明朝" w:hAnsi="游明朝" w:eastAsia="游明朝" w:cs="游明朝"/>
                <w:b w:val="0"/>
                <w:sz w:val="20"/>
              </w:rPr>
              <w:t>○○○○（発行者名）</w:t>
            </w:r>
          </w:p>
          <w:p>
            <w:r>
              <w:rPr>
                <w:rFonts w:ascii="游明朝" w:hAnsi="游明朝" w:eastAsia="游明朝" w:cs="游明朝"/>
                <w:b w:val="0"/>
                <w:sz w:val="20"/>
              </w:rPr>
              <w:t>担当　○○○○</w:t>
            </w:r>
          </w:p>
          <w:p>
            <w:r>
              <w:rPr>
                <w:rFonts w:ascii="游明朝" w:hAnsi="游明朝" w:eastAsia="游明朝" w:cs="游明朝"/>
                <w:b w:val="0"/>
                <w:sz w:val="20"/>
              </w:rPr>
              <w:t>TEL ○○○-○○○○-○○○○　／　○○○○@○○○○</w:t>
            </w:r>
          </w:p>
          <w:p>
            <w:r>
              <w:rPr>
                <w:rFonts w:ascii="游明朝" w:hAnsi="游明朝" w:eastAsia="游明朝" w:cs="游明朝"/>
                <w:b w:val="0"/>
                <w:sz w:val="20"/>
              </w:rPr>
              <w:t>――――――――――――――――――――</w:t>
            </w:r>
          </w:p>
        </w:tc>
      </w:tr>
    </w:tbl>
    <w:p>
      <w:pPr>
        <w:spacing w:after="40"/>
        <w:jc w:val="left"/>
        <w:sectPr>
          <w:footerReference w:type="default" r:id="rId9"/>
          <w:pgSz w:w="11906" w:h="16838"/>
          <w:pgMar w:top="1134" w:right="1247" w:bottom="1134" w:left="1247" w:header="720" w:footer="720" w:gutter="0"/>
          <w:cols w:space="720"/>
          <w:formProt w:val="false"/>
          <w:docGrid w:linePitch="360"/>
        </w:sectPr>
      </w:pPr>
      <w:r>
        <w:rPr>
          <w:rFonts w:ascii="游明朝" w:hAnsi="游明朝" w:eastAsia="游明朝" w:cs="游明朝"/>
          <w:b w:val="0"/>
          <w:sz w:val="21"/>
        </w:rPr>
      </w:r>
    </w:p>
    <w:p>
      <w:pPr>
        <w:spacing w:after="0"/>
        <w:jc w:val="left"/>
      </w:pPr>
      <w:r>
        <w:rPr>
          <w:rFonts w:ascii="游ゴシック" w:hAnsi="游ゴシック" w:eastAsia="游ゴシック" w:cs="游ゴシック"/>
          <w:b/>
          <w:color w:val="404040"/>
          <w:sz w:val="20"/>
        </w:rPr>
        <w:t>大家のプーさん　事務の書類ひな形集</w:t>
      </w:r>
    </w:p>
    <w:p>
      <w:pPr>
        <w:spacing w:after="40" w:before="40"/>
        <w:jc w:val="left"/>
      </w:pPr>
      <w:r>
        <w:rPr>
          <w:rFonts w:ascii="游ゴシック" w:hAnsi="游ゴシック" w:eastAsia="游ゴシック" w:cs="游ゴシック"/>
          <w:b/>
          <w:sz w:val="28"/>
        </w:rPr>
        <w:t>このひな形について</w:t>
      </w:r>
    </w:p>
    <w:p>
      <w:pPr>
        <w:spacing w:after="160"/>
        <w:jc w:val="left"/>
      </w:pPr>
      <w:r>
        <w:rPr>
          <w:rFonts w:ascii="游明朝" w:hAnsi="游明朝" w:eastAsia="游明朝" w:cs="游明朝"/>
          <w:b w:val="0"/>
          <w:color w:val="404040"/>
          <w:sz w:val="18"/>
        </w:rPr>
        <w:t>（このページは説明用です。印刷するときは、本文のページだけを選んで印刷してください）</w:t>
      </w:r>
    </w:p>
    <w:p>
      <w:pPr>
        <w:spacing w:before="80"/>
        <w:jc w:val="left"/>
      </w:pPr>
      <w:r>
        <w:rPr>
          <w:rFonts w:ascii="游ゴシック" w:hAnsi="游ゴシック" w:eastAsia="游ゴシック" w:cs="游ゴシック"/>
          <w:b/>
          <w:sz w:val="21"/>
        </w:rPr>
        <w:t>■ この書類について</w:t>
      </w:r>
    </w:p>
    <w:p>
      <w:pPr>
        <w:ind w:left="170"/>
        <w:jc w:val="left"/>
      </w:pPr>
      <w:r>
        <w:rPr>
          <w:rFonts w:ascii="游明朝" w:hAnsi="游明朝" w:eastAsia="游明朝" w:cs="游明朝"/>
          <w:b w:val="0"/>
          <w:sz w:val="21"/>
        </w:rPr>
        <w:t>請求書を送るときに添える案内文です。支払期限と問い合わせ先を伝えられ、郵送用とメール本文用の2種類が入っています。</w:t>
      </w:r>
    </w:p>
    <w:p>
      <w:pPr>
        <w:spacing w:before="120"/>
        <w:jc w:val="left"/>
      </w:pPr>
      <w:r>
        <w:rPr>
          <w:rFonts w:ascii="游ゴシック" w:hAnsi="游ゴシック" w:eastAsia="游ゴシック" w:cs="游ゴシック"/>
          <w:b/>
          <w:sz w:val="21"/>
        </w:rPr>
        <w:t>■ 使い方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・郵送のときは、1ページ目を請求書に添えてお送りします。番号・金額・期限・振込先を、請求書と同じ内容に書き換えてください。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・メールで送るときは、2ページ目の枠の中の文面を本文に貼りつけて使います。請求書はPDFにして添付してください。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・振込手数料の負担や支払期限は、取引先と取り決めた内容に合わせて直します。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・送る前に、案内文の金額と請求書の金額が食い違っていないか、もう一度確認します。</w:t>
      </w:r>
    </w:p>
    <w:p>
      <w:pPr>
        <w:spacing w:before="120"/>
        <w:jc w:val="left"/>
      </w:pPr>
      <w:r>
        <w:rPr>
          <w:rFonts w:ascii="游ゴシック" w:hAnsi="游ゴシック" w:eastAsia="游ゴシック" w:cs="游ゴシック"/>
          <w:b/>
          <w:sz w:val="21"/>
        </w:rPr>
        <w:t>■ ご利用の条件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・このひな形は、ご自身のお仕事や暮らしの中で、自由に書き換えてお使いいただけます。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・ひな形そのもの（このファイル）の再配布・販売・ほかのサイトへの転載は、ご遠慮ください。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・このページと、各ページの下にある提供元の表記は、書き換えられないようにしてあります。各ページの下の表記は、Wordで開いたときの画面にだけ出て、印刷には出ません。</w:t>
      </w:r>
    </w:p>
    <w:p>
      <w:pPr>
        <w:spacing w:before="120"/>
        <w:jc w:val="left"/>
      </w:pPr>
      <w:r>
        <w:rPr>
          <w:rFonts w:ascii="游ゴシック" w:hAnsi="游ゴシック" w:eastAsia="游ゴシック" w:cs="游ゴシック"/>
          <w:b/>
          <w:sz w:val="21"/>
        </w:rPr>
        <w:t>■ ご注意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・このひな形は、一般的な場面を想定した参考書式です。お使いになる前に、内容がご自身の状況に合っているかをご確認いただき、必要に応じて書き換えてください。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・契約・法律・税金に関わる書類は、使う前に弁護士・司法書士・税理士などの専門家にご相談いただくと安心です。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・このひな形を使ったことで生じた損害については、責任を負いかねます。あらかじめご了承ください。</w:t>
      </w:r>
    </w:p>
    <w:p>
      <w:pPr>
        <w:spacing w:before="280"/>
        <w:jc w:val="right"/>
      </w:pPr>
      <w:r>
        <w:rPr>
          <w:rFonts w:ascii="游ゴシック" w:hAnsi="游ゴシック" w:eastAsia="游ゴシック" w:cs="游ゴシック"/>
          <w:b/>
          <w:sz w:val="20"/>
        </w:rPr>
        <w:t>フォーマットのご提供：大家のプーさん（無断での複製・転載を禁じます）</w:t>
      </w:r>
    </w:p>
    <w:p>
      <w:pPr>
        <w:jc w:val="right"/>
      </w:pPr>
      <w:r>
        <w:rPr>
          <w:rFonts w:ascii="游ゴシック" w:hAnsi="游ゴシック" w:eastAsia="游ゴシック" w:cs="游ゴシック"/>
          <w:b w:val="0"/>
          <w:color w:val="404040"/>
          <w:sz w:val="17"/>
        </w:rPr>
        <w:t>Format provided by ooya the Pooh. Unauthorized reproduction or redistribution is prohibited.</w:t>
      </w:r>
    </w:p>
    <w:sectPr w:rsidR="00FC693F" w:rsidRPr="0006063C" w:rsidSect="00034616"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游ゴシック" w:hAnsi="游ゴシック" w:eastAsia="游ゴシック" w:cs="游ゴシック"/>
        <w:vanish/>
        <w:color w:val="808080"/>
        <w:sz w:val="14"/>
      </w:rPr>
      <w:t>フォーマットのご提供：大家のプーさん（無断での複製・転載を禁じます）</w:t>
    </w:r>
    <w:r>
      <w:rPr>
        <w:vanish/>
      </w:rPr>
      <w:br/>
    </w:r>
    <w:r>
      <w:rPr>
        <w:rFonts w:ascii="游ゴシック" w:hAnsi="游ゴシック" w:eastAsia="游ゴシック" w:cs="游ゴシック"/>
        <w:vanish/>
        <w:color w:val="808080"/>
        <w:sz w:val="12"/>
      </w:rPr>
      <w:t>Format provided by ooya the Pooh. Unauthorized reproduction or redistribution is prohibited.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游ゴシック" w:hAnsi="游ゴシック" w:eastAsia="游ゴシック" w:cs="游ゴシック"/>
        <w:vanish/>
        <w:color w:val="808080"/>
        <w:sz w:val="14"/>
      </w:rPr>
      <w:t>フォーマットのご提供：大家のプーさん（無断での複製・転載を禁じます）</w:t>
    </w:r>
    <w:r>
      <w:rPr>
        <w:vanish/>
      </w:rPr>
      <w:br/>
    </w:r>
    <w:r>
      <w:rPr>
        <w:rFonts w:ascii="游ゴシック" w:hAnsi="游ゴシック" w:eastAsia="游ゴシック" w:cs="游ゴシック"/>
        <w:vanish/>
        <w:color w:val="808080"/>
        <w:sz w:val="12"/>
      </w:rPr>
      <w:t>Format provided by ooya the Pooh. Unauthorized reproduction or redistribution is prohibited.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pkNi7ZWupp5PjcJlKFJk6Ugmhla3zWCP7rjPvlfRu7TRZPEK1SiRcPYdmKmHbdFdHL/Cgi0kRV56q0+W/7Xkdg==" w:salt="9Hno+7k15U9wIiUM6aBMhA==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40" w:line="288" w:lineRule="auto"/>
    </w:pPr>
    <w:rPr>
      <w:rFonts w:ascii="游明朝" w:hAnsi="游明朝" w:eastAsia="游明朝" w:cs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大家のプーさん（ooya the Pooh）</Company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請求書送付のご案内</dc:title>
  <dc:subject/>
  <dc:creator>大家のプーさん</dc:creator>
  <cp:keywords>大家のプーさん, ooya the Pooh</cp:keywords>
  <dc:description>フォーマットのご提供：大家のプーさん（無断での複製・転載を禁じます） / Format provided by ooya the Pooh. Unauthorized reproduction or redistribution is prohibited.</dc:description>
  <cp:lastModifiedBy>大家のプーさん</cp:lastModifiedBy>
  <cp:revision>1</cp:revision>
  <dcterms:created xsi:type="dcterms:W3CDTF">2026-10-11T13:18:52Z</dcterms:created>
  <dcterms:modified xsi:type="dcterms:W3CDTF">2026-10-11T13:18:52Z</dcterms:modified>
  <cp:category>大家のプーさん（ooya the Pooh）</cp:category>
</cp:coreProperties>
</file>