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○○○○マンション管理組合</w:t>
        <w:br/>
      </w:r>
      <w:r>
        <w:rPr>
          <w:rFonts w:ascii="游明朝" w:hAnsi="游明朝" w:eastAsia="游明朝" w:cs="游明朝"/>
          <w:b w:val="0"/>
          <w:sz w:val="24"/>
        </w:rPr>
        <w:t>理事長　○○○○　様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届出人（新しい区分所有者）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住所　○○県○○市○○町○－○－○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氏名　○○○○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区分所有者変更届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このたび、下記の専有部分を取得し、区分所有者となりましたので、お届けいたします。今後ともどうぞよろしくお願い申し上げます。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823"/>
        <w:gridCol w:w="6588"/>
      </w:tblGrid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マンションの名称・部屋番号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○○○○マンション　○○○号室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取得した日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新しい区分所有者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氏名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ふりがな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現住所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〒　　　－　　　　　○○県○○市○○町○－○－○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連絡先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電話　○○○-○○○○-○○○○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メール　○○○○@○○○○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前の区分所有者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部屋の使い方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□自分で居住する　□賃貸に出す（または出す予定）　□その他（　　）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賃貸の場合の入居者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氏名　　　　　　　　　　　　連絡先　　　　　　　　　　　　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入居の開始日　　　　　年　　月　　日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管理費・修繕積立金の引落口座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□前の所有者の口座から変更あり　□変更なし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（口座の手続きは、管理会社の指定の用紙で行います）</w:t>
            </w:r>
          </w:p>
        </w:tc>
      </w:tr>
      <w:tr>
        <w:trPr>
          <w:cantSplit/>
          <w:trHeight w:val="510" w:hRule="atLeast"/>
        </w:trPr>
        <w:tc>
          <w:tcPr>
            <w:tcW w:type="dxa" w:w="2823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緊急時の連絡先</w:t>
            </w:r>
          </w:p>
        </w:tc>
        <w:tc>
          <w:tcPr>
            <w:tcW w:type="dxa" w:w="6588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氏名　　　　　　　　　　　　連絡先　　　　　　　　　　　　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【添付する書類】</w:t>
      </w:r>
    </w:p>
    <w:p>
      <w:pPr>
        <w:spacing w:after="20"/>
        <w:ind w:left="647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登記事項証明書の写し、または売買契約書の写し（管理組合の指定に従ってください）</w:t>
      </w:r>
    </w:p>
    <w:p>
      <w:pPr>
        <w:spacing w:after="20"/>
        <w:ind w:left="647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管理組合の指定する書類（　　　　　　　　　　　　　　　　）</w:t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　お住まいの管理組合に指定の様式がある場合は、そちらをご利用ください。入居者の個人情報は、ご本人の同意を得たうえで記入してください。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区分マンションを買ったときに、所有者が変わったことを管理組合へ届け出る書類です。部屋の使い方（自分で住むか、賃貸か）や、連絡先も一緒に伝えられます。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・取得した日は、売買契約書や登記事項証明書に書かれている、所有権が移った日を確認して書いてください。管理組合から別の指定があるときは、その日付に合わせてください。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・管理費・修繕積立金の引落口座は、変更があるときに印を付けます。口座の手続きそのものは、管理会社が指定する用紙で行うことが多いため、ここには口座番号を書きません。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・賃貸に出す場合は、入居者の氏名や連絡先を書く欄があります。入居者の同意を得てから記入してください。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・管理組合や管理会社に、指定の様式がある場合は、そちらを優先してください。この書類は、様式がない場合や、控えを手元に残したいときにお使いください。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9yG7G7UWHkpHETrOYSoyoyttjTBOwZYuMh7q+bzgYbRb7LGnncqlllmKneLg/WJ/91+357GEXNRtD6hWcTvftA==" w:salt="gvaeldM79gUJN7YVjPESl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区分所有者変更届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2026-10-11T13:18:48Z</dcterms:created>
  <dcterms:modified xsi:type="dcterms:W3CDTF">2026-10-11T13:18:48Z</dcterms:modified>
  <cp:category>大家のプーさん（ooya the Pooh）</cp:category>
</cp:coreProperties>
</file>