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spacing w:after="80"/>
        <w:jc w:val="left"/>
      </w:pPr>
      <w:r>
        <w:rPr>
          <w:rFonts w:ascii="游明朝" w:hAnsi="游明朝" w:eastAsia="游明朝" w:cs="游明朝"/>
          <w:b w:val="0"/>
          <w:sz w:val="24"/>
        </w:rPr>
        <w:t>賃貸人（管理会社）　○○○○　様</w:t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解約通知書（退去届）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私は、下記の物件について、賃貸借契約を解約いたしたく、ここに通知いたします。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2635"/>
        <w:gridCol w:w="6776"/>
      </w:tblGrid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物件の名称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○○○○　　　　号室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物件の所在地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○○県○○市○○町○－○－○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契約者のお名前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解約希望日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退去の予定日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日（鍵をお返しする日）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立会いの希望日時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第1希望　　　年　　月　　日　　時ごろ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第2希望　　　年　　月　　日　　時ごろ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鍵の返却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立会いのときにお返しします　　□ 郵送でお返しします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その他（　　　　　　　　　　）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退去後の連絡先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ご住所：○○県○○市○○町○－○－○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電話　：○○○-○○○○-○○○○</w:t>
            </w:r>
          </w:p>
        </w:tc>
      </w:tr>
      <w:tr>
        <w:trPr>
          <w:cantSplit/>
          <w:trHeight w:val="567" w:hRule="atLeast"/>
        </w:trPr>
        <w:tc>
          <w:tcPr>
            <w:tcW w:type="dxa" w:w="263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敷金の返還先</w:t>
            </w:r>
          </w:p>
        </w:tc>
        <w:tc>
          <w:tcPr>
            <w:tcW w:type="dxa" w:w="6776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金融機関名　○○銀行　　支店名　○○支店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預金の種類　□ 普通　□ 当座　　口座番号　○○○○○○○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口座名義（カナ）　　　　　　　　　　　　　　　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（敷金の返還のためだけに使います）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【備考】</w:t>
      </w:r>
    </w:p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rHeight w:val="1020" w:hRule="atLeast"/>
        </w:trPr>
        <w:tc>
          <w:tcPr>
            <w:tcW w:type="dxa" w:w="9411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keepNext/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0" w:before="160"/>
        <w:ind w:left="3764"/>
        <w:jc w:val="left"/>
      </w:pPr>
      <w:r>
        <w:rPr>
          <w:rFonts w:ascii="游明朝" w:hAnsi="游明朝" w:eastAsia="游明朝" w:cs="游明朝"/>
          <w:b w:val="0"/>
          <w:sz w:val="21"/>
        </w:rPr>
        <w:t>契約者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3436"/>
        <w:gridCol w:w="510"/>
      </w:tblGrid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現在のご住所</w:t>
            </w:r>
          </w:p>
        </w:tc>
        <w:tc>
          <w:tcPr>
            <w:tcW w:type="dxa" w:w="3436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お名前</w:t>
            </w:r>
          </w:p>
        </w:tc>
        <w:tc>
          <w:tcPr>
            <w:tcW w:type="dxa" w:w="3436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※解約の予告期間は、賃貸借契約書をご確認ください。予告期間に満たない場合は、不足の日数分の家賃をお支払いいただくことがあります。</w:t>
      </w:r>
    </w:p>
    <w:p>
      <w:pPr>
        <w:jc w:val="left"/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※敷金は、退去の立会いのあと、原状回復の費用などを差し引いて精算されます。返還先の口座の情報は、敷金の返還のためだけに使われます。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入居者の方が退去するときに、貸主へ出す届出書です。解約の希望日、立会いの希望、敷金の返還先や転居先の連絡先を書けます。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・出す前に、賃貸借契約書で、解約の予告期間（たとえば1か月前まで）を確認してください。予告期間に足りないと、その分の家賃がかかることがあります。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・宛名は、契約書に書かれている貸主または管理会社の名前を書きます。管理会社が窓口の場合は、管理会社あてに出します。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・敷金を返してもらうときに必要になりますので、転居先の住所と連絡先、返還先の口座を書いてください。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・書いたものは、コピーか写真で控えをとっておくと安心です。郵送するときは、日付が残る方法をおすすめします。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4Klm6tHC+mDnlfTJKeVHfGPDhzlU2TsOLp3FR2a2aN2RwPM/2b0PpxW+4xyWBfoSmpIjusH0RmYobbnYP6JyHg==" w:salt="5Hw2EfwlyQuB8vLCOE6i/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解約通知書（退去届）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2026-10-11T13:18:43Z</dcterms:created>
  <dcterms:modified xsi:type="dcterms:W3CDTF">2026-10-11T13:18:43Z</dcterms:modified>
  <cp:category>大家のプーさん（ooya the Pooh）</cp:category>
</cp:coreProperties>
</file>