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ご入居者様各位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旧貸主　○○○○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新貸主　○○○○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貸主（賃貸人）変更のお知らせ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>拝啓　時下ますますご清栄のこととお慶び申し上げます。平素は格別のご高配を賜り、厚く御礼申し上げます。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さて、皆様がご入居中の下記建物は、　　　　年　　月　　日付で、旧貸主○○○○から新貸主○○○○へ所有者が変わりました。これに伴い、同日をもちまして、皆様との建物賃貸借契約の貸主（賃貸人）の地位も、新貸主が引き継いでおります。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賃料・共益費・契約期間など、ご契約の内容はこれまでと変わりません。また、ご契約の際にお預かりしている敷金（保証金）も新貸主がそのまま引き継いでおりますので、ご退去の際の精算は新貸主が行い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つきましては、　　　　年　　月分以降の賃料等のお振込先が変わります。お手数をおかけいたしますが、別紙「賃料等のお振込先変更のご案内」をご確認のうえ、お手続きくださいますようお願い申し上げます。自動送金をご利用の方は、お振込先の変更もあわせてお願いいたし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今後とも、どうぞよろしくお願い申し上げます。まずは書中にてご案内申し上げます。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敬具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6776"/>
      </w:tblGrid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物件の表示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○○○○（建物名）　○○県○○市○○町○－○－○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貸主の変更日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新しい貸主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新しい貸主の住所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○○県○○市○○町○－○－○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新しい貸主の連絡先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電話　○○○-○○○○-○○○○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管理会社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○○○○株式会社　電話　○○○-○○○○-○○○○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ご契約の内容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変更はありません（賃料・共益費・契約期間など）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敷金（保証金）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新しい貸主が引き継ぎ、ご退去の際に新しい貸主が精算します</w:t>
            </w:r>
          </w:p>
        </w:tc>
      </w:tr>
      <w:tr>
        <w:trPr>
          <w:cantSplit/>
          <w:trHeight w:val="454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賃料等のお振込先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別紙のとおり（　　　　年　　月分から）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※このお知らせについてご不明な点がございましたら、旧貸主（電話　○○○-○○○○-○○○○）または新貸主（電話　○○○-○○○○-○○○○）までお問い合わせください。</w:t>
      </w:r>
    </w:p>
    <w:p>
      <w:pPr>
        <w:pageBreakBefore/>
        <w:jc w:val="right"/>
      </w:pPr>
      <w:r>
        <w:rPr>
          <w:rFonts w:ascii="游明朝" w:hAnsi="游明朝" w:eastAsia="游明朝" w:cs="游明朝"/>
          <w:b w:val="0"/>
          <w:sz w:val="21"/>
        </w:rPr>
        <w:t>別紙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賃料等のお振込先変更のご案内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　　　　年　　月分の賃料等から、お振込先を下記の口座に変更させていただきます。お手数をおかけいたしますが、よろしくお願い申し上げます。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6776"/>
      </w:tblGrid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変更の時期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月分の賃料等から（　　　　年　　月　　日にお支払いいただく分から）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新しいお振込先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○○銀行　○○支店　普通　○○○○○○○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口座名義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お支払いの期日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ご契約のとおり（毎月　　日までに翌月分）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振込手数料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ご契約のとおり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【ご注意いただきたいこと】</w:t>
      </w:r>
    </w:p>
    <w:p>
      <w:pPr>
        <w:spacing w:after="20"/>
        <w:ind w:left="21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・上記の時期より前にお支払いいただく分は、これまでのお振込先へお願いいたします。</w:t>
      </w:r>
    </w:p>
    <w:p>
      <w:pPr>
        <w:spacing w:after="20"/>
        <w:ind w:left="21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・誤ってこれまでのお振込先へお振込みいただいた場合は、旧貸主から新貸主へお渡しいたします。お手数ですが、その旨をご連絡ください。</w:t>
      </w:r>
    </w:p>
    <w:p>
      <w:pPr>
        <w:spacing w:after="20"/>
        <w:ind w:left="210" w:hanging="210"/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1"/>
        </w:rPr>
        <w:t>・お振込先の変更について、この書面のほかに電話やメールでお願いすることはございません。ご不審な連絡があった場合は、お振込みの前に、旧貸主・新貸主のいずれかへご確認ください。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物件を買ったあとに、入居者の方へ貸主が変わったことをお知らせする文書です。旧貸主と新貸主の連名で出す形で、敷金の引継ぎと振込先変更のご案内（別紙）も付いています。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・物件の表示・変更日・新しい貸主の名称と連絡先・振込先を書き換えてください。旧貸主と新貸主の両方の名前で出すと、入居者の方が安心しやすくなります。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・決済（引渡し）の日が決まったら早めにお配りし、新しい口座への最初の振込日より前に届くようにします。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・管理会社が変わらない場合は「管理会社」の行に「変更はありません」と書くか、行を消してください。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・敷金は、入居者の方へ返す義務ごと新しい貸主に引き継がれます。売買のときに敷金をどう精算したか（売買代金との差し引きなど）を、決済の書類で確かめておくと安心です。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・新しい貸主が家賃を請求したり、貸主の地位を引き継いだことを入居者の方に主張したりするには、所有権移転の登記を済ませておく必要があります（民法605条の2）。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hiHqMHYBw4ZLIEAFv2NH2vM+YjunOuLp+gIaCoKElKGbwsAnxhgdYR1J3AvrGvfHAjrA5s/whF4rOnzyofkkSQ==" w:salt="ZHq2MWf3xwKiEC+n/rNAiw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賃貸人変更のお知らせ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2026-10-11T13:18:09Z</dcterms:created>
  <dcterms:modified xsi:type="dcterms:W3CDTF">2026-10-11T13:18:09Z</dcterms:modified>
  <cp:category>大家のプーさん（ooya the Pooh）</cp:category>
</cp:coreProperties>
</file>