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鍵　受　領　書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下記のとおり、鍵を受領しました。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  <w:trHeight w:val="454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物件名・部屋番号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○○○○　○○○号室</w:t>
            </w:r>
          </w:p>
        </w:tc>
      </w:tr>
      <w:tr>
        <w:trPr>
          <w:cantSplit/>
          <w:trHeight w:val="454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受領日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 xml:space="preserve">　　　　年　　月　　日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959"/>
        <w:gridCol w:w="986"/>
        <w:gridCol w:w="2367"/>
        <w:gridCol w:w="1973"/>
        <w:gridCol w:w="1578"/>
      </w:tblGrid>
      <w:tr>
        <w:trPr>
          <w:cantSplit/>
          <w:trHeight w:val="567" w:hRule="atLeast"/>
          <w:tblHeader/>
        </w:trPr>
        <w:tc>
          <w:tcPr>
            <w:tcW w:type="dxa" w:w="295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鍵の種類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本数</w:t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鍵番号（刻印）</w:t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備考</w:t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19"/>
              </w:rPr>
              <w:t>返却本数</w:t>
              <w:br/>
            </w:r>
            <w:r>
              <w:rPr>
                <w:rFonts w:ascii="游明朝" w:hAnsi="游明朝" w:eastAsia="游明朝" w:cs="游明朝"/>
                <w:b/>
                <w:sz w:val="19"/>
              </w:rPr>
              <w:t>（退去時）</w:t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玄関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ポスト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物置・トランクルーム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オートロック（共用玄関の鍵・カードキー）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29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その他（　　　　　　　　）</w:t>
            </w:r>
          </w:p>
        </w:tc>
        <w:tc>
          <w:tcPr>
            <w:tcW w:type="dxa" w:w="986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2367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  <w:tc>
          <w:tcPr>
            <w:tcW w:type="dxa" w:w="1578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受領にあたっての確認事項</w:t>
      </w:r>
    </w:p>
    <w:p>
      <w:pPr>
        <w:spacing w:after="20"/>
        <w:ind w:left="600" w:hanging="600"/>
        <w:jc w:val="left"/>
      </w:pPr>
      <w:r>
        <w:rPr>
          <w:rFonts w:ascii="游明朝" w:hAnsi="游明朝" w:eastAsia="游明朝" w:cs="游明朝"/>
          <w:b w:val="0"/>
          <w:sz w:val="20"/>
        </w:rPr>
        <w:t>（1）鍵の複製（合鍵づくり）は行いません。必要なときは、事前に貸主（管理会社）へ相談します。</w:t>
      </w:r>
    </w:p>
    <w:p>
      <w:pPr>
        <w:spacing w:after="20"/>
        <w:ind w:left="600" w:hanging="600"/>
        <w:jc w:val="left"/>
      </w:pPr>
      <w:r>
        <w:rPr>
          <w:rFonts w:ascii="游明朝" w:hAnsi="游明朝" w:eastAsia="游明朝" w:cs="游明朝"/>
          <w:b w:val="0"/>
          <w:sz w:val="20"/>
        </w:rPr>
        <w:t>（2）鍵を紛失したとき、または盗まれたことに気づいたときは、すぐに貸主（管理会社）へ連絡します。</w:t>
      </w:r>
    </w:p>
    <w:p>
      <w:pPr>
        <w:spacing w:after="20"/>
        <w:ind w:left="600" w:hanging="600"/>
        <w:jc w:val="left"/>
      </w:pPr>
      <w:r>
        <w:rPr>
          <w:rFonts w:ascii="游明朝" w:hAnsi="游明朝" w:eastAsia="游明朝" w:cs="游明朝"/>
          <w:b w:val="0"/>
          <w:sz w:val="20"/>
        </w:rPr>
        <w:t>（3）紛失や破損により鍵の交換・再作成が必要になったときの費用は、私の負担とします。ただし、賃貸借契約書に別の定めがあるときは、その定めに従います。</w:t>
      </w:r>
    </w:p>
    <w:p>
      <w:pPr>
        <w:keepNext/>
        <w:spacing w:after="20"/>
        <w:ind w:left="600" w:hanging="600"/>
        <w:jc w:val="left"/>
      </w:pPr>
      <w:r>
        <w:rPr>
          <w:rFonts w:ascii="游明朝" w:hAnsi="游明朝" w:eastAsia="游明朝" w:cs="游明朝"/>
          <w:b w:val="0"/>
          <w:sz w:val="20"/>
        </w:rPr>
        <w:t>（4）退去のときは、受領した鍵をすべて返却します。</w:t>
      </w:r>
    </w:p>
    <w:p>
      <w:pPr>
        <w:keepNext/>
        <w:spacing w:after="0" w:before="160"/>
        <w:ind w:left="3946"/>
        <w:jc w:val="left"/>
      </w:pPr>
      <w:r>
        <w:rPr>
          <w:rFonts w:ascii="游明朝" w:hAnsi="游明朝" w:eastAsia="游明朝" w:cs="游明朝"/>
          <w:b w:val="0"/>
          <w:sz w:val="20"/>
        </w:rPr>
        <w:t>受領者（入居者）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3708"/>
        <w:gridCol w:w="510"/>
      </w:tblGrid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氏名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印</w:t>
            </w:r>
          </w:p>
        </w:tc>
      </w:tr>
    </w:tbl>
    <w:p>
      <w:pPr>
        <w:keepNext/>
        <w:spacing w:after="0" w:before="160"/>
        <w:ind w:left="3946"/>
        <w:jc w:val="left"/>
      </w:pPr>
      <w:r>
        <w:rPr>
          <w:rFonts w:ascii="游明朝" w:hAnsi="游明朝" w:eastAsia="游明朝" w:cs="游明朝"/>
          <w:b w:val="0"/>
          <w:sz w:val="20"/>
        </w:rPr>
        <w:t>交付者（貸主・管理会社）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3708"/>
        <w:gridCol w:w="510"/>
      </w:tblGrid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会社名・氏名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0"/>
        </w:rPr>
      </w:r>
    </w:p>
    <w:p>
      <w:pPr>
        <w:spacing w:after="160" w:before="160"/>
        <w:jc w:val="center"/>
      </w:pPr>
      <w:r>
        <w:rPr>
          <w:rFonts w:ascii="游明朝" w:hAnsi="游明朝" w:eastAsia="游明朝" w:cs="游明朝"/>
          <w:b w:val="0"/>
          <w:color w:val="404040"/>
          <w:sz w:val="20"/>
        </w:rPr>
        <w:t>－－－－－－－－－－－－　キ　リ　ト　リ　－－－－－－－－－－－－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1"/>
        </w:rPr>
        <w:t>鍵の返却確認欄（退去のとき）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0"/>
        </w:rPr>
        <w:t xml:space="preserve">　上記の鍵について、下記のとおり返却を受けました。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3354"/>
        <w:gridCol w:w="6511"/>
      </w:tblGrid>
      <w:tr>
        <w:trPr>
          <w:cantSplit/>
          <w:trHeight w:val="510" w:hRule="atLeast"/>
        </w:trPr>
        <w:tc>
          <w:tcPr>
            <w:tcW w:type="dxa" w:w="335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返却日</w:t>
            </w:r>
          </w:p>
        </w:tc>
        <w:tc>
          <w:tcPr>
            <w:tcW w:type="dxa" w:w="651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 xml:space="preserve">　　　　年　　月　　日</w:t>
            </w:r>
          </w:p>
        </w:tc>
      </w:tr>
      <w:tr>
        <w:trPr>
          <w:cantSplit/>
          <w:trHeight w:val="510" w:hRule="atLeast"/>
        </w:trPr>
        <w:tc>
          <w:tcPr>
            <w:tcW w:type="dxa" w:w="335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返却の状況</w:t>
            </w:r>
          </w:p>
        </w:tc>
        <w:tc>
          <w:tcPr>
            <w:tcW w:type="dxa" w:w="651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□ 上記の鍵がすべて返却された</w:t>
              <w:br/>
            </w:r>
            <w:r>
              <w:rPr>
                <w:rFonts w:ascii="游明朝" w:hAnsi="游明朝" w:eastAsia="游明朝" w:cs="游明朝"/>
                <w:b w:val="0"/>
                <w:sz w:val="19"/>
              </w:rPr>
              <w:t>□ 不足がある（内容：　　　　　　　　　　　　　　　　）</w:t>
            </w:r>
          </w:p>
        </w:tc>
      </w:tr>
      <w:tr>
        <w:trPr>
          <w:cantSplit/>
          <w:trHeight w:val="510" w:hRule="atLeast"/>
        </w:trPr>
        <w:tc>
          <w:tcPr>
            <w:tcW w:type="dxa" w:w="335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返却された方（入居者）の氏名</w:t>
            </w:r>
          </w:p>
        </w:tc>
        <w:tc>
          <w:tcPr>
            <w:tcW w:type="dxa" w:w="651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335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  <w:t>確認した方（貸主・管理会社）の氏名</w:t>
            </w:r>
          </w:p>
        </w:tc>
        <w:tc>
          <w:tcPr>
            <w:tcW w:type="dxa" w:w="651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19"/>
              </w:rPr>
            </w:r>
          </w:p>
        </w:tc>
      </w:tr>
    </w:tbl>
    <w:p>
      <w:pPr>
        <w:spacing w:after="40"/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0"/>
        </w:rPr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0"/>
        </w:rPr>
        <w:t>鍵をお渡しするときに、種類と本数を確認して署名をいただく受領書です。同じ用紙の下半分に、退去のときの返却確認欄もあります。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使い方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・鍵をお渡しするときに、鍵の種類・本数・鍵番号を一緒に確認しながら書き込み、受領者に署名してもらいます。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・渡した鍵の本数と番号は、必ずその場で数えて書きます。あとで食い違いが出たときの手がかりになります。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・退去のときは、表の「返却本数」と、下の「鍵の返却確認欄」に書き込みます。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・原本は貸主・管理会社が保管し、受領者にはコピーをお渡しします。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ご利用の条件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・このひな形は、ご自身のお仕事や暮らしの中で、自由に書き換えてお使いいただけます。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・ひな形そのもの（このファイル）の再配布・販売・ほかのサイトへの転載は、ご遠慮ください。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0"/>
        </w:rPr>
        <w:t>■ ご注意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70" w:hanging="200"/>
        <w:jc w:val="left"/>
      </w:pPr>
      <w:r>
        <w:rPr>
          <w:rFonts w:ascii="游明朝" w:hAnsi="游明朝" w:eastAsia="游明朝" w:cs="游明朝"/>
          <w:b w:val="0"/>
          <w:sz w:val="20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tjss5aabhSXIh3xYbJaxKTEWiV6LkA0skEGYY5teD3H/s4jvF6xcQh5DKAd3xfIdE7endBl2l1FPhPnMyuTWg==" w:salt="pAzz8aXzcPca/Qzq8TOq0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鍵受領書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2026-10-11T13:18:35Z</dcterms:created>
  <dcterms:modified xsi:type="dcterms:W3CDTF">2026-10-11T13:18:35Z</dcterms:modified>
  <cp:category>大家のプーさん（ooya the Pooh）</cp:category>
</cp:coreProperties>
</file>